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выезда за пределы муниципального образования.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Председательствующий (подпись) Копия верна Судья Р.Д. Гараев Суд: Авиастроительный районный суд г. Казани (Республика Татарстан ) (подробнее) Истцы: ОП №1 "Авиастроительный" УМВД России по г. Казани (подробнее) Иные лица: прокуратура Авиастроительного района г. Казани (подробнее) Судьи дела: Гараев Р.Д. (судья) (подробнее) Последние документы по делу: Решение от 24 июня 2018 г. по делу № 2А-1532/2017 Решение от 24 мая 2017 г. по делу № 2А-1532/2017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