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ДД.ММ.ГГГГ года рождения, &lt;данные изъяты&gt; обвиняемого в совершении преступления, предусмотренного ст. 319 УК РФ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ДД.ММ.ГГГГ года рождения, &lt;данные изъяты&gt;, обвиняемого в совершении преступления, предусмотренного ст. ч.2 УК РФ, УСТАНОВИЛ: ФИО2 публично оскорбил представителя власти при исполнении им своих должностных обязанностей и в связи с их исполнением, а ФИО1 применил насилие, опасного для жизни и здоровья в отношении представителя власти в связи с исполнением им своих должностных обязанностей при следующих обстоятельствах. ДД.ММ.ГГГГ около 23 часа 05 минут ФИО2 находясь в КБР, в &lt;адрес&gt;, на участке местности, прилегающей к территории «Бизнес Центр», будучи в состоянии алкогольного опьянения, осознавая, что инспектора ОВ ДПС ОГИБДД ОМВД России по Чегемскому району Ш.Э.и А.А. являются представителями власти, сотрудниками полиции и что они находятся при исполнении своих должностных обязанностей, в ответ на законные требования Ш.Э. и А.А. прекратить противоправные действия в отношении них, выраженные в неподчинении законным требованиям сотрудников полиции, умышленно, с целью оскорбления сотрудников правоохранительных органов, осознавая общественную опасность своих действии, посягая на установленный порядок управления, стал публично, в присутствии сторонних лиц - ФИО5, а так же другого сотрудника ППСП ОМВД России по Чегемскому району Ч.А,, выражаться в адрес вышеуказанных сотрудников полиции грубой нецензурной бранью оскорбительного характера, тем самым нарушая авторитет власти и унижая честь и достоинство Ш.Э. и А.А. как представителей власти, при исполнении ими своих должностных обязанностей. В тот же день, ДД.ММ.ГГГГ около 23 часа 15 минут ФИО1 находясь в КБР, в &lt;адрес&gt;, на участке местности, прилегающей к территории «Бизнес Центр», будучи в состоянии алкогольного опьянения, на почве внезапно возникших неприязненных отношении к инспектору ОВ ДПС ОГИБДД ОМВД России по Чегемскому району А.А., осознавая, что последний является представителем власти и находится при исполнении своих должностных обязанностей по обеспечению безопасности дорожного движения, предупреждению и пресечению административных правонарушении в области дорожного движения, а так же по охране общественного порядка и обеспечению общественной безопасности, в целях воспрепятствования исполнению А.А. своих должностных обязанностей, и законных действии, умышленно, с целью применения насилия опасного для жизни и здоровья в отношении представителя власти, нанес один удар кулаком в область головы А.А., от чего последний упал на землю, после чего ФИО1 нанес в область головы А.А. несколько ударов ногой, причинив ему телесные повреждения в виде черепно-мозговой травмы головы, сотрясение головного мозга, ушибленной поверхностной раны головы, ссадин и кровоподтека лица, квалифицируемые по степени тяжести в совокупности как причинение легкого вреда здоровью, по признаку длительности расстройства его сроком до 21 суток. Подсудимый ФИО1 виновным себя признал полностью и отказавшись от дачи показания пояснил суду, что он полностью подтверждает свои показания на предварительном следствии в качестве обвиняемого. По ходатайству государственного обвинителя, в порядке ст. 276 УПК РФ оглашены показания подсудимого ФИО1 на предварительном следствии. Так будучи допрошенный в качестве обвиняемого ФИО1 показал, что в конце января 2017 г. он приехал в &lt;адрес&gt; к другу Ш.З.. Вечером ДД.ММ.ГГГГ он с Ш.З. находились дома у последнего. К Ш.З. подъехали на двух машинах его друзья. Одна автомашина была ВАЗ 2109, вторая автомашина была ВАЗ 21099. Номера этих автомашин он не запомнил. Он, Ш.З. и К.Р. сели в автомашину ВАЗ 2109. Там уже сидели парень по имени Мурат и рядом с водителем парень по имени А. Они поехали по &lt;адрес&gt;, остановились на обочине дороги и все стали распивать спиртные напитки, а именно пиво. Все стояли около багажника с пивом. Спустя некоторое время, они все сели в автомашины и поехали в сторону центра города. При этом, их автомашина сразу не завелась и они отстали от ребят, которые ехали на автомашине ВЫАЗ 21099. После того как завелась двигатель их автомашины, они поехали вверх, их встретила патрульная автомашина. По громкоговорителю они потребовали прижаться к обочине и остановиться. Они так и сделали. Они все вышли из автомашины и стали общаться с инспекторами ДПС. Один из инспекторов подошел к водителю их автомашины, то есть к Мурату и сказал, что он употреблял спиртное. Он из их разговора понял, что за несколько дней до этого, именно данный экипаж ДПС составил в отношении него административный материал. Об этом ему было ранее известно, так как М просил у него взаймы деньги, чтобы оплатить стоянку. На этой почве между М и тем инспектором ДПС возникла словестная перепалка. Они говорили на кабардинском языке, и он ничего не понимал. К ним подъехала и автомашина ВАЗ 21099 с ребятами и ребята с этой автомашины тоже вступили в перепалку. Сотрудники полиции стали применять к М физическую силу и положили его на землю. Так как он находился в состоянии опьянения, это ему не понравилось, подбежал к ним и стал требовать, чтобы они отпустили М. Они его не послушались и он нанес инспектору ДПС А.А. удар кулаком в область головы. Ак. упал. Он нанес А.А. еще несколько ударов в область головы. Его оттащили от А.А. и посадили в автомашину ВАЗ - 21099, чтобы сотрудники полиции не смогли до него добраться. Все остальные ребята продолжали ругаться с сотрудниками полиции. Подъехали и другие сотрудники полиции, увидев их, часть ребят попытались от них скрыться, но все были задержаны. Он увидев это вышел из автомашины и пошел к магазину, чтобы купить сигареты. Купил сигареты и направился в сторону &lt;адрес&gt; на мобильный телефон позвонил Ш.З. и сказал, что ребят забрали в отдел полиции, в том числе и К.Р., который ничего не делал. Они решили пойти в отдел полиции, Ш.З. подъехал к нему и они с Л.А. поехали в отдел полиции. Там их опросили, затем отвезли в &lt;адрес&gt; и освидетельствовали на состояние алкогольного опьянения. После освидетельствование их отвезли в следственный отдел &lt;адрес&gt;. Он полностью признает свою вину в совершении им преступления, а именно в том, что нанес удары сотруднику полиции А.А. во время несения им службы, и раскаивается в содеянном. т.2 л.д. 152 - 156 Подсудимый ФИО2 виновным себя признал полностью и отказавшись от дачи показания пояснил суду, что он полностью подтверждает свои показания на предварительном следствии в качестве обвиняемого. По ходатайству государственного обвинителя, в порядке ст. 276 УПК РФ оглашены показания подсудимого ФИО2 на предварительном следствии. Так будучи допрошенный в качестве обвиняемого ФИО2 показал, что ДД.ММ.ГГГГ около 21 часов он совместно с К.Р. и А.А. на принадлежащей ему автомашине марки ВАЗ 2109, с государственными регистрационными номерами &lt;***&gt; приехали к Ш.З. в &lt;адрес&gt;. К.Р. зашел к нему домой, так как являются братьями. Минуты через 10 К.Р. вышел обратно с Ш.З. и ФИО1, которого он до этого не знал. Они втроем сели к нему в автомашину на заднее сидение. К Ш.З. так же подъехала другая автомашина ВАЗ-21099 с знакомыми ребятами Ал.Р., Л.А. На двух автомашинах они поехали в сторону выезда из &lt;адрес&gt; по этой улице остановились прямо на обочине и стали распивать пиво у багажника автомашины. У Ал.Р. был день рождения. После распития спиртного они решили поехать в центр &lt;адрес&gt; и поехали. Впереди ехали Ал. и Л., на автомашине последнего, а они отстали, так как не смог длительное время завести двигатель. По пути их догнала патрульная автомашина. По громкоговорителю они потребовали остановиться. Он подчинился. Инспектора ДПС подошли к ним. Один сотрудник полиции тоже вышел из полицейской автомашины. Инспектора ДПС, которые их остановили, до этого, за несколько дней, его задерживали за управление транспортным средством в состоянии алкогольного опьянения, составили материал. Сразу он узнал инспектора Ш.Э. Он, подошел к нему и почувствовав запах алкоголя, сказал, что в отношении меня вновь составят протокол. Между ними возникла словестная перепалка. В связи с тем, что их было много, он отказался подчиниться работникам полиции. Сотрудники полиции вызвали подкрепление и к ним подъехали минуты через пять, другие сотрудники полиции. К этому времени к ним подъехали Ал., Л.. В присутствии своих друзей он выразился в адрес инспекторов ДПС, а именно Ш.Э. и А.А. грубой нецензурной бранью. Это он так поступил потому что был выпивший. Сотрудники ДПС требовали от него успокоиться, но он не успокаивался. Все присутствующие стали разговаривать на высоких тонах. Сотрудники полиции сказали, что их доставят в отдел полиции. Попытались посадить в автомашину сперва А.А., он стал этому препятствовать. В связи с этим к нему применили физическую силу, вывернули ему руку и повалили на землю. Лежа на земле он увидел как ФИО1 подбежал к инспектору ДПС А.А., который применил к нему силу, и нанес ему А.А., удар кулаком в область головы, от чего А.А. упал на землю рядом с ним. ФИО1 еще несколько раз ударил А.А. Подъехали еще и другие сотрудники полиции и стали их всех успокаивать. В это время ФИО1 усадили в автомашину ВАЗ 21099, закрыли его, чтобы сотрудники полиции его не могли до него добраться. Его и К.Р. сотрудники полиции посадили в автомашину полицейскую и отвезли в отдел полиции. Следом за ними доставили туда и всех ребят, с которыми они были в тот вечер. Всех их освидетельствовали, затем доставили в следственный отдел. Он полностью признает себя виновным в том, что в присутствии сторонних лиц выразился грубой нецензурной бранью в адрес сотрудников полиции Ш.Э., А.А. во время исполнения им своих должных обязанностей. т.2 л.д.133-137 Кроме признательных показаний самих подсудимых ФИО7 и Б, их вина доказана следующими доказательствами представленные стороной обвинения и исследованные в ходе судебного следствия. Так, потерпевший Ш.Э. суду пояснил, что ДД.ММ.ГГГГ вечером он заступил на дежурство. Вместе с А.А. и Ч.А. осуществляли патрулирование улиц в &lt;адрес&gt;. Патрульной автомашиной управлял он. К А.А. поступил звонок, что по &lt;адрес&gt; движется автомашина ВАЗ 21093 с государственными номерными знаками №, водитель который употреблял спиртные напитки. Они поехали туда и увидели эту автомашину, догнали, остановили эту автомашину. Они все покинули автомашину и он с Ак. подошли к водителю автомашины, а Ч.А, стал их прикрывать. Из той автомашины вышли пятеро ребят. Они стали возмущаться, почему их остановили. Он к водителю ФИО2 подошел, представился и потребовал от него документы. ФИО2 до этого за несколько дней задержали, он был пьян, и составили протокол. Б и остальные парни стали возмущаться, стали себя вести агрессивно. ФИО2 не стал ему подчиняться, не давал документы, на их просьбу успокоиться тоже не реагировали. От ФИО2 шел запах алкоголя. Б вспомнив, что ранее его так же задержали, стал больше всех возмущаться и выразился в его адрес нецензурной бранью. Он так же нецензурно выразился и в адрес А.А. Они вынуждены были вызвать подмогу и применить к Б физическую силу. К ним подъехала еще другая автомашина ВАЗ 21099, откуда вышли тоже молодые ребята, которые знали этих ребят, которых они остановили. С той автомашины вышли Ал.Р. и Л.А. Подъехали сотрудники полиции Д.К., Ж.З., А.О. Они тоже стали на стороне тех ребят. Решили их всех задержать и доставить в отдел полиции для установление их личности. Ан А. стал оказывать неповиновение. ФИО1 стал просить их не задерживать. ФИО2 стал помогать А.А., чтобы его не посадили в полицейскую автомашину. Применили к ФИО2 физическую силу вынужденно, повалили его на землю. В этот момент ФИО1 подбежал к А.А. и нанес ему удар кулаком в лицо. А.А. упал на землю, после этого ФИО1 нанес ему несколько ударов ногой. К ним подъехала еще патрульная автомашина и ребят стали усаживать в полицейские автомашины. ФИО2 и еще двух парней посадили в полицейскую автомашину «Нива». Он заметил, что у А.А. на лице была кровь. Они все приехали в отдел полиции, он и Ак. написали рапорта. Всех доставленных в отдел полиции вместе с ФИО4 освидетельствовали. Действиями ФИО2 ему причинен моральный вред, находясь на службе, в полицейской форме, в присутствии многих людей, он выражался в его адрес нецензурной бранью. Потерпевший Ак. суду дал аналогичные показания, что и потерпевший Ш.Э. Кроме этого он так же показал, что ФИО2 больше всех стал возмущаться, выражаться в их адрес нецензурной бранью, мол его раньше тоже они задержали. ФИО1 вел себя очень спокойно, просил их не задерживать, но когда вынужденно к ФИО2 применили физическую силу, он подбежал к нему и ударил кулаком ему в лицо и от этого удара он упал на землю. ФИО1 и еще раз его ударил, а потом его увели их же ребята. Куда-то его спрятали, но потом он оказался в отделе полиции. Свидетель Ч.А, дал суду аналогичные показания, что и потерпевший Ш.Э. Свидетель Ш.Х. суду пояснил, что вечером ДД.ММ.ГГГГ он совместно с инспектором ДПС Н.А. и полицейским Н.Р. несли службу, патрулировали на полицейской автомашине ВАЗ 21093. Примерно в 20 час. 30 мин. когда они стояли на перекрестке &lt;адрес&gt;, к ним подъехала автомашина ВАЗ 21093 темного цвета, из которой вышли двое ребят, поздоровались с ними, сказали, что они обознались, что ищут другой экипаж ДПС, сели обратно в автомашину и уехали. Позже по рации они получили сообщение, чтобы 527 экипажу ДПС требуется срочная помощь по &lt;адрес&gt; и они поехали туда. По прибытию он увидел большое скопление молодых парней и их сотрудников полиции Ш., Ак., Ч.А,. Эти молодые парни находились в состоянии опьянения алкогольного и один из них, это был подсудимый ФИО1 наносил удары инспектору А.А., который лежал на земле. Увидев их автомашину они стали разбегаться в разные стороны. У А.А. с головы шла кровь. Они оставшихся ребят стали успокаивать, но ФИО1 успели посадить в автомашину ВАЗ 21099 и закрыть двери этой автомашины на замок. Они нескольких ребят посадили в полицейские автомашины и доставили их в отдел. После от инспектора Ш.Э. ему стало известно, что они остановили в тот вечер водителя ФИО2, которого за несколько дней задержали при управлении автомашиной в нетрезвом состоянии, второй раз опять в тот вечер и поэтому он стал сильно возмущаться, а ребята которые были с ним, стали его поддерживать и возник конфликт. В их адрес ФИО2 выражался грубой нецензурной бранью. ФИО8 дали суду аналогичные показания, что и свидетель Ш.Х. Свидетель А.О. суду показал, что вечером ДД.ММ.ГГГГ он нес службу вместе с полицейскими Ж.З. и Д.К. Они на полицейской автомашине «УАЗ» патрулировали улицы &lt;адрес&gt;. Около 213 часов они заметили автомашину ВАЗ 21093, с номерами №, которая ехала в сторону центра &lt;адрес&gt;, выпивая на ходу пиво из стеклянной бутылки. Он позвонил инспектору ДПС А.А., который так же с другими полицейскими патрулировали по &lt;адрес&gt;, сообщил об этом. Минуты через пять они по рации от дежурного получили сообщение, чтобы подъехали на помощь к экипажу 527. Они сразу поехали к этому экипажу, где заметили большое скопление молодых ребят. Там были сотрудники полиции Ш., Ак. и Ч.А,. Парни молодых разговаривали на больших тонах. Сразу как подъехали, он увидел как один из парней, как ему стало известно после, это подсудимый ФИО1 ударил кулаком в лицо А.А., от чего последний упал. ФИО7 продолжал наносить удары Ак., но увидев их убежал он и другие ребята тоже. Туда подъехал и другой экипаж. Вместе успокоили всех ребят, усадили их в полицейские автомашины и доставили в отдел полиции. По ходатайству государственного обвинителя в порядке ст. 281 УПК РФ были оглашены показания свидетелей Ж.З., Д.К., данные им на предварительном следствии. Так, в ходе допроса в качестве свидетеля Ж.З. и Д.К. дали аналогичные показания, что и свидетель А.О. т. 1 л.д. 239-241, т. 2 л.д. 8-10 Свидетель Ал.Р. показал, что ДД.ММ.ГГГГ они отмечали день его рождения. Они на обочине дороги остановили автомашины под управлением Л.А. и ФИО2 и пили с капота этих автомашин пиво, но он не пил. Их было много ребят. Потом они поехали к центру &lt;адрес&gt; и инспектора ДПС Ш.Э. и А.А. задержали автомашину под управлением ФИО4 ФИО2 и Х, который был с ними, вышел конфликт с этими инспекторами. Хотели их задержать, они просили этого не делать. ФИО1 с одним инспектором ДПС сцепился, они лежали на земле. Он с ребятами их разняли. Он спиртное в этот день не пил. По ходатайству государственного обвинителя, в связи с имеющимися противоречиями, в порядке ст. 281 УПК РФ были оглашены показания Ал.Р. в качестве свидетеля на предварительном следствии. Так, на предварительном следствии Ал.Р. показал, что после того как они на протяжении некоторого времени распили спиртные напитки, решили поехать в центр города. Он и Л.А. под управлением последнего, поехали вперед. Все другие ребята сидели в автомашине ФИО2 Ему кто-то на мобильный телефон позвонил и сказал, что ФИО2 остановили сотрудники ДПС. Они развернулись и подъехали к ним. На месте стояли ребята, сотрудники ДПС Ш.Э., А.А. Они разговаривали на повышенных тонах. ФИО2 сказал, что это они его задержали за несколько дней до этого. Их было много и они разозлившись, что Б опять задерживают, не стали им подчиняться. Сотрудники полиции по рации вызвали подмогу. Через 5 минут подъехали две полицейские автомашины. Стали сажать в полицейскую автомашину парня по имени А, Б стал этому противиться, и сотрудники полиции переключились на Б, применили к нему физическую силу, повалили на землю. В этот момент ФИО1 подбежал к А.А., нанес ему удар кулаком в лицо и последний упал. ФИО7 еще несколько раз ударил Ак.. Когда стали к этому времени подъезжать другие сотрудники полиции, ФИО1 посадили в автомашину ВАЗ 21099 и закрыли двери этой автомашины, чтобы его не доставили в отдел полиции. ФИО2 они посадили в автомашину полиции и увезли. Увезли и других ребят. Их опросили, освидетельствовали и доставили в следственный комитет. Из числа ребят кто-то громко говорил, кто-то выражался нецензурной бранью, а кто конкретно, он не знает, просто невозможно было это запомнить. т.2 л.д. 19 - 22 После оглашения показаний свидетеля Ал.Р., он пояснил суду, что правдивые показания давал на предварительном следствии. Свидетель К.Р. суду дал аналогичные показания на предварительном следствии, что и свидетель Ал.Р. в суде. В порядке ст. 281 УПК РФ были оглашены показания свидетеля на предварительном следствии в качестве свидетеля, где он показал, что после того как их остановили сотрудники полиции сотрудник полиции Ш.Э. потребовал документы у водителя ФИО2 ФИО2 знал Ш.Э., именно его экипаж до этого его задержал и составили акт, и на этой почве Б и Ш. стали громко разговаривать. Работники полиции вызвали подкрепление, так как их было много. Они стали защищать ФИО2, все разговаривали на повышенных тонах. Сотрудники полиции хотели посадить в свою автомашину А.А., но ФИО2 стал этому мешать. К Б работники полиции применили силу и повалили на землю. Х. подбежал к инспектору ДПС А.А. и ударил его кулаком в лицо. Это А.А. применил силу к Б. От удара ФИО7 Ак. упал на землю и после этого ФИО7 еще несколько раз ударил Ак.. К этому времени к этому месту подъехали и другие сотрудники полиции, и ФИО1 закрыли в автомашине ВАЗ 21099, чтобы сотрудники полиции не смогли до него добраться. Затем его и Б отвезли в отдел полиции. ФИО2 выражался нецензурной бранью в адрес инспекторов ДПС Ш.Э. и А.А. Другие ребята тоже выражались нецензурной бранью, но это было не в адрес кого-то конкретно. т.2 л.д. 15-18 После оглашения показаний свидетеля К.Р. на предварительном следствии, свидетель К.Р. суду пояснил, что он давал правдивые показания на предварительном следствии. Он полностью подтверждает свои показания данные им на предварительном следствии. Свидетель Ш.З. суду показал, что вечером ДД.ММ.ГГГГ они отмечали день рождения Ал.Р., пили пиво на обочине дороги, на капоте двух автомашин, принадлежавшие ФИО2 и ФИО9 подъехали к здании «Бизнес Центр» &lt;адрес&gt;, и к ним подъехал экипаж ДПС, а именно Ш.Э. и А.А. и еще один сотрудник полиции. Между ФИО4 и сотрудниками полиции произошла ссора на почве того, что они чуть ранее освидетельствовали Б. Б выражался нецензурной бранью в адрес Ш.Э. и А.А.. Как подсудимый ФИО1 оказал сопротивление сотрудникам полиции он не видел, стоял в стороне. В порядке ст. 281 УПК РФ были оглашены показания свидетеля Ш.З. на предварительном следствии, где он показал, что после того как сотрудники полиции их остановили, они подошли к водителю ФИО2 и потребовали документы. ФИО2 стал возмущаться, что это именно они его несколько дней тому назад освидетельствовали. Они на стороне ФИО2 стали не выполнять требования работников полиции, стали с ними громко разговаривать. Сотрудники полиции вызвали подкрепление. К ним сразу подъехали Ал.Р. и Л.А., на автомашине последнего. Сотрудники полиции сказали, что всех доставят в отдел полиции. Стали сажать в их автомашину А.А., а Б стал им противиться и к нему применили силу, повалили на землю. ФИО1 подбежал к одному из сотрудников полиции и ударил кулаком в лицо, и последний упал, а ФИО1 еще несколько раз ударил этого сотрудника полиции. Подъехали и другие сотрудники полиции на двух автомашинах. ФИО1 закрыли в одной из автомашин, чтобы сотрудники полиции его не достали. Потом их всех доставили в отдел полиции. ФИО2 выражался грубой нецензурной бранью в адрес сотрудников полиции Ш.Э. и А.А. После оглашения показаний Ш.З. он пояснил суду, что полностью подтверждает свои показания, данные им на предварительном следствии в качестве свидетеля. т.2 л.д. 28-31 Свидетель Л.А. суду показал, что ДД.ММ.ГГГГ он с друзьями отмечали день рождения Ал.Р. После распития спиртного-пива, он с Ал.Р. поехали в центр &lt;адрес&gt;, а другие ребята поехали за ними на автомашине ФИО2 Из-за неполадок автомашины, ФИО2 отстал от них, но кто-то из ребят позвонил им и сказал, что их задержали сотрудники ДПС. Они вернулись обратно и подъехали к ним. ФИО2 громко разговаривал с сотрудниками ДПС, потом подъехали другие сотрудники полиции и доставили их в отдел полиции. В порядке ст. 281 УПК РФ были оглашены показания свидетеля Л.А. на предварительном следствии, данные им в качестве свидетеля, в связи с противоречиями его показании на предварительном следствии и в суде. Так, на предварительном следствии свидетель Л.А. показал, что когда он и Ал.Р. подъехали к месту где сотрудники полиции задержали ФИО2 и других ребят с которыми они пили спиртное, он увидел, что ФИО2 и другие ребята на высоких тонах разговаривают с сотрудниками полиции. Сотрудников полиции было трое - Ш.Э., А.А. и еще один. ФИО2 пояснял, что именно они ДД.ММ.ГГГГ задержали его и освидетельствовали его. Их было много, и они стали поддерживать возмущения ФИО2, не стали выполнять требования сотрудников полиции. Они вызвали подмогу. Сотрудники полиции стали сажать в их автомашину А.А., а этому стал препятствовать ФИО2. Сотрудники полиции переключились на Б, применили к нему физическую силу и повалили на землю. ФИО1 подбежал к сотруднику А.А. и ударил его кулаком в лицо, от чего последний упал на землю. Потом ФИО1 еще несколько раз ударил А.А. Подъехавшие сотрудники полиции стали успокаивать их, воспользовались моментом, и они ФИО1 посадили в автомашину Л. и закрыли двери автомашины, чтобы его не достали сотрудники полиции. Сотрудники полиции посадили ФИО2 и А.А. в свою автомашину и увезли. Потом и других доставили в отдел полиции. Они по требованию сотрудников полиции сами поехали в отдел полиции, предварительно найдя ФИО1 и прихватив его с собой. Он вышел с автомашины и пошел в магазин за сигаретами. В отделе их всех освидетельствовали. После этого доставили в следственный комитет. ФИО2 выражался грубой нецензурной бранью в адрес сотрудников полиции, а именно в адрес Ш.Э. и А.А. т.2 л.д. 32-35 После оглашения показаний Л.А. он пояснил суду, что на предварительном следствии он давал правдивые показания, и он их подтверждает полностью. В порядке ст. 281 УПК РФ были оглашены показания свидетеля А.А. данные им на предварительном следствии в качестве свидетеля. Так, свидетель Ан А.Б. дал на предварительном следствии аналогичные показания, что и свидетель Ш.З. на предварительном следствии, которые оглашены в суде. т.2 л.д. 24-27 Объективно вина подсудимых Б и ФИО7 так же доказана следующими доказательствами, исследованные в суде: Из протокола о доставлении устанавливается, что ДД.ММ.ГГГГ в 00 час. 06 мин. инспектор ДПС А.А. доставил ФИО1 в отдел полиции &lt;адрес&gt; т.1 л.д. 18 Из протокола о доставлении устанавливается, что -ДД.ММ.ГГГГ в 00 часов 05 минут в Чегемский отдел полиции был доставлен ФИО2 т.1 л.д. 21 Из акта освидетельствования № серии 07 КБ устанавливается, что ДД.ММ.ГГГГ в 04 час. 22 мин. был освидетельствован ФИО2 и констатирован, что он в состоянии алкогольного опьянения. С результатом освидетельствования, ФИО2 согласен. т. 1 л.д. 25 Из заключения судебно-медицинского эксперта №-А устанавливается, что у потерпевшего по делу А.А. имеются телесные повреждения: закрытая черепно-мозговая травма головы; сотрясение головного мозга; ушибленные поверхностные раны головы; ссадина и кровоподтек лица. Эти телесные повреждения причинены твердым тупым предметом с ограниченной площадью воздействия, на что указывают вид и характер повреждении, возможно и при обстоятельствах изложенных в постановлении. Давность образования на момент осмотра (06 февраля в 11 час. 20 мин.) в пределах одних суток. По степени тяжести описанные телесные (первые два) согласно медицинских критериев определения степени тяжести вреда, причиненного здоровью человека, квалифицируются как легки вред здоровью по признаку длительности расстройства здоровья до 21 суток. Последние два телесных повреждения не влекут за собой расстройства здоровья или стойкой утраты общей трудоспособности. т.1 л.д. 55-57 Из заключения эксперта биолога № кровь гр-на А.А. относится к Ва группе. На футболке гр-на ФИО1 обнаружены пятна крови человека Ва группы, что не исключает происхождение крови в этих пятнах от потерпевшего А.А. На куртке, спортивных штанах и кроссовках гр-на ФИО1 следов крови не обнаружено/ т.1 л.д. 127-129 Из заключения судебно-медицинского эксперта № устанавливается, что кровь гр-на А.А. относится к Ва группе с сопутствующим антигеном Н. На представленной для исследования куртке гр-на Л.А. обнаружены следы крови человека. В трех пятнах кровь от лица с Ва группой, что не исключает её происхождение от гр-на А.А.; в одном пятне группа крови не установлена из-за не выявления антигенов А,В и Н. т.1 л.д. 138-143 Из заключения эксперта-биолога № от ДД.ММ.ГГГГ устанавливается, что кровь потерпевшего А.А. относится к Ва группе. На куртке гр-на ФИО2 обнаружены следы крови человека. При определении групповой принадлежности крови, лишь в одном пятне установлена Ва группа, что не исключает происхождение этой крови от потерпевшего А.А., в другом же пятне, группа крови не установлена. т.1 л.д.202-206 Из акта лингвистической судебной экспертизы № устанавливается, что представленное на исследование высказывание «Суки, пидарасы, я вас выебу» в адрес Ш.Э. и А.А. носит оскорбительный характер. В анализируемом высказывании содержится отрицательная оценка личности Ш.Э. и А.А., унижающая их честь и достоинство, а так же подрывающая их престиж как представителей власти в глазах окружающих. Оно направлено на унижение личного достоинства Ш.Э. и А.А. т.1 л.д. 116-224 Из приказа № от ДД.ММ.ГГГГ устанавливается, что старшего лейтенанта А.А. назначили на должность инспектора ДПС приказом министра МД по КБР. т.2 л.д. 46 Из протокола осмотра места происшествия устанавливается, что осмотру подлежал местность около здании «Бизнес Центр» в &lt;адрес&gt;. Именно на этом месте, со слов Ш.Э. и А.А., которые принимали участие при осмотре места происшествия, они остановили водителя ФИО2 в состоянии алкогольного опьянения, и ФИО2 в присутствии многих людей выражался в их адрес грубой нецензурной бранью, а затем ФИО1, который был с ФИО4, оказал им сопротивление, наносил несколько ударов рукой в область лица А.А. т.2 л.д. 81-89 Вещественными доказательствами по делу, а именно футболкой, кроссовкой и брюками ФИО1 и курткой, спортивными брюками ФИО2 т.2 л.д. 126-128 Таким образом, судом установлено, что Б публично оскорбил представителя власти при исполнении им своих должностных обязанностей и в связи с их исполнением и с учётом мнении государственного обвинителя, суд считает необходимым действия ФИО2 квалифицировать по ст. 319 УК РФ как публичное оскорбление представителя власти при исполнении им своих должностных обязанностей и в связи с их исполнением. Так же установлено, что ФИО1 применил насилие, опасного для жизни и здоровья в отношении представителя власти в связи с исполнением им своих должностных обязанностей и суд с учётом мнении государственного обвинителя считает необходимым квалифицировать действия ФИО1 по ст. ч.2 УК РФ по признакам: применения насилия, опасного для жизни и здоровья, в отношении представителя власти, в связи с исполнением им своих должностных обязанностей. При назначении наказания виновным, суд учитывает характер и степень общественной опасности совершенных преступлении, личности виновных, в том числе обстоятельства смягчающие и отягчающие наказание, а так же влияние назначаемого наказания на исправление осужденных и на условия жизни их семьи. Обстоятельствами, смягчающими наказание виновных, суд учитывает, что ранее они не судим, положительно характеризуются по месту жительства, а ФИО2 и по месту учёбы, вину свою они признают полностью и раскаиваются в содеянном, активно способствовали следствию по раскрытию совершенного им преступления, мнении потерпевших просивший суд строго не наказывать виновных. Отсутствуют обстоятельства отягчающие вину ФИО1 и ФИО2 С учётом всех этих обстоятельств суд приходит к выводу о возможности исправления ФИО1 без реального отбывания наказания, то есть возможным применить к нему правила ст. 73 УК РФ . С учетом изложенных обстоятельств при назначении виновному ФИО1 наказания, суд не находит основании для изменении категории преступления по которому он обвиняется, на менее тяжкую. На основании изложенного, руководствуясь ст. ст. - 309 УПК РФ , суд ПРИГОВОРИЛ: Признать ФИО1 виновным в совершении преступления, предусмотренного ст. ч. 2 УК РФ и назначить ему наказание в виде 3 (трёх) лет лишения свободы. На основании ст. 73 УК РФ назначенное наказание, считать условным, с испытательным сроком в 2 (два) года. Обязать ФИО1 не уходить из дома с 22 часов вечера и до 6 часов утра, не менять постоянного места жительства без уведомления специализированного государственного органа, осуществляющего исправление осужденного, являться в УИИ по месту жительства (постоянного проживания) один раз в месяц, не посещать места проведения массовых и иных мероприятии, и не участвовать в указанных мероприятиях. Контроль за поведением ФИО1 возложить на филиал УИИ Очаковско-Матвеевского района г. Москвы ( ЗАО г. Москвы). Признать ФИО2 виновным в совершении преступления, предусмотренного ст. 319 УК РФ и назначить ему наказание в виде 300 часов обязательных работ. Меру пресечения ФИО1 и ФИО2 подписку о невыезде и надлежащем поведении оставить без изменения и отменить после вступления приговора в законную силу. Вещественные доказательства по делу: футболку, кроссовки, спортивные брюки, утепленную куртку черного цвета ФИО1, свитер, джинсовые брюки ремень, мужские тапочки К.Р., куртку, мужские брюки кроссовки Л.А., болоньевую куртку, спортивные брюки, кроссовки Ал.Р., куртку, футболку, кроссовки черного цвета, джинсовые брюки, куртку А.А., куртку, футболку, брюки джинсовые, кроссовки Ш.З., куртку, спортивные брюки ФИО10 вернуть по принадлежности по вступлению приговора в законную силу. Приговор может быть обжалован в апелляционном порядке в судебную коллегию по уголовным делам Верховного суда КБР через Чегемский районный суд в течение 10 суток со дня его провозглашения, а осужденными, содержащимися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А.С. Тхазеплов Суд: Чегемский районный суд (Кабардино-Балкарская Республика) (подробнее) Судьи дела: Тхазеплов А.С. (судья) (подробнее) Последние документы по делу: Приговор от 27 декабря 2017 г. по делу № 1-80/2017 Приговор от 14 декабря 2017 г. по делу № 1-80/2017 Приговор от 23 августа 2017 г. по делу № 1-80/2017 Приговор от 28 мая 2017 г. по делу № 1-80/2017 Приговор от 21 мая 2017 г. по делу № 1-80/2017 Приговор от 12 апреля 2017 г. по делу № 1-80/2017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