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29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Вне очереди жилые помещения по договорам социального найма предоставляются: 1) гражданам, жилые помещения которых признаны в установленном порядке непригодными для проживания и ремонту или реконструкции не подлежат; 2) детям-сиротам и детям, оставшимся без попечения родителей, лицам из числа детей-сирот и детей, оставшихся без попечения родителей,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при прекращении опеки (попечительства), а также по окончании службы в Вооруженных Силах Российской Федерации или по возвращении из учреждений, исполняющих наказание в виде лишения свободы; 3) гражданам, страдающим тяжелыми формами хронических заболеваний, указанных в предусмотренном пунктом 4 части 1 статьи 51 настоящего Кодекса перечне. Основания признания граждан нуждающимися в жилых помещениях, предоставляемых по договорам социального найма, установлены статьей 51 ЖК РФ . Частью 2 ст. 52 ЖК РФ определено, что состоять на учете в качестве нуждающихся в жилых помещениях имеют право указанные в статье 49 данной: Кодекса категории граждан, которые могут быть признаны нуждающимися в жилых помещениях. Согласно ст. 51 ЖК РФ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частью 2 настоящей статьи случаев.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(часть 3 статьи Жилищного кодекса Российской Федерации). На основании п.5 ст. 14 Федерального закона от 18.06.2001 г. №77-ФЗ «О предупреждении распространения туберкулеза в Российской Федерации», больным заразными формами туберкулеза предоставляются жилые помещения по договорам социального найма в соответствии с Жилищным кодексом Российской Федерации. Как следует из материалов дела, и установлено судом, вступившим в законную силу решением ДД.ММ.ГГГГ, &lt;данные изъяты&gt; районного суда г. Уфы РБ от ДД.ММ.ГГГГ постановлено: «Признать ФИО2 нуждающимся в предоставлении жилого помещения по договору социального найма. Обязать администрацию Демского района ГО г. Уфа поставить ФИО2 на учет в качестве нуждающегося в жилом помещении по договору социального найма как инвалида, страдающего тяжелой формой хронического заболевания». Во исполнение решения &lt;данные изъяты&gt; районного суда г. Уфы РБ от ДД.ММ.ГГГГ, вступившего в законную силу ДД.ММ.ГГГГ, распоряжением главы Администрации &lt;данные изъяты&gt; района городского округа город Уфа Республики Башкортостан № от ДД.ММ.ГГГГ ФИО1 принят на учет граждан в качестве нуждающихся в жилых помещениях и включен в список граждан, имеющих право на предоставление жилых помещений по договору социального найма вне очереди. В соответствии со ст. 57 ЖК РФ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частью 2 настоящей статьи случаев. Вне очереди жилые помещения по договорам социального найма предоставляются гражданам, страдающим тяжелыми формами хронических заболеваний, указанных в предусмотренном пунктом 4 части 1 статьи 51 настоящего Кодекса перечне. Согласно п. 4 ч. 1 ст. 51 ЖК РФ гражданами, нуждающимися в жилых помещениях, предоставляемых по договорам социального найма, признаются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В соответствии с ч. 7 ст. 57 ЖК РФ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 Согласно выписки из Единого государственного реестра недвижимости ФИО1 принадлежит &lt;данные изъяты&gt; доля в праве собственности на жилое помещение, расположенного по адресу: &lt;адрес&gt; (общей площадью &lt;данные изъяты&gt; кв.м.). Решением Совета городского округа город Уфа Республики Башкортостан N 12/22 от 08.06.2006 "Об утверждении учетной нормы площади жилого помещения, нормы предоставления площади жилого помещения, об установлении порога размера дохода, приходящегося на каждого члена семьи, порога стоимости имущества, приходящегося на каждого члена семьи, порога стоимости имущества, находящегося в собственности членов семьи и подлежащего налогообложению, периода накопления денежных средств, достаточного для приобретения жилого помещения, действующих на территории городского округа адрес" норма предоставления площади жилого помещения по договору социального найма, исходя из которой определяется уровень размера общей площади жилого помещения, предоставляемого по договору социального найма, установлена в размере от 14 до 18 кв. м общей площади жилого помещения на одного человека. Частью первой статьи 17 Федерального закона от 24 ноября 1995 г. N 181-ФЗ "О социальной защите инвалидов в Российской Федерации" предусмотрено, что инвалиды принимаются на учет и обеспечиваются жилыми помещениями в порядке, предусмотренном законодательством Российской Федерации и законодательством субъектов Российской Федерации. Таким образом, оснований для удовлетворения исковых требований ФИО2 к Администрации городского округа город Уфа Республики Башкортостан о предоставлении вне очереди благоустроенного жилого помещения применительно к городу Уфе с учетом нормы предоставления площади по договору социального найма, отвечающее установленным санитарным и техническим требованиям, исходя из положений п.7 ст. 57 ЖК РФ и ч. 3 ст. 196 ГПК РФ и заявленных истцом требований, не имеется. Руководствуясь ст.ст. , - Гражданского процессуального кодекса Российской Федерации, суд РЕШИЛ: отказать в удовлетворении исковых требований ФИО2 к Администрации городского округа город Уфа Республики Башкортостан о возложении обязанности предоставить благоустроенное жилое помещение по договору социального найма вне очереди На решение может быть подана апелляционная жалоба в Верховный Суд Республики Башкортостан в течение одного месяца со дня его изготовления в окончательной форме – «30» мая 2017 года через Октябрьский районный суд города Уфы Республики Башкортостан. Председательствующий судья Гибадатов У. И. Суд: Октябрьский районный суд г. Уфы (Республика Башкортостан) (подробнее) Ответчики: Администрация ГО г.Уфа (подробнее) Судьи дела: Гибадатов Урал Ишдавлетович (судья) (подробнее) Последние документы по делу: Постановление от 19 июня 2018 г. по делу № 2-2869/2017 Решение от 24 октября 2017 г. по делу № 2-2869/2017 Решение от 4 сентября 2017 г. по делу № 2-2869/2017 Решение от 13 июля 2017 г. по делу № 2-2869/2017 Определение от 1 июня 2017 г. по делу № 2-2869/2017 Решение от 28 мая 2017 г. по делу № 2-2869/2017 Решение от 22 мая 2017 г. по делу № 2-2869/2017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