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Ссылка представителя третьего лица - Федерального государственного казенного учреждения «Восточное региональное управление жилищного обеспечения» Министерства обороны Российской Федерации на то, что до 2009г. спорное жилое помещение находилось на территории закрытого военного городка и в силу прямого указания закона (абз. 8 п. 1 ст. Закона «О статусе военнослужащих») являлось служебным, не состоятельна, т.к. квартира предоставлена истцам 14.06.1996г., а Федеральный закон «О статусе военнослужащих» N 76-ФЗ принят 27.05.1998г. Кроме того, из текста данной нормы не следует, что все жилые помещения на территории закрытого военного городка являются служебными. Доказательств того, что на момент предоставления жилого помещения истцам военный городок был закрытым, суду также не предоставлено. Понятие закрытого военного городка получило законодательное закрепление также в ст. Федерального закона «О статусе военнослужащих» N 76-ФЗ от 27.05.1998г., на которую ссылался представитель третьего лица. При решении вопроса, все ли предоставляемые ведомственные жилые помещения на территории закрытого военного городка являются служебными, суд исходит из следующего: В соответствии с п.1 ч.2 ст.7 Закона РФ от 24.12.1992 N 4218-1 (ред. от 12.01.1996) «Об основах федеральной жилищной политики» (который утратил силу с 1.03.2005г. в связи с принятием ФЗ от 29.12.2004г. № 189-ФЗ о введении в действие ЖК РФ) жилые помещения закрытых военных городков состояли в государственной собственности РФ и являлись ведомственным жилым фондом. В силу ст. ЖК РСФСР жилое помещение включалось в число служебных решением исполнительного комитета районного, городского, районного в городе Совета народных депутатов. Таким образом, перевод жилого помещения в разряд служебного осуществляли не министерства и ведомства РФ, а местные органы власти. В силу статьи Жилищного кодекса РСФСР, действовавшей на момент предоставления спорной квартиры, единственным основанием для вселения в предоставленное - жилое помещение являлся ордер, который выдавался гражданину на основании решения исполнительного комитета районного, городского Совета народных депутатов о предоставлении жилого помещения. Доказательств того, что жилое помещение на момент его предоставления истцам хх.хх.хххх было отнесено к числу служебных, ответчиком суду не предоставлено. Согласно п. 31 Положения о порядке обеспечения жилой площадью в Советской Армии и Военно-Морском флоте, утвержденного приказом Министра Обороны СССР от 10.11.1975г. № 285 заселение служебных жилых помещений (в т.ч. в закрытых военных городках) производится по специальным ордерам и только после включения таких помещений в число служебных решением исполкома Совета депутатов трудящихся. В соответствии с п. 41 Постановления Пленума Верховного Суда РФ от 02.07.2009 N 14 "О некоторых вопросах, возникших в судебной практике при применении Жилищного кодекса Российской Федерации" по действующему до 1 марта 2005 года законодательству основанием для вселения в служебное жилое помещение и заключения договора найма служебного жилого помещения являлся установленной формы ордер (статьи , ЖК РСФСР). После 1 марта 2005 года основанием заключения договора найма конкретного специализированного жилого помещения, дающего право на вселение и проживание в жилом помещении, является, согласно статье 99 ЖК РФ , решение собственника такого жилого помещения или действующего от его имени уполномоченного органа государственной власти или уполномоченного органа местного самоуправления либо иного уполномоченного им лица о предоставлении гражданину, не обеспеченному жилым помещением в соответствующем населенном пункте, специализированного жилого помещения. Решения органа местного самоуправления об отнесении квартиры к числу служебного жилья, как это требует ст. ЖК РСФСР (действовавшая в указанный период), п. 31 Положения о порядке обеспечения жилой площадью в Советской Армии и Военно-Морском флоте, утвержденного приказом Министра Обороны СССР от 10.11.1975г. № 285 (действовавшего в указанный период) ответчиками суду не предоставлено. Суд исходит из требований п. 41 Постановления Пленума Верховного Суда РФ от 02.07.2009 N 14 и учитывает, что ордер № 17/96 от 14.06.1996 г. служебным не является. Таким образом, на момент предоставления спорного жилого помещения истцам оно не имело статуса служебного.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части 2 статьи 92 ЖК РФ использование жилого помещения в качестве специализированного жилого помещения, за исключением случаев, предусмотренных федеральными законами, допускается только после отнесения его к специализированному жилищному фонду решением органа, осуществляющего управление государственным или муниципальным жилищным фондом, в соответствии с установленным порядком и требованиями, которые в настоящее время определены Правилами отнесения жилого помещения к специализированному жилищному фонду, утвержденными Постановлением Правительства Российской Федерации от 26 января 2006 г. N 42. В соответствии с п.15 указанных Правил использование жилого помещения в качестве специализированного жилого помещения допускается только после отнесения жилого помещения к определенному виду жилых помещений специализированного жилищного фонда в соответствии с настоящими Правилами. Нарушение требований Жилищного кодекса Российской Федерации и Правил отнесения жилого помещения к специализированному жилищному фонду при принятии решения о предоставлении гражданину специализированного жилого помещения с учетом положений пункта 2 части 3 статьи 11 ЖК РФ и части 2 статьи 99 ЖК РФ может служить основанием для предъявления в судебном порядке заинтересованными лицами требования о признании этого решения недействительным. хх.хх.хххх Лесозаводская КЭЧ обратилась в Территориальное управление с ходатайством за № хх о включении жилых помещений в специализированный жилищный фонд, в том числе и ххххххх. Распоряжением Территориального управления от 17.07.2007 № 394-р «О включении квартир в специализированный жилищный фонд» спорное жилое помещение согласно перечню было включено в специализированный жилищный фонд с отнесением её к числу служебных помещений, находящихся в оперативном управлении Лесозаводской КЭЧ. Согласно п. 3 Правил отнесения жилого помещения к специализированному жилищному фонду, утвержденными Постановлением Правительства Российской Федерации от 26 января 2006 г. N 42, отнесение жилых помещений к специализированному жилищному фонду не допускается, если жилые помещения заняты по договорам социального найма, найма жилого помещения, находящегося в государственной или муниципальной собственности жилищного фонда коммерческого использования, аренды, а также если имеют обременения прав на это имущество. В нарушение п. 3 указанных Правил жилое помещение отнесено к специализированному жилищному фонду в период проживания в нем истцов на основании договора найма жилого помещения, находящегося в государственной собственности, а решение об отнесении квартиры к числу служебных может быть принято только в тот период, когда квартира не предоставлена жильцам. На момент подачи ходатайства (хх.хх.хххх), спорная квартира была занята истцами, никак не связанными служебными отношениями с Министерством обороны РФ. Лесозаводская КЭЧ Дальневосточного военного округа, достоверно располагая сведениями о том, что наниматели жилого помещения (истцы) не состоят в трудовых отношениях с Министерством обороны РФ. Таким образом, требования истцов о признании недействительным Распоряжения Федерального агентства по управлению Федеральным имуществом территориального управления по ххххххх № хх-р от 17.07.2007г. «О включении квартир в специализированный жилищный фонд» в части присвоения статуса служебного жилому помещению по адресу: ххххххх, а также о признании за истцами права пользования указанным жилым помещением на условиях договора социального найма подлежат удовлетворению. Ссылка представителя Росимущества на то, что: - Оспариваемое распоряжение Территориального управления не подлежит признанию недействительным, т.к. оно было издано в 2007 году до разграничения полномочий между Росимуществом и Министерством обороны, в части распоряжения федеральным имуществом; - Изменение статуса служебного жилого помещения, расположенного по адресу: ххххххх, относится к исключительной компетенции собственника, которым является Министерство обороны. Признание распоряжения Территориального управления недействительным не приведёт к изменению статуса служебного жилого помещения и не создаст условий для его приватизации. - Истцом выбран ненадлежащий способ защиты нарушенного права, т.к. он должен был обжаловать не распоряжение Территориального управления № хх-р от хх.хх.хххх «О включении квартир в специализированный жилищный фонд», а отказ ФГКУ «Дальневосточное территориальное управление имущественных отношений» Министерства обороны Российской федерации исключить жилое помещение из числа служебных, выраженный в письме от хх.хх.хххх № хх, - В своём заявлении истец указал в качестве ответчика Министерство обороны РФ, а требование предъявил непосредственно к Территориальному управлению о признании недействительным распоряжения № хх-р от хх.хх.хххх, не могут быть приняты во внимание, поскольку вступившим в силу хх.хх.хххх Постановлением Правительства Российской Федерации от хх.хх.хххх № хх «О некоторых мерах по управлению федеральным имуществом» Министерство обороны Российской Федерации является федеральным органом исполнительной власти, осуществляющим функции по управлению федеральным имуществом, находящимся у Вооруженных Сил Российской Федерации на праве хозяйственного ведения или оперативного управления. Таким образом, полномочия Росимущества на осуществление от имени Российской Федерации указанных юридических действий с хх.хх.хххх переданы Министерству обороны России и в компетенцию Росимущества не входят. На основании изложенного, руководствуясь ст. - 198 ГПК РФ , Р Е Ш И Л: Иск П.Ю.Вю, ФИО4 к Министерству обороны Российской Федерации, Федеральному агентству по управлению Государственным имуществом Минэкономразвития России удовлетворить. Признать недействительным Распоряжение территориального управления по Приморскому краю Федерального агентства по управлению Федеральным имуществом № 394-р от 17.07.2007г. «О включении квартир в специализированный жилищный фонд» в части присвоения статуса «служебное» жилому помещению по адресу: ххххххх, Признать за П.Ю.Вю, ФИО4 право пользования жилым помещением по адресу: ххххххх, на условиях договора социального найма. Решение может быть обжаловано в апелляционном порядке в Приморский краевой суд в течение 1 месяца через Лесозаводский районный суд. Судья Гусев А.В. Суд: Лесозаводский районный суд (Приморский край) (подробнее) Ответчики: Министерство обороны РФ (подробнее) Территориальное Управление по Приморскому краю (подробнее) Федеральное агентство по управлению федеральным имуществом (подробнее) Судьи дела: Гусев А.В. (судья) (подробнее) Последние документы по делу: Решение от 14 августа 2017 г. по делу № 2-288/2017 Решение от 25 июня 2017 г. по делу № 2-288/2017 Решение от 29 мая 2017 г. по делу № 2-288/2017 Решение от 18 мая 2017 г. по делу № 2-288/2017 Решение от 30 марта 2017 г. по делу № 2-288/2017 Решение от 18 января 2017 г. по делу № 2-288/2017 Определение от 9 января 2017 г. по делу № 2-288/2017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