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Произвести реальный раздел жилого дома, площадью 292,4 кв.м., с кадастровым номером 50:28:0020806:4032, по варианту № судебной строительно-технической экспертизы, и выделить в равно долевую собственность ФИО1, ФИО2, ФИО3 (по 1/3 доли) часть жилого дома, расположенного по адресу: &lt;адрес&gt;, мкр. Востряково, &lt;адрес&gt;, состоящую из помещений в лит. А: №, площадью 21,1 кв.м., №, площадью 5,5 кв.м., №, площадью 32,5 кв.м., №, площадью 24,4 кв.м., №, площадью 24,4 кв.м., №, площадью 4,0 кв.м., №, площадью 1,7 кв.м., в лит.А1: №, площадью 15,0 кв.м., №, площадью 15,6 кв.м., №, площадью 23,8 кв.м., №, площадью 35,2 кв.м., №, площадью 21,6 кв.м.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Выделить в собственность ФИО5 часть жилого дома, расположенного по адресу: &lt;адрес&gt;, мкр. Востряково, &lt;адрес&gt;, состоящую из помещения в лит. А: №, площадью 32,8 кв.м., в лит.А1: №, площадью 32,3 кв.м.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Расходы по переоборудованию части жилого дома ФИО1, ФИО2, ФИО3 по установке автономной системы электроснабжения, с устройством счетчика потребления электроэнергии, подводкой труб систем водоснабжения, возлагаются на ФИО1.</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Расходы по переоборудованию части дома ФИО5 по закладке дверного проема между частями дома истцов и ответчика на первом и цокольном этаже, оборудования помещения кухни с устройством мойки, оборудования санузла, возлагаются на ФИО5.</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Канализация остается в общем пользовании сторон.</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Прекратить право общей долевой собственности на жилой дом, расположенный по адресу: &lt;адрес&gt;, мкр. Востряково, &lt;адрес&gt; между ФИО8 ФИО5 и ФИО1, ФИО2, ФИО4.</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ФИО1 выплачивает ФИО5 компенсацию за уменьшение его идеальной доли в сумме 138140 рублей сроком до ДД.ММ.ГГГГ.</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Произвести реальный раздел земельного участка, площадью 972 кв.м., с кадастровым номером 50:28:0020505:40, расположенного по адресу: &lt;адрес&gt;, мкр. Востряково, &lt;адрес&gt;а: - выделить в равно долевую собственность ФИО1, ФИО2, ФИО3 (по 1/3 доли) земельный участок, площадью 648 кв.м., расположенный по адресу: &lt;адрес&gt;, мкр. Востряково, &lt;адрес&gt;, расположенный в следующий координатах: № точки Координаты Х Координаты У Линейные размеры (м) 428164.54 2207726.70 6,89 428164.76 2207733.59 5.19 428159.58 2207733.85 6.86 428152.72 2207733.97 6.00 428152.87 2207739.97 1.01 428152.89 2207740.98 30.75 428122.15 2207741.77 24.18 428122.53 2207717.59 0.99 428122.85 2207716.65 12.06 428134.91 2207716.50 10.92 428134.92 2207727.42 29.63 - выделить в собственность ФИО5 земельный участок, площадью 324 кв.м., расположенный по адресу: &lt;адрес&gt;, мкр. Востряково, &lt;адрес&gt;, в двух контурах, площадью 239 кв.м. и 85 кв.м., расположенный в следующих координатах: Первый контур, площадью 239 кв.м. № точки Координаты Х Координаты У Линейные размеры (м) 428164.39 2207721.97 4.73 428164.54 2207726.70 29.63 428134.92 2207727.42 10.92 428134.91 2207716.50 16.27 428151.18 2207716.28 6.01 428151.13 2207722.29 13.26 Второй контур, площадью 85 кв.м. № точки Координаты Х Координаты У Линейные размеры (м) 428164.76 2207733.59 7.09 428165.00 2207740.68 0.43 428164.57 2207740.69 11.68 428152.89 2207740.98 1.01 428152.87 2207739.97 6.00 428152.72 2207733.97 6.86 428159.58 2207733.85 5.19</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Прекратить право общей долевой собственности на земельный участок, с кадастровым номером 50:28:0020505:40, расположенный по адресу: &lt;адрес&gt;, мкр. Востряково, &lt;адрес&gt; между ФИО8 ФИО5 и ФИО1, ФИО2, ФИО4.</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Стороны обязуются не препятствовать друг другу в подключении коммуникаций и обслуживании своих частей дома.</w:t>
      </w:r>
    </w:p>
    <w:p>
      <w:pPr>
        <w:pStyle w:val="Heading3"/>
      </w:pPr>
      <w:r>
        <w:rPr>
          <w:rFonts w:ascii="Times New Roman" w:hAnsi="Times New Roman" w:eastAsia="Times New Roman" w:cs="Times New Roman"/>
          <w:b/>
          <w:i w:val="0"/>
          <w:sz w:val="22"/>
        </w:rPr>
        <w:t>Пункт 11. Выводы</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Судебные издержки ФИО8 ФИО5 возмещены ФИО1 ДД.ММ.ГГГГ, о чем имеется расписка. Просили утвердить мировое соглашение и прекратить производство по делу, о чем занесено в протокол судебного заседания. Судом разъяснено сторонам, что в соответствии с ч.3 ст.173, абз.5 ст.220, ст.221 Гражданско-процессуального кодекса РФ при утверждении мирового соглашения одновременно прекращается производство по делу, повторное обращение в суд по спору между теми же сторонами, о том же предмете и по тем же основаниям не допускается; в соответствии с Федеральным законом «Об исполнительном производстве» на основании определения суда может быть выдан исполнительный лист для применения мер принудительного исполнения в случае уклонения от добровольного исполнения условий, утвержденного судом мирового соглашения. Суд, проверив условия мирового соглашения, считает, что заключенное сторонами мировое соглашение не противоречит закону и не нарушает прав и законных интересов других лиц, в связи с чем, подлежит утверждению. Руководствуясь ст.ст. , , абз. ст. , ст. 221 ГПК РФ ,</w:t>
      </w:r>
    </w:p>
    <w:p>
      <w:pPr>
        <w:spacing w:before="200" w:after="300"/>
        <w:pBdr>
          <w:bottom w:val="single" w:sz="6" w:space="1" w:color="000000"/>
        </w:pBdr>
      </w:pPr>
    </w:p>
    <w:p>
      <w:pPr>
        <w:pStyle w:val="Heading1"/>
        <w:jc w:val="center"/>
      </w:pP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Выделить в собственность ФИО5 часть жилого дома, расположенного по адресу: &lt;адрес&gt;, мкр. Востряково, &lt;адрес&gt;, состоящую из помещения в лит. А: №, площадью 32,8 кв.м., в лит.А1: №, площадью 32,3 кв.м.</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Расходы по переоборудованию части жилого дома ФИО1, ФИО2, ФИО3 по установке автономной системы электроснабжения, с устройством счетчика потребления электроэнергии, подводкой труб систем водоснабжения, возлагаются на ФИО1.</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Расходы по переоборудованию части дома ФИО5 по закладке дверного проема между частями дома истцов и ответчика на первом и цокольном этаже, оборудования помещения кухни с устройством мойки, оборудования санузла, возлагаются на ФИО5.</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Канализация остается в общем пользовании сторон.</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Прекратить право общей долевой собственности на жилой дом, расположенный по адресу: &lt;адрес&gt;, мкр. Востряково, &lt;адрес&gt; между ФИО8 ФИО5 и ФИО1, ФИО2, ФИО4.</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ФИО1 выплачивает ФИО5 компенсацию за уменьшение его идеальной доли в сумме 138140 рублей сроком до ДД.ММ.ГГГГ.</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Произвести реальный раздел земельного участка, площадью 972 кв.м., с кадастровым номером 50:28:0020505:40, расположенного по адресу: &lt;адрес&gt;, мкр. Востряково, &lt;адрес&gt;а: - выделить в равно долевую собственность ФИО1, ФИО2, ФИО3 (по 1/3 доли) земельный участок, площадью 648 кв.м., расположенный по адресу: &lt;адрес&gt;, мкр. Востряково, &lt;адрес&gt;, расположенный в следующий координатах: № точки Координаты Х Координаты У Линейные размеры (м) 428164.54 2207726.70 6,89 428164.76 2207733.59 5.19 428159.58 2207733.85 6.86 428152.72 2207733.97 6.00 428152.87 2207739.97 1.01 428152.89 2207740.98 30.75 428122.15 2207741.77 24.18 428122.53 2207717.59 0.99 428122.85 2207716.65 12.06 428134.91 2207716.50 10.92 428134.92 2207727.42 29.63 - выделить в собственность ФИО5 земельный участок, площадью 324 кв.м., расположенный по адресу: &lt;адрес&gt;, мкр. Востряково, &lt;адрес&gt;, в двух контурах, площадью 239 кв.м. и 85 кв.м., расположенный в следующих координатах: Первый контур, площадью 239 кв.м. № точки Координаты Х Координаты У Линейные размеры (м) 428164.39 2207721.97 4.73 428164.54 2207726.70 29.63 428134.92 2207727.42 10.92 428134.91 2207716.50 16.27 428151.18 2207716.28 6.01 428151.13 2207722.29 13.26 Второй контур, площадью 85 кв.м. № точки Координаты Х Координаты У Линейные размеры (м) 428164.76 2207733.59 7.09 428165.00 2207740.68 0.43 428164.57 2207740.69 11.68 428152.89 2207740.98 1.01 428152.87 2207739.97 6.00 428152.72 2207733.97 6.86 428159.58 2207733.85 5.19</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Прекратить право общей долевой собственности на земельный участок, с кадастровым номером 50:28:0020505:40, расположенный по адресу: &lt;адрес&gt;, мкр. Востряково, &lt;адрес&gt; между ФИО8 ФИО5 и ФИО1, ФИО2, ФИО4.</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Стороны обязуются не препятствовать друг другу в подключении коммуникаций и обслуживании своих частей дома.</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Судебные издержки ФИО8 ФИО5 возмещены ФИО1 ДД.ММ.ГГГГ, о чем имеется расписка. Производство по делу по иску ФИО1 действующей в своих интересах и интересах несовершеннолетних детей ФИО3, ФИО2 к ФИО5 о разделе жилого дома и земельного участка в натуре между собственниками, прекратить. Определение может быть обжаловано в Московский областной суд путем подачи частной жалобы в течение пятнадцати дней со дня его вынесения через Домодедовский городской суд. Председательствующий ФИО10 Суд: Домодедовский городской суд (Московская область) (подробнее) Судьи дела: Попова С.Н. (судья) (подробнее) Последние документы по делу: Решение от 11 декабря 2017 г. по делу № 2-1426/2017 Решение от 3 декабря 2017 г. по делу № 2-1426/2017 Решение от 15 ноября 2017 г. по делу № 2-1426/2017 Решение от 3 октября 2017 г. по делу № 2-1426/2017 Решение от 17 сентября 2017 г. по делу № 2-1426/2017 Решение от 11 июля 2017 г. по делу № 2-1426/2017 Решение от 11 июля 2017 г. по делу № 2-1426/2017 Определение от 12 июня 2017 г. по делу № 2-1426/2017 Определение от 31 мая 2017 г. по делу № 2-1426/2017 Решение от 23 мая 2017 г. по делу № 2-1426/2017 Решение от 23 мая 2017 г. по делу № 2-1426/2017 Определение от 2 апреля 2017 г. по делу № 2-1426/2017 Определение от 2 апреля 2017 г. по делу № 2-1426/2017 Решение от 19 марта 2017 г. по делу № 2-1426/2017 Решение от 12 марта 2017 г. по делу № 2-1426/2017 Решение от 20 февраля 2017 г. по делу № 2-1426/2017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