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сумма в валюте счета 0 - № ООО «ХКФ Банк»,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в валюте счета 0 - № ООО «ХКФ Банк»,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сумма в валюте счета 345,99 - № ООО «ХКФ Банк». В пределах 1 672 447,72 руб. ДД.ММ.ГГГГ судебным приставом-исполнителем Кировского РОСП г. Уфы УФССП ФИО5 возбуждено исполнительное производство №-ИП на основании исполнительного листа ФС № от ДД.ММ.ГГГГ, выданного органом Замоскворецкий районный суд по делу №, вступившему в законную силу ДД.ММ.ГГГГ, предмет исполнения задолженность в сумме 1 672 447,72 руб. в отношении должника ФИО1, ДД.ММ.ГГГГ года рождения, в пользу взыскателя КБ «ЛОКО БАНК». ДД.ММ.ГГГГ в рамках исполнительного производства №-ИП судебным приставом-исполнителем вынесено постановление об обращении взыскания на денежные средства, находящиеся на счетах/вкладе в «ХКФ Банк», открытом на имя должника ФИО1 в пределах 1 672 447,72 руб. В связи с тем, что ДД.ММ.ГГГГ возбуждено исполнительное производство № по исполнительному документу ФС № от ДД.ММ.ГГГГ дело № г., ДД.ММ.ГГГГ судебный пристав-исполнитель &lt;адрес&gt; отдела судебных приставов г. Уфы УФССП России по РБ ФИО5 постановил: отменить постановление о возбуждении исполнительного производства №-ИП от ДД.ММ.ГГГГ, отменить меры по обращению взыскания на денежные средства, находящиеся на счете (ах) счет открыт на имя должника ФИО1 на общую сумму 1 672 447, 72 руб. Поскольку обращение взыскания на денежные средства, постановление о возбуждении исполнительного производства №-ИП отменены, фактически неблагоприятных последствий для административного истца не наступило, суд приходит к выводу о том, что действия административных ответчиков перестали затрагивать права ФИО1 ДД.ММ.ГГГГ судебным приставом-исполнителем Кировского РОСП г. Уфы УФССП ФИО5 вынесено постановление об объединении исполнительных производств от ДД.ММ.ГГГГ №-ИП в отношении ФИО1, от ДД.ММ.ГГГГ №-ИП в отношении ФИО6 в сводное исполнительное производство №-СВ. В силу положений статей 64, 68 Закона № 229-ФЗ судебный пристав-исполнитель самостоятельно определяет перечень, характер и объем необходимых, подлежащих применению исполнительных действий, с учетом принципов целесообразности и достаточности. В соответствии со статьей Федерального закона «Об исполнительном производстве»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 Согласно ч. 1 и ч. 2 ст. 6 Федерального конституционного закона от 31 декабря 1996 года № 1-ФКЗ «О судебной системе Российской Федерации», вступившие в законную силу постановления федеральных судов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Постановлением судебного пристава-исполнителям Кировского РОСП г.Уфы ФИО5 в раках исполнительного производства № от ДД.ММ.ГГГГ обращено взыскание на денежные средства должника, находящиеся в банке или иной кредитной организации. Указанные действия действующему законодательству не противоречат. В данном случае судебным приставом-исполнителем совершены исполнительные действия по обращению взыскания на денежные средства должника, которые являлись мерой, гарантирующей возможность исполнения требований исполнительных документов. Исполнение судебного решения, по смыслу статьи (часть 1) Конституции Российской Федерации, следует рассматривать как элемент судебной защиты, что обязывает федерального законодателя при выборе в пределах своей конституционной дискреции того или иного механизма исполнительного производства осуществлять непротиворечивое регулирование отношений в этой сфере, создавать для них стабильную правовую основу и не ставить под сомнение конституционный принцип исполнимости судебного решения (Постановления Конституционного Суда Российской Федерации от дата N 1-П, от дата N 8-П, от дата N 8-П, от дата N 10-П, от дата N 4-П, от дата N 11-П и др.). Данными о том, что ФИО1 является плательщиком алиментов, суд не обладает, таких данных административным истцом ни суду, ни судебному приставу-исполнителю не представлено. Кроме того, как следует из материалов сводного исполнительного производства, какие-либо денежные средства с ФИО1 на момент рассмотрения дела судом не удерживаются (не взыскиваются), в связи с чем довод представителя административного истца о недопустимости производимого взыскания судебным приставом-исполнителем с ФИО1 денежных средств более 50% является ошибочным и основан на неверном толковании норма права. Как указано в пункте 51 Постановления Пленума Верховного Суда РФ от 22.11.2016 N 54 "О некоторых вопросах применения общих положений Гражданского кодекса Российской Федерации об обязательствах и их исполнении", согласно части 1 статьи 34 Закона об исполнительном производстве возбужденные в отношении нескольких должников исполнительные производства по солидарному взысканию в пользу одного взыскателя объединяются в сводное исполнительное производство. При этом взыскатель и каждый из солидарных должников вправе обратиться с заявлением об объединении возбужденных в отношении их исполнительных производств в сводное исполнительное производство, в том числе в случае, когда требования к ним удовлетворены решениями суда по разным делам. Как установлено судом и заявлено судебным приставом-исполнителем Кировского РОСП г. Уфы ФИО5 на судебном заседании, на его исполнении исполнительный лист о солидарном взыскании с ФИО3 в пользу КБ «ЛОКО БАНК» задолженности по кредитному договору 1 669 689, 65 руб. (по решению Замоскворецкого районного суда &lt;адрес&gt; от ДД.ММ.ГГГГ) отсутствует. Объективных данных, подтверждающих наличие такого исполнительного листа в производстве Кировского РОСП г.Уфы, суду не представлено. В связи с чем утверждение представителя административного истца об обязанности судебного пристава-исполнителя объединить три исполнительных производства в отношении должников: ФИО1, ФИО6, ФИО3 в одно сводное не основано на законе. При этом в отношении двух должников: ФИО1, ФИО6 такое постановление вынесено. По смыслу положений статьи 227 КАС РФ для признания незаконными постановлений должностных лиц службы судебных приставов, их действий (бездействия) необходимо наличие совокупности двух условий - несоответствие оспариваемых постановлений, действий (бездействия) нормативным правовым актам и нарушение прав, свобод и законных интересов административного истца. При отсутствии хотя бы одного из названных условий решения, действия (бездействие) не могут быть признаны незаконными. Поскольку оспариваемые действия судебного пристава-исполнителя совершены в соответствии с требованиями действующего законодательства об исполнительном производстве, в рамках полномочий, предоставленных судебному приставу-исполнителю, суд соглашается с выводами судебного пристава-исполнителя об отсутствии оснований для удовлетворения административного иска. Руководствуясь ст. ст. - 180 КАС РФ , суд Р Е Ш И Л : В удовлетворении административного искового заявления ФИО1 к судебному приставу-исполнителю Кировского РОСП г.Уфы ФИО5, УФССП по РБ о признании действий судебного пристава-исполнителя незаконными, отмене постановления судебного пристава-исполнителя Кировского РОСП г.Уфы ФИО5 отказать. Решение может быть обжаловано сторонами в апелляционном порядке в Верховный Суд Республики Башкортостан в течение месяца со дня изготовления решения в окончательной форме через Кировский районный суд г.Уфы Республики Башкортостан. Судья А.Р. Курамшина Суд: Кировский районный суд г. Уфы (Республика Башкортостан) (подробнее) Ответчики: СПИ Кировского РОСП г. Уфы УФССП по РБ Ярмухаметов Р.Р. (подробнее) УФССП по РБ (подробнее) Иные лица: КБ "ЛОКО БАНК" (АО) (подробнее) Судьи дела: Курамшина А.Р.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