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– подписка о невыезде и надлежащем поведении в отношении К.Е.Б.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&lt;данные изъяты&gt; оставить по принадлежности у свидетеля ФИО7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постановления направить подсудимому К.Е.Б., потерпевшему ФИО4, Рыбинскому межрайонному прокурору.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может быть обжаловано в Красноярский краевой суд через Рыбинский районный суд в 10 –ти дневный срок. Председательствующий: Немцева Е.Н. Суд: Рыбинский районный суд (Красноярский край) (подробнее) Судьи дела: Немцева Е.Н. (судья) (подробнее) Последние документы по делу: Приговор от 11 декабря 2017 г. по делу № 1-99/2017 Постановление от 28 ноября 2017 г. по делу № 1-99/2017 Приговор от 24 сентября 2017 г. по делу № 1-99/2017 Приговор от 29 августа 2017 г. по делу № 1-99/2017 Приговор от 8 августа 2017 г. по делу № 1-99/2017 Постановление от 3 августа 2017 г. по делу № 1-99/2017 Постановление от 26 июня 2017 г. по делу № 1-99/2017 Приговор от 5 июня 2017 г. по делу № 1-99/2017 Приговор от 31 мая 2017 г. по делу № 1-99/2017 Постановление от 31 мая 2017 г. по делу № 1-99/2017 Приговор от 24 мая 2017 г. по делу № 1-99/2017 Приговор от 23 мая 2017 г. по делу № 1-99/2017 Приговор от 22 мая 2017 г. по делу № 1-99/2017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