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Комсомольск-на-Амуре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