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Ч.Ю., или другим лицом выполнена подпись в бланке заявления, датированный ДД.ММ.ГГГГ в графе «подпись заявителя дата», не представляется возможным, т.к. исследуемая подпись и образцы являются не сопоставимыми. (том №) Согласно заключения эксперта № от ДД.ММ.ГГГГ,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Рукописный текст в Договоре купли- продажи транспортного средства от 20 ноября 2014 года, в графе «Деньги в сумме», выполнен Ч.Ю.чем.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Подпись от имени Ч.Ю., в Договоре купли-продажи транспортного средства от ДД.ММ.ГГГГ, в графе «Получены» выполнена, вероятно Ч.Ю.. (том №) Согласно заключения эксперта № от ДД.ММ.ГГГГ,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Рукописный текст заявления, датированного ДД.ММ.ГГГГ, в графах: фамилия имя отчество, суть просьбы, приложения, сведения о собственнике машины, сведения о машине выполнены не Ч.Ю.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Подпись в бланке заявления, в графе «Подпись заявителя» и дата выполнены не Ч.Ю. (том №) Согласно заключения эксперта № от ДД.ММ.ГГГГ,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Рукописный текст в заявлениях датируемых ДД.ММ.ГГГГ и ДД.ММ.ГГГГ от имени Ч.Ю. и в графах: фамилия имя отчество, суть просьбы, приложения, сведения о собственнике машины, сведения о машине выполнены разными лицами. 2/. Рукописный текст в заявлениях датируемых ДД.ММ.ГГГГ и ДД.ММ.ГГГГ от имени Ч.Ю. и в графах даты выполнены разными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одним или разными лицами выполнены подписи в графах «Подпись заявителя» в заявлениях датируемых ДД.ММ.ГГГГ и ДД.ММ.ГГГГ от имени Ч.Ю. не представилось возможным. (том №) Согласно заключения эксперта № от ДД.ММ.ГГГГ, 1) Рукописный текст в бланке заявления, датированного ДД.ММ.ГГГГ, в графах: «фамилия имя отчество», «суть просьбы», «приложения», «сведения о собственнике машины», «сведения о машине» выполнены Азизовым ФамиломСейфуллаоглы с умышленным изменением почерка, а не иным лицом. 2) Подпись в бланке заявления, датированного ДД.ММ.ГГГГ, в графах: подпись заявителя, дата определить не представляется возможным в результате отсутствия сопоставимости сравнительного материала (различный состав спорной подписи и в образцах ). 3) Рукописный текст в бланке заявления, датированного ДД.ММ.ГГГГ, в графах: «фамилия имя отчество», « суть просьбы», «приложения», «сведения о собственнике машины», «сведения о машине», выполнен не А.Т., а иным лицом 4) Подпись в бланке заявления, датированного ДД.ММ.ГГГГ, в графах: «подпись заявителя», «дата» определить не представляется возможным в результате отсутствия сопоставимости сравнительного материала (различный состав спорной подписи и в образцах). 5) Рукописный текст в бланке заявления, датированного ДД.ММ.ГГГГ, в графах: «фамилия имя отчество», «суть просьбы», «приложения», «сведения о собственнике машины», «сведения о машине» выполнен Азизовым ФамиломСейфулаоглы, а не иным лицом. 6) Подпись в бланке заявления, датированного ДД.ММ.ГГГГ, в графах : «подпись заявителя», «дата» определить не представляется возможным в результате отсутствия сопоставимости сравнительного материала (различный состав спорной подписи и в образцах). 7) Рукописный текст в бланке заявления, датированного ДД.ММ.ГГГГ в графах: «фамилия имя отчество», «суть просьбы», «приложения», «сведения о собственнике машины», «сведения о машине» выполнен не А.Т., а иным лицом, 8) Подпись в бланке заявления, датированного ДД.ММ.ГГГГ, в графах: «подпись заявителя», «дата» определить не представляется возможным в результате отсутствия сопоставимости сравнительного материала (различный состав спорной подписи и в образцах). (том №) Согласно протокола обыска, от ДД.ММ.ГГГГ, в жилище по адресу: &lt;адрес&gt; обнаружены и изъяты - оригинал договора купли-продажи транспортного средства (номерного агрегата) составленного ДД.ММ.ГГГГ заключенный между продавцом Ч.Ю. покупателем ИП ГКФХ Азизовым ФамиломСейфуллаоглы ДД.ММ.ГГГГ г.р. налоговое уведомление № от ДД.ММ.ГГГГ, машинописный расчет размера субсидии, предоставляемой в ДД.ММ.ГГГГ на возмещение части затрат связанных, началом предпринимательской деятельности ИП ГКФХ ФИО2 договор безвозмездного пользования транспортным средством от ДД.ММ.ГГГГ заключенный между ФИО2 и П.С. Светокопия отчета о целевом использовании субсидии за 4 квартал; Оригинал договора № на 9 листах «о предоставлении субсидии» от ДД.ММ.ГГГГ заверенный В.В. – Главой Администрации ФИО5 &lt;адрес&gt; и ИП ГКФХ ФИО2 Заявка о предоставлении земельного участка; Светокопия акта приема-передачи денежных средств от ДД.ММ.ГГГГ не заполненных бланк акта приема-передачи транспортного средства, в нижней части заверенный подписями ФИО8 платежное поручение № от ДД.ММ.ГГГГ на сумму &lt;иные данные изъяты&gt; на имя ФИО2 платежное поручение № от ДД.ММ.ГГГГ на сумму &lt;иные данные изъяты&gt; на имя ФИО2 оригинал и копия договора купли-продажи от ДД.ММ.ГГГГ заключенный между ФИО8 о купли-продажи трактора МТЗ 82.Налоговая декларация на Ч.Ю. ДД.ММ.ГГГГ; Налоговая декларация на П.С. ДД.ММ.ГГГГ; чек ОАО «Сбербанк России на сумму &lt;иные данные изъяты&gt;.»; оригинал договора купли-продажи от ДД.ММ.ГГГГ заключенный между Ч.Ю. и ФИО2 о купли-продажи трактора МТЗ 82 номер рамы № ДД.ММ.ГГГГ., ПСМ серии № Чек за госпошлину регистрация самоходных машин ДД.ММ.ГГГГ в 09:42, системный блок DNS. (том №) Согласно протокола осмотра предметов (документов),осмотрены и приобщены к материалам уголовного дела в качестве вещественных доказательств: оригинал договора купли-продажи транспортного средства (номерного агрегата) составленного ДД.ММ.ГГГГ заключенный между продавцом Ч.Ю. покупателем ИП ГКФХ Азизовым ФамиломСейфуллаоглы ДД.ММ.ГГГГ г.р. налоговое уведомление № от ДД.ММ.ГГГГ, машинописный расчет размера субсидии, предоставляемой в ДД.ММ.ГГГГ. на возмещение части затрат связанных, началом предпринимательской деятельности ИП ГКФХ ФИО2 договор безвозмездного пользования транспортным средством от ДД.ММ.ГГГГ заключенный между ФИО2 и П.С. Светокопия отчета о целевом использовании субсидии за 4 квартал; Оригинал договора № на 9 листах «о предоставлении субсидии» от ДД.ММ.ГГГГ заверенный В.В. – Главой Администрации ФИО5 района и ИП ГКФХ ФИО2 Заявка о предоставлении земельного участка; Светокопия акта приема-передачи денежных средств от ДД.ММ.ГГГГ не заполненных бланк акта приема-передачи транспортного средства, в нижней части заверенный подписями ФИО8 платежное поручение № от ДД.ММ.ГГГГ на сумму &lt;иные данные изъяты&gt; на имя ФИО2 платежное поручение № от ДД.ММ.ГГГГ на сумму &lt;иные данные изъяты&gt; на имя ФИО2 оригинал и копия договора купли-продажи от ДД.ММ.ГГГГ заключенный между ФИО8 о купли-продажи трактора МТЗ 82.Налоговая декларация на Ч.Ю. ДД.ММ.ГГГГ; Налоговая декларация на П.С. ДД.ММ.ГГГГ; чек ОАО «Сбербанк России на сумму &lt;иные данные изъяты&gt;.»; оригинал договора купли-продажи от ДД.ММ.ГГГГ заключенный между Ч.Ю. и ФИО2 о купли-продажи трактора МТЗ 82 номер рамы № ДД.ММ.ГГГГ, с ПСМ серии №. Чек за госпошлину регистрация самоходных машин ДД.ММ.ГГГГ в 09:42, системный блок DNS. (том № л.д. 24-26, 31-34) Согласно протокола выемки,ДД.ММ.ГГГГ, в помещении кабинета отдела гостехнадзора с гостехинспекцией Департамента сельского хозяйства и продовольствия Приморского края в Октябрьском районе, расположенном по адресу: &lt;адрес&gt;, изъята книга регистрации тракторов, самоходных машин дорожно-строительных и иных машин, а также прицепов к ним, регистрируемых инспекцией Гостехнадзора ФИО5 района Приморского края, упакованная в один полимерный пакет черного цвета.(том № Согласно протокола осмотра предметов (документов) осмотрены и приобщены в качестве вещественных доказательств: книга регистрации тракторов, самоходных машин дорожно-строительных и иных машин, а также прицепов к ним, регистрируемых инспекцией Гостехнадзора ФИО5 района Приморского края на 141 листе ведение начато с ДД.ММ.ГГГГ. Осмотром установлено, что в книге регистрации тракторов, самоходных машин, дорожно-строительных и иных машин, а также прицепов к ним, регистрируемых инспекцией Гостехнадзора ФИО5 района Приморского края отсутствуют сведения о том, что Ч.Ю. являлся собственником трактора МТЗ-82 паспорт серии № от ДД.ММ.ГГГГ. (том №) Согласно протокола осмотра предметов (документов), ДД.ММ.ГГГГ в период с 13 ч. 10 мин. до 14 ч. 13 мин. был осмотрен участок местности расположенный на расстоянии 100 метров в юго-восточном направлении от жилого &lt;адрес&gt;, где присутствующий ФИО2 указал на данный участок и пояснил, что на нем находился принадлежащий ему трактор МТЗ 82 и предъявил документы: (государственный регистрационный знак) «№»; металлическую пластину размерами 10х5 см. «БЕЛАРУСЬ», «МТЗ 80 Л», № трактора №; Страховой полис серия ССС № выданный ДД.ММ.ГГГГ; оригинал паспорта самоходной машины серия № от ДД.ММ.ГГГГ на трактор МТЗ 82, ДД.ММ.ГГГГ. синего цвета с номером рамы №; свидетельство о регистрации машины № от ДД.ММ.ГГГГ; Свидетельство о прохождении технического осмотра серия №, выдан ДД.ММ.ГГГГ. (том № л.д. 16-17) Согласно протокола осмотра предметов (документов) осмотрены и приобщены в качестве вещественных доказательств: (государственный регистрационный знак) «№»; металлическую пластину размерами 10х5 см. «БЕЛАРУСЬ», «МТЗ 80 Л», № трактора №; Страховой полис серия № выданный ДД.ММ.ГГГГ; оригинал паспорта самоходной машины серия № от ДД.ММ.ГГГГ на трактор МТЗ 82ДД.ММ.ГГГГ синего цвета с номером рамы №; свидетельство о регистрации машины № от ДД.ММ.ГГГГ; Свидетельство о прохождении технического осмотра серия №, выдано ДД.ММ.ГГГГ. (том №) Согласно протокола осмотра места происшествия ДД.ММ.ГГГГ, был осмотрен участок местности расположенный на расстоянии 450 метров в северо-западном направлении от дорожного знака 95 установленного на автодороге «Михайловка-Турий Рог» ФИО5 района Приморского края, где присутствующий П.С. указал на находящиеся на осматриваемом участке трактора и пояснил, что они принадлежат ему. При осмотре данных тракторов установлено, что они имеют марку МТЗ- 50 государственный регистрационный знак №, второй МТЗ – 52-Л государственный регистрационный знак № номер рамы № и предъявил к нему паспорт самоходной машины серия № и свидетельство о регистрации машины серия №. (том № Согласно протокола осмотра места происшествия,ДД.ММ.ГГГГ, был осмотрен кабинет № отдела гостехнадзора с гостехинспекцией Департамента сельского хозяйства и продовольствия Приморского края в Октябрьском районе расположенный по адресу: &lt;адрес&gt; изъяты документы, предоставленные в указанный орган при совершении регистрационных действий ФИО2 от имени Ч.Ю.: свидетельство о регистрации машины № от ДД.ММ.ГГГГ, трактора МТЗ 82, 1987 г.в. номер рамы № на имя Ч.Ю.; оригинал договора купли-продажи транспортного средства (номерного агрегата) составленного ДД.ММ.ГГГГ, заключенный между продавцом Ч.Ю. покупателем ИП ГКФХ Азизовым ФамиломСейфуллаоглы ДД.ММ.ГГГГ г.р.; рукописное заявления от ДД.ММ.ГГГГ от Азизова ФамилаСейфуллаоглы о постановке на учет трактора МТЗ 82; светокопия паспорта серия № от ДД.ММ.ГГГГ выдан ОУФМС РФ по ПК в Ханкайском муниципальном районе на имя ФИО2; светокопия свидетельства о постановке на учет в налоговом органе физического лица Азизова ФамилаСейфуллаоглы ДД.ММ.ГГГГ р. №; Светокопия свидетельства о государственной регистрации КФХК ФИО2 от ДД.ММ.ГГГГ №. рукописное заявление от ДД.ММ.ГГГГ от имени Ч.Ю. о восстановлении утраченных регистрационных документов на трактор МТЗ 82, номер рамы № марка двигателя &lt;адрес&gt;, ДД.ММ.ГГГГ выпуска, регистрационный номер № цвет синий, паспорт машины серия №. рукописное заявление от ДД.ММ.ГГГГ от имени Ч.Ю. о снятии с учета трактора МТЗ 82, номер рамы № ДД.ММ.ГГГГ выпуска, регистрационный номер № цвет синий, паспорт машины серия №. светокопия паспорта серия № от ДД.ММ.ГГГГ выдан Ханкайским РОВД Приморского края на имя Ч.Ю. ДД.ММ.ГГГГ г.р. «Место жительства &lt;адрес&gt;»;. светокопия свидетельства о постановке на учет в налоговом органе серия № на имя Ч.Ю. ИНН №.(том № Согласно протокола осмотра предметов (документов), в кабинете № ОМВД РФ по Ханкайскому району по уголовному делу № осмотрены и приобщены в качестве вещественных доказательств: свидетельство о регистрации машины № от ДД.ММ.ГГГГ, трактора МТЗ 82, 1987 г.в. номер рамы №, на имя Ч.Ю., оригинал договора купли-продажи транспортного средства (номерного агрегата) составленного ДД.ММ.ГГГГ, заключенный между продавцом Ч.Ю. покупателем ИП ГКФХ Азизовым ФамиломСейфуллаоглы ДД.ММ.ГГГГ г.р., рукописное заявления от ДД.ММ.ГГГГ от Азизова ФамилаСейфуллаоглы о постановке на учет трактора МТЗ 82, светокопия паспорта серия № от ДД.ММ.ГГГГ выдан ОУФМС РФ по ПК в Ханкайском муниципальном районе на имя ФИО2; светокопия свидетельства о постановке на учет в налоговом органе физического лица Азизова ФамилаСейфуллаоглы ДД.ММ.ГГГГ р. №; Светокопия свидетельства о государственной регистрации КФХК ФИО2 от ДД.ММ.ГГГГ №. рукописное заявление от ДД.ММ.ГГГГ от имени Ч.Ю. о восстановлении утраченных регистрационных документов на трактор МТЗ 82, номер рамы № марка двигателя &lt;адрес&gt;, ДД.ММ.ГГГГ выпуска, регистрационный номер № цвет синий, паспорт машины серия №. рукописное заявление от ДД.ММ.ГГГГ от имени Ч.Ю. о снятии с учета трактора МТЗ 82, номер рамы № ДД.ММ.ГГГГ выпуска, регистрационный номер № цвет синий, паспорт машины серия №. светокопия паспорта серия № от ДД.ММ.ГГГГ выдан Ханкайским РОВД Приморского края на имя Ч.Ю. ДД.ММ.ГГГГ г.р. светокопия паспорта серия № от ДД.ММ.ГГГГ «Место жительства &lt;адрес&gt;», светокопия свидетельства о постановке на учет в налоговом органе серия 25 № на имя Ч.Ю. ИНН №.(том №) Согласно протокола осмотра места происшествия ДД.ММ.ГГГГ, был осмотрен кабинет Администрации ФИО5 муниципального района Приморского края по адресу: &lt;адрес&gt; изъята папка с документами на субсидию ФИО2, а именно: Договор № «О предоставлении субсидии» от ДД.ММ.ГГГГ; лист согласовании о предоставлении субсидии ИП ФИО2 имеется рукописная запись красителем синего цвета нач. юр.отд ФИО6 и его подпись. Расчет (в рублях) размера субсидии, предоставляемой в ДД.ММ.ГГГГ году на возмещение части затрат, связанных, началом предпринимательской деятельности ИП ГКФХ Азизов ФамилСейфуллаоглы. Отчет «О целевом использовании субсидии за 4 квартал 2014 года» ИП ГКФХ Азизов ФамилСейфуллаоглы. Светокопия платежного поручения № от ДД.ММ.ГГГГ на сумму &lt;иные данные изъяты&gt; Товарная накладная № от ДД.ММ.ГГГГ, Счет фактура № от ДД.ММ.ГГГГ; Товарно-транспортная накладная № от ДД.ММ.ГГГГ на сумму &lt;иные данные изъяты&gt;; Товарно-транспортная накладная доставки груза № от ДД.ММ.ГГГГ на сумму &lt;иные данные изъяты&gt;; Счет фактура № от ДД.ММ.ГГГГ на сумму &lt;иные данные изъяты&gt; Светокопия счет-фактуры № от ДД.ММ.ГГГГ комбайн Енисей 954 Руслан на сумму &lt;иные данные изъяты&gt;. Светокопия платежного поручения от ДД.ММ.ГГГГ на сумму &lt;иные данные изъяты&gt; Товарная накладная № от ДД.ММ.ГГГГ на сумму &lt;иные данные изъяты&gt; Счет фактура № от ДД.ММ.ГГГГ на сумму &lt;иные данные изъяты&gt;; Договор купли-продажи транспортного средства (номерного агрегата) составленного ДД.ММ.ГГГГ заключенный между продавцом Ч.Ю. ДД.ММ.ГГГГ г.р. ИП ГКФХ Азизовым ФамиломСейфуллаоглы ДД.ММ.ГГГГ г.р. Акт приема-передачи денежных средств в размере &lt;иные данные изъяты&gt;. Акт приема передачи транспортного средства от ДД.ММ.ГГГГ; Двусторонняя светокопия паспорта самоходной машины серия № от ДД.ММ.ГГГГ на трактор МТЗ 82, ДД.ММ.ГГГГ; Светокопия платежного поручения № от ДД.ММ.ГГГГ на сумму &lt;иные данные изъяты&gt;; Светокопия платежного поручения № от ДД.ММ.ГГГГ на сумму &lt;иные данные изъяты&gt;; Уведомление от ДД.ММ.ГГГГ ИП ГКФХ ФИО2; Заявление от ДД.ММ.ГГГГ от имени ФИО2 являющегося ИП ГКФХ, в Управление экономики и предпринимательства Администрации ФИО5 муниципального района предоставлении субсидию; Распоряжение №-ра от ДД.ММ.ГГГГ «О перечислении субсидии, предоставляемой в рамках реализации мероприятий муниципальной программы «развитие сельских территорий ФИО5 муниципального района» на 2014-2018 годы; Постановление №-па от ДД.ММ.ГГГГ «О предоставлении субсидии, в рамках реализации мероприятий муниципальной программы «развитие сельских территорий ФИО5 муниципального района» на 2014-2018 годы; «Расчет (в рублях) размера субсидии, предоставляемой в ДД.ММ.ГГГГ на возмещение части затрат, связанных, началом предпринимательской деятельности ИП ГКФХ Азизов ФамилСейфуллаоглы; Бизнес план ИП ГКФХ Азизов ФамилСейфуллаоглы; Справка на имя ФИО2 предоставленная директором КГБУ ЦЗН ФИО5 района; Справка № об исполнение налогоплательщиком обязанности по уплате налогов, сборов, пеней, штрафов, процентов. выданное на имя ФИО2; Светокопия Договора аренды земельного участка № заключенного между Администрацией ФИО5 муниципального района и ФИО2; Выписка из Единого государственного реестра индивидуальных предпринимателей от ДД.ММ.ГГГГ; Светокопии пяти копий чеков выполненные на двух листах формата А 4.; Светокопия паспорта серия № выданного ОУФМС России по Приморскому краю в Ханкайскому муниципальном районе ДД.ММ.ГГГГ на имя Азизова ФамилаСейфуллаоглы.; Светокопия сертификата выданного ДД.ММ.ГГГГ ФИО2 о том, что он прошел курс обучения по программе «руководитель малого и среднего бизнеса. Основы предпринимательской деятельности»; Светокопия свидетельства о государственной регистрации крестьянского (фермерского) хозяйства в Единый государственный реестр индивидуальных предпринимателей в отношении крестьянского (фермерского) хозяйства, главой которого является Азизов ФамилСейфуллаоглы, от ДД.ММ.ГГГГ и имеет серию №.; Светокопия уведомления о том, что в Приморском региональном филиале ОАО «Россельхозбанк» ДД.ММ.ГГГГ у ИП ГКФХ Азизова ФамилаСейфуллаоглы открыт расчетный счет: № Светокопия листа записи Единого государственного реестра индивидуальных предпринимателей в Едином государственном реестре индивидуальных предпринимателей в отношении индивидуального предпринимателя Азизова ФамилаСейфуллаоглы основной государственный регистрационный номер (ОГРНИП) №.; Светокопия товарного чека № от ДД.ММ.ГГГГ на сумму &lt;иные данные изъяты&gt;; договор купли-продажи &lt;адрес&gt; от ДД.ММ.ГГГГ о приобретении ФИО2 у ООО «СХП Артемовское» трактора Т150К.; Квитанция к приходному кассовому ордеру от ДД.ММ.ГГГГ.; Светокопия паспорта самоходной машины серия № от ДД.ММ.ГГГГ на трактор Т150 К.; Акт государственного технического осмотра машины от ДД.ММ.ГГГГ. Инспектором гостехнадзора С.В. осмотрен трактор 150 К.; Светокопии квитанции к КГУП «Госпродагенства Приморского края»; Светокопия паспорта самоходной машины серия № от ДД.ММ.ГГГГ на зерноуборочный комбайн Енисей КЗС-954.; Светокопия четырех фотоснимков (трактора, номерной детали, шнека, детали с маркировкой КДМ2-19).(том № л.д. 94-96) Согласно протокола осмотра предметов (документов), в кабинете № 30 ОМВД РФ по Ханкайскому району по уголовному делу № осмотрены и приобщены в качестве вещественных доказательств: Договор № «О предоставлении субсидии» от ДД.ММ.ГГГГ; лист согласовании о предоставлении субсидии ИП ФИО2 имеется рукописная запись красителем синего цвета нач. юр.отд Ш.А. и его подпись. Расчет (в рублях) размера субсидии, предоставляемой в 2014 году на возмещение части затрат, связанных, началом предпринимательской деятельности ИП ГКФХ Азизов ФамилСейфуллаоглы. Отчет «О целевом использовании субсидии за 4 квартал 2014 года» ИП ГКФХ Азизов ФамилСейфуллаоглы. Светокопия платежного поручения № от ДД.ММ.ГГГГ на сумму &lt;иные данные изъяты&gt;. Товарная накладная № от ДД.ММ.ГГГГ, Счет фактура № от ДД.ММ.ГГГГ; Товарно-транспортная накладная № от ДД.ММ.ГГГГ на сумму &lt;иные данные изъяты&gt;;Товарно-транспортная накладная доставки груза № от ДД.ММ.ГГГГ на сумму &lt;иные данные изъяты&gt;; Счет фактура № от ДД.ММ.ГГГГ на сумму &lt;иные данные изъяты&gt;. Светокопия счет-фактуры № от ДД.ММ.ГГГГ комбайн Енисей 954 Руслан на сумму &lt;иные данные изъяты&gt;. Светокопия платежного поручения от ДД.ММ.ГГГГ на сумму &lt;иные данные изъяты&gt;.; Товарная накладная № от ДД.ММ.ГГГГ на сумму &lt;иные данные изъяты&gt;; Счет фактура № от ДД.ММ.ГГГГ на сумму &lt;иные данные изъяты&gt;; Договор купли-продажи транспортного средства (номерного агрегата) составленного ДД.ММ.ГГГГ заключенный между продавцом Ч.Ю. ДД.ММ.ГГГГ г.р. ИП ГКФХ Азизовым ФамиломСейфуллаоглы ДД.ММ.ГГГГ г.р. Акт приема-передачи денежных средств в размере &lt;иные данные изъяты&gt;. Акт приема передачи транспортного средства от ДД.ММ.ГГГГ; Двусторонняя светокопия паспорта самоходной машины серия № от ДД.ММ.ГГГГ на трактор МТЗ 82, ДД.ММ.ГГГГв; Светокопия платежного поручения № от ДД.ММ.ГГГГ на сумму &lt;иные данные изъяты&gt;; Светокопия платежного поручения № от ДД.ММ.ГГГГ на сумму &lt;иные данные изъяты&gt;; Уведомление от ДД.ММ.ГГГГ ИП ГКФХ ФИО2; Заявление от ДД.ММ.ГГГГ от имени ФИО2 являющегося ИП ГКФХ, в Управление экономики и предпринимательства Администрации ФИО5 муниципального района предоставлении субсидию; Распоряжение №-ра от ДД.ММ.ГГГГ «О перечислении субсидии, предоставляемой в рамках реализации мероприятий муниципальной программы «развитие сельских территорий ФИО5 муниципального района» на 2014-2018 годы; Постановление №-па от ДД.ММ.ГГГГ «О предоставлении субсидии, в рамках реализации мероприятий муниципальной программы «развитие сельских территорий ФИО5 муниципального района» на 2014-2018 годы; «Расчет (в рублях) размера субсидии, предоставляемой в ДД.ММ.ГГГГ на возмещение части затрат, связанных, началом предпринимательской деятельности ИП ГКФХ Азизов ФамилСейфуллаоглы; Бизнес план ИП ГКФХ Азизов ФамилСейфуллаоглы; Справка на имя ФИО2 предоставленная директором КГБУ ЦЗН ФИО5 района; Справка № об исполнение налогоплательщиком обязанности по уплате налогов, сборов, пеней, штрафов, процентов. выданное на имя ФИО2; Светокопия Договора аренды земельного участка № заключенного между Администрацией ФИО5 муниципального района и ФИО2; Выписка из Единого государственного реестра индивидуальных предпринимателей от ДД.ММ.ГГГГ; Светокопии пяти копий чеков выполненные на двух листах формата А 4.; Светокопия паспорта серия № выданного ОУФМС России по Приморскому краю в Ханкайскому муниципальном районе ДД.ММ.ГГГГ на имя Азизова ФамилаСейфуллаоглы.; Светокопия сертификата выданного ДД.ММ.ГГГГ ФИО2 о том, что он прошел курс обучения по программе «руководитель малого и среднего бизнеса. Основы предпринимательской деятельности»; Светокопия свидетельства о государственной регистрации крестьянского (фермерского) хозяйства в Единый государственный реестр индивидуальных предпринимателей в отношении крестьянского (фермерского) хозяйства, главой которого является Азизов ФамилСейфуллаоглы, от ДД.ММ.ГГГГ и имеет серию №.; Светокопия уведомления о том, что в Приморском региональном филиале ОАО «Россельхозбанк» ДД.ММ.ГГГГ у ИП ГКФХ Азизова ФамилаСейфуллаоглы открыт расчетный счет: №; Светокопия листа записи Единого государственного реестра индивидуальных предпринимателей в Едином государственном реестре индивидуальных предпринимателей в отношении индивидуального предпринимателя Азизова ФамилаСейфуллаоглы основной государственный регистрационный номер (ОГРНИП) №.; Светокопия товарного чека № от ДД.ММ.ГГГГ на сумму &lt;иные данные изъяты&gt;.; договор купли-продажи &lt;адрес&gt; от ДД.ММ.ГГГГ о приобретении ФИО2 у ООО «СХП Артемовское» трактора Т150К.; Квитанция к приходному кассовому ордеру от ДД.ММ.ГГГГ.; Светокопия паспорта самоходной машины серия № от ДД.ММ.ГГГГ на трактор Т150 К.; Акт государственного технического осмотра машины от ДД.ММ.ГГГГ. Инспектором гостехнадзора С.В. осмотрен трактор 150 К.; Светокопии квитанции к КГУП «Госпродагенства Приморского края»; Светокопия паспорта самоходной машины серия № от ДД.ММ.ГГГГ на зерноуборочный комбайн Енисей КЗС-954.; Светокопия четырех фотоснимков (трактора, номерной детали, шнека, детали с маркировкой КДМ2-19).(том № Согласно показаниям свидетеля Н.Н., допрошенного в суде, он в ДД.ММ.ГГГГ., проезжая по дороге между селами &lt;адрес&gt; увидел ФИО2о, работающего в поле. В разговоре, последний сообщил, что купил трактор «Беларусь» в &lt;адрес&gt; и указал на находящийся в поле трактор. В ходе судебного заседания государственный обвинитель просит суд переквалифицировать действия ФИО2 с ч.3 ст. 159.2 УК РФ на ч.3 ст. 327 УК РФ , предусматривающую более мягкое наказание, поскольку в ходе судебного заседания в действиях ФИО2 не установлено наличия преступления, предусмотренного ч.3 ст. 159.2 УК РФ и просит суд квалифицировать действия ФИО2 по ч.3 ст. 327 УК РФ - как использование заведомо подложного документа. При таких обстоятельствах, в соответствии со ст. 246 УПК РФ , ходатайство подлежит удовлетворению. В ходе судебного следствия подсудимый ФИО2, выражая отношение к предъявленному обвинению, с учетом изменения государственным обвинителем обвинения, сообщил суду о непризнании вины в инкриминируемом ему преступлении и не заявлял ходатайств о прекращении уголовного дела в связи с истечением срока давности уголовного преследования. Выступая в прениях, адвокат, поддержал позицию ФИО2 об отсутствии доказательств его виновности. Учитывая вышеизложенное, а также позицию ФИО2, изложенную им в последнем слове о непризнании вины, отсутствии доказательств его виновности в материалах дела, просьбе его оправдания, им не было дано согласие на прекращение уголовного дела в связи с истечением сроков давности уголовного преследования. Доводы ФИО2 о том, что представленные им в Администрацию ФИО5 муниципального района документы - договор купли-продажи транспортного средства (номерного агрегата) от ДД.ММ.ГГГГ; акт приема – передачи транспортного средства от ДД.ММ.ГГГГ; акт приема – передачи денежных средств от ДД.ММ.ГГГГ в размере &lt;иные данные изъяты&gt;; паспорт самоходной машины № от ДД.ММ.ГГГГ не являются подложными, не нашли своего подтверждения в исследованных доказательствах и опровергнуты установленными по делу фактическими обстоятельствами. В данном случае, к его показаниям, суд, относится критически, расценивая их как способ защиты, с целью избежать ответственности за содеянное. Так, согласно показаниям свидетеля Ч.Ю. у него никогда не было в собственности трактора и он не продавал трактор МТЗ-82 ФИО2, заявление «О восстановлении утраченных регистрационных документов на трактор «МТЗ-82» не заполнял, денежные средства от ФИО2 в сумме &lt;иные данные изъяты&gt; не получал, спорный трактор был собран П.С. из деталей различных тракторов. Согласно показаниям свидетелей П.С., П.Е., К.А., В.А., В.Д., Т.А.., И.Н., Ц.В. спорный трактор МТЗ-82 был собран П.С.и К.А. из деталей различных тракторов, у Ч.Ю. никогда не было в собственности какого-либо трактора. Показания свидетелей Ч.Ю., П.С., П.Е., К.А., В.А., В.Д., Т.А.., И.Н., Ц.В. стороной защиты не опровергнуты и у суда не имеется оснований не доверять показаниям указанных свидетелей, поскольку они последовательны, логичны, сходятся в деталях и объективно подтверждаются материалами дела, исследованными в суде. Так, согласно протокола осмотра книги регистрации тракторов, самоходных машин дорожно-строительных и иных машин, а также прицепов к ним, регистрируемых инспекцией Гостехнадзора ФИО5 района Приморского края, ведение которой начато ДД.ММ.ГГГГ., установлено, что в указанной книге отсутствуют сведения о том, что Ч.Ю. являлся собственником трактора МТЗ-82 паспорт серии № от ДД.ММ.ГГГГ. (том №) Согласно заключения эксперта № от ДД.ММ.ГГГГ, рукописный текст в бланке заявления «О восстановлении утраченных регистрационных документов на трактор «МТЗ-82» выполнен ФИО2 с умышленным изменением почерка, а не иным лицом. Согласно заключения эксперта № от ДД.ММ.ГГГГ, заявление «О восстановлении утраченных регистрационных документов на трактор «МТЗ-82» заполнено не Ч.Ю. Из исследованных доказательств следует, что ФИО2 было достоверно известно о подложности предъявляемых им в администрацию ФИО5 района документов о регистрации и принадлежности трактора МТЗ-82, и тем не менее, обладая этой информацией, он умышленно, в своих целях использовал эти документы - паспорт самоходной машины, договор купли-продажи, акт приема-передачи транспортного средства, акт приема-передачи денежных средств в сумме &lt;иные данные изъяты&gt;. Совокупность выше изложенных доказательств, которые полностью соответствуют правовым требованиям относимости и допустимости, позволяет суду сделать вывод о том, что использование заведомо подложного документа, имело место, и совершил указанное деяние подсудимый ФИО2 Изложенное свидетельствует, что вина подсудимого ФИО2 в использовании заведомо подложного документа, доказана, содеянное ФИО2 с учетом изменения государственным обвинителем обвинения суд квалифицирует по ч. 3 ст. 327 УК РФ как использование заведомо подложного документа. При определении вида и размера наказания обстоятельством, смягчающим наказание подсудимому ФИО2, суд признаёт наличие &lt;иные данные изъяты&gt;. Обстоятельств, отягчающих наказание подсудимому ФИО2 не установлено. Суд учитывает характер и степень общественной опасности, совершенного ФИО2 преступления, обстоятельства его совершения, наличие смягчающих и отсутствие отягчающих обстоятельств, учитывает личность подсудимого, который не судим, преступление совершил впервые, характеризуется положительно, социально адаптирован - &lt;иные данные изъяты&gt;, жилье, источник дохода, и, учитывая влияние назначенного наказания на исправление осужденного и на условия жизни его семьи, в целях восстановления социальной справедливости, а также в целях исправления осужденного и предупреждения совершения им новых преступлений, считает, целесообразным назначить ФИО2 наказание в виде штрафа. Данный вид наказания, по мнению суда, сможет обеспечить достижение целей наказания. Размер штрафа, определить с учетом тяжести совершенного преступления, имущественного положения осужденного и его семьи. Исходя из фактических обстоятельств дела, характера и степени общественной опасности содеянного, суд не находит каких-либо исключительных обстоятельств, связанных с целями и мотивами преступления, поведением виновного до и после совершения преступления, которые бы существенно уменьшили степень общественной опасности содеянного и давали суду основания для применения ст. 64 УК РФ . В соответствии с п. "а" ч. 1 ст. 78 УК РФ , лицо освобождается от уголовной ответственности, если со дня совершения преступления небольшой тяжести истекло два года. Указанное преступление ФИО2 совершил в период с ДД.ММ.ГГГГ., течение срока давности уголовного преследования по основаниям, предусмотренным законом, в отношении ФИО2 не приостанавливалось, срок давности привлечения к уголовной ответственности по преступлению, предусмотренному ч. 3 ст. 327 УК РФ , истек. По вопросу гражданского иска, суд принимает во внимание, что в ходе судебного разбирательства гражданский истец отказался от иска и гражданскому истцу разъяснено, что отказ от иска влечет прекращение производства по нему. В соответствии с п. 11 ч. 1 ст. 299 УПК РФ , суд, считает возможным отменить арест, наложенный в целях обеспечения исполнения приговора в части гражданского иска, на имущество ФИО2 автомобиль - &lt;иные данные изъяты&gt;» ДД.ММ.ГГГГ, стоимостью &lt;иные данные изъяты&gt; и автомобиль «&lt;иные данные изъяты&gt;» ДД.ММ.ГГГГ выпуска, стоимостью &lt;иные данные изъяты&gt; В соответствии со ст. 81 УПК РФ , вещественные доказательства по уголовному делу: документы, должны быть возвращены законным владельцам, или уничтожены. В соответствии со ст.ст. , 255 УПК РФ мера пресечения в отношении ФИО2 – подписка о невыезде и надлежащем поведении, должна быть отменена. На основании изложенного, руководствуясь ст.ст. - 309 УПК РФ , суд П Р И Г О В О Р И Л: Азизова ФамилаСейфуллаоглы признать виновным в совершении преступления, предусмотренного ч. 3 ст. 327 УК РФ и назначить ему наказание в виде штрафа в размере 30000 (тридцать тысяч) рублей. На основании п. "а" ч. 1 ст. 78 УК РФ Азизова ФамилаСейфуллаоглы от наказания освободить - в связи с истечением сроков давности привлечения к уголовной ответственности. Меру пресечения – подписку о невыезде, избранную в отношении ФИО2, по вступлению приговора в законную силу, отменить. Отказ от иска принят судом и производства по нему прекращено. Вещественные доказательства по уголовному делу, по вступлению договора в законную силу: книгу регистрации тракторов, самоходных машин дорожно-строительных и иных машин, а также прицепов к ним, регистрируемых инспекцией Гостехнадзора ФИО5 &lt;адрес&gt; на 141 листе ведение начато с ДД.ММ.ГГГГ хранящуюся по адресу: &lt;адрес&gt; А.И., возвратить законному владельцу. Договор № «О предоставлении субсидии» от ДД.ММ.ГГГГ; лист согласовании о предоставлении субсидии ИП ФИО2 Расчет (в рублях) размера субсидии, предоставляемой в 2014 году на возмещение части затрат, связанных, с началом предпринимательской деятельности ИП ГКФХ ФИО2; Отчет «О целевом использовании субсидии за 4 квартал 2014 года» ИП ГКФХ ФИО2; Светокопию платежного поручения № от ДД.ММ.ГГГГ на сумму &lt;иные данные изъяты&gt;; Товарную накладную № от ДД.ММ.ГГГГ; Счет фактуру № от ДД.ММ.ГГГГ; Товарно-транспортную накладную № от ДД.ММ.ГГГГ на сумму 1795 руб; Товарно-транспортную накладную доставки груза № от ДД.ММ.ГГГГ на сумму &lt;иные данные изъяты&gt;; Счет фактуру ВЛВ№ от ДД.ММ.ГГГГ на сумму &lt;иные данные изъяты&gt;. Светокопию счет-фактуры № от ДД.ММ.ГГГГ комбайн Енисей 954 Руслан на сумму &lt;иные данные изъяты&gt;. Светокопию платежного поручения от ДД.ММ.ГГГГ на сумму &lt;иные данные изъяты&gt;.; Товарную накладную № от ДД.ММ.ГГГГ на сумму &lt;иные данные изъяты&gt;; Счет фактуру № от ДД.ММ.ГГГГ на сумму &lt;иные данные изъяты&gt;; Договор купли-продажи транспортного средства (номерного агрегата) составленного ДД.ММ.ГГГГ; Акт приема-передачи денежных средств в размере &lt;иные данные изъяты&gt;. Акт приема передачи транспортного средства от ДД.ММ.ГГГГ; Двусторонняя светокопия паспорта самоходной машины серия № от ДД.ММ.ГГГГ на трактор МТЗ 82, ДД.ММ.ГГГГв.; Светокопию платежного поручения № от ДД.ММ.ГГГГ на сумму &lt;иные данные изъяты&gt;; Светокопию платежного поручения № от ДД.ММ.ГГГГ на сумму &lt;иные данные изъяты&gt;; Уведомление от ДД.ММ.ГГГГ ИП ГКФХ ФИО2; Заявление от ДД.ММ.ГГГГ от имени ФИО2 являющегося ИП ГКФХ, в Управление экономики и предпринимательства Администрации ФИО5 муниципального района предоставлении субсидию; Распоряжение №-ра от ДД.ММ.ГГГГ «О перечислении субсидии, предоставляемой в рамках реализации мероприятий муниципальной программы «развитие сельских территорий ФИО5 муниципального района» на 2014-2018 годы; Постановление №-па от ДД.ММ.ГГГГ «О предоставлении субсидии, в рамках реализации мероприятий муниципальной программы «развитие сельских территорий ФИО5 муниципального района» на 2014-2018 годы; «Расчет (в рублях) размера субсидии, предоставляемой в ДД.ММ.ГГГГ на возмещение части затрат, связанных, началом предпринимательской деятельности ИП ГКФХ Азизов ФамилСейфуллаоглы; Бизнес план ИП ГКФХ Азизов ФамилСейфуллаоглы; Справку на имя ФИО2 предоставленная директором КГБУ ЦЗН ФИО5 района; Справка № об исполнение налогоплательщиком обязанности по уплате налогов, сборов, пеней, штрафов, процентов. выданное на имя ФИО2; Светокопию Договора аренды земельного участка № заключенного между Администрацией ФИО5 муниципального района и ФИО2; Выписку из Единого государственного реестра индивидуальных предпринимателей от ДД.ММ.ГГГГ; Светокопии пяти копий чеков выполненные на двух листах формата А 4.; Светокопия паспорта серия № выданного ОУФМС России по Приморскому краю в Ханкайскому муниципальном районе ДД.ММ.ГГГГ на имя Азизова ФамилаСейфуллаоглы; Светокопию сертификата выданного ДД.ММ.ГГГГ ФИО2 о том, что он прошел курс обучения по программе «Руководитель малого и среднего бизнеса. Основы предпринимательской деятельности»; Светокопию свидетельства о государственной регистрации крестьянского (фермерского) хозяйства в Единый государственный реестр индивидуальных предпринимателей в отношении крестьянского (фермерского) хозяйства, главой которого является Азизов ФамилСейфуллаоглы, от ДД.ММ.ГГГГ и имеет серию №; Светокопию уведомления о том, что в Приморском региональном филиале ОАО «Россельхозбанк» ДД.ММ.ГГГГ у ИП ГКФХ Азизова ФамилаСейфуллаоглы открыт расчетный счет: №; Светокопию листа записи Единого государственного реестра индивидуальных предпринимателей в Едином государственном реестре индивидуальных предпринимателей в отношении индивидуального предпринимателя Азизова ФамилаСейфуллаоглы основной государственный регистрационный номер (ОГРНИП) №; Светокопию товарного чека № от ДД.ММ.ГГГГ на сумму &lt;иные данные изъяты&gt;; Договор купли-продажи &lt;адрес&gt; от ДД.ММ.ГГГГ о приобретении ФИО2 у ООО «СХП Артемовское» трактора Т150К; Квитанцию к приходному кассовому ордеру от ДД.ММ.ГГГГ; Светокопию паспорта самоходной машины серия № от ДД.ММ.ГГГГ на трактор Т150 К; Акт государственного технического осмотра машины от ДД.ММ.ГГГГ. инспектором гостехнадзора С.В. (осмотрен трактор 150 К); Светокопии квитанции к КГУП «Госпродагенства Приморского края»; Светокопию паспорта самоходной машины серия № от ДД.ММ.ГГГГ на зерноуборочный комбайн Енисей КЗС-954; Светокопию четырех фотоснимков (трактора, номерной детали, шнека, детали с маркировкой КДМ2-19), хранящиеся по адресу &lt;адрес&gt; представителя потерпевшего ФИО6 возвратить законному владельцу. Металлическую пластину (государственный регистрационный знак) «№»; металлическую пластину размерами 10х5 см. «БЕЛАРУСЬ», «МТЗ 80 Л», № трактора № Страховой полис серия ССС № выданный ДД.ММ.ГГГГ; оригинал паспорта самоходной машины серия № от ДД.ММ.ГГГГ на трактор МТЗ 82, ДД.ММ.ГГГГ. синего цвета с номером рамы №; свидетельство о регистрации машины № от ДД.ММ.ГГГГ; Свидетельство о прохождении технического осмотра серия №, выданное ДД.ММ.ГГГГ; пять бумажных листов формата А 4 с рукописным текстом от имени С.В.; свидетельство о регистрации машины ВН № от ДД.ММ.ГГГГ, трактора МТЗ 82, ДД.ММ.ГГГГ номер рамы № на имя Ч.Ю.; оригинал договора купли-продажи транспортного средства (номерного агрегата) от ДД.ММ.ГГГГ; рукописное заявления от ДД.ММ.ГГГГ от ФИО2 о постановке на учет трактора МТЗ 82.; светокопия паспорта серия № от ДД.ММ.ГГГГ выдан ОУФМС РФ по ПК в Ханкайском муниципальном районе на имя ФИО2; светокопию свидетельства о постановке на учет в налоговом органе физического лица Азизова ФамилаСейфуллаоглы ДД.ММ.ГГГГ р. №; Светокопию свидетельства о государственной регистрации КФХК ФИО2 от ДД.ММ.ГГГГ №. экспериментальные образцы почерка Ч.Ю. на восьми листах формата А4.; экспериментальные образцы почерка ФИО2 на шести листах формата А4.; экспериментальные образцы почерка Ч.Ю. на восьми листах формата А4.; рукописное заявление от ДД.ММ.ГГГГ от имени Ч.Ю. о восстановлении утраченных регистрационных документов на трактор МТЗ 82; рукописное заявление от ДД.ММ.ГГГГ от имени Ч.Ю. о снятии с учета трактора МТЗ 82; светокопия паспорта серия № от ДД.ММ.ГГГГ выдан Ханкайским РОВД Приморского края на имя Ч.Ю. ДД.ММ.ГГГГ г.р.; светокопия паспорта серия № от ДД.ММ.ГГГГ «Место жительства &lt;адрес&gt;»; светокопия свидетельства о постановке на учет в налоговом органе серия № на имя Ч.Ю. ИНН №.; рукописные свободные образца почерка ФИО7 ФИО2 в двух тетрадях, листах формата А4.; налоговое уведомление № от ДД.ММ.ГГГГ; машинописный расчет размера субсидии, предоставляемой в ДД.ММ.ГГГГ г. на возмещение части затрат связанных, началом предпринимательской деятельности ИП ГКФХ ФИО2; договор безвозмездного пользования транспортным средством от ДД.ММ.ГГГГ заключенный между ФИО2 и П.С.; Светокопию ПСМ серия №; Светокопию ПСМ серия №; Светокопию ПСМ серия №; Светокопию отчета о целевом использовании субсидии за 4 квартал; Оригинал договора № на 9 листах «о предоставлении субсидии» от ДД.ММ.ГГГГ; Заявку о предоставлении земельного участка; рукописное заявление от ДД.ММ.ГГГГ от имени Ч.Ю. о снятии с учета трактора МТЗ 82; светокопию паспорта серия № от ДД.ММ.ГГГГ выдан Ханкайским РОВД &lt;адрес&gt; на имя Ч.Ю. ДД.ММ.ГГГГ г.р. светокопию паспорта серия № от ДД.ММ.ГГГГ «Место жительства &lt;адрес&gt;», Четвертый лист свидетельства о постановке на учет в налоговом органе серия № на имя Ч.Ю. ИНН №; Светокопию акта приема-передачи денежных средств от ДД.ММ.ГГГГ; два не заполненных бланка акта приема-передачи транспортного средства, в нижней части заверенных подписями ФИО8; платежное поручение № от ДД.ММ.ГГГГ на сумму &lt;иные данные изъяты&gt; на имя ФИО2; платежное поручение № от ДД.ММ.ГГГГ на сумму &lt;иные данные изъяты&gt; на имя ФИО2; оригинал и копию договора купли-продажи от ДД.ММ.ГГГГ заключенного между ФИО8 о купли-продажи трактора МТЗ 82.; Налоговую декларацию на Ч.Ю. ДД.ММ.ГГГГ; Налоговую декларацию на П.С. ДД.ММ.ГГГГ; чек ОАО «Сбербанк России на сумму &lt;иные данные изъяты&gt;.»; оригинал договора купли-продажи от ДД.ММ.ГГГГ, заключенный между Ч.Ю. и ФИО2 о купли-продажи трактора МТЗ 82 номер рамы № ДД.ММ.ГГГГ., с ПСМ серии №, Чек за госпошлину регистрация самоходных машин ДД.ММ.ГГГГ в 09:42, хранящиеся в камере хранения вещественных доказательств ОМВД РФ по Ханкайскому району по адресу: &lt;адрес&gt;, уничтожить; Системный блок DNS хранящийся по адресу: &lt;адрес&gt; ФИО7, возвратить законному владельцу. Меры, принятые в целях обеспечения исполнения приговора в части гражданского иска - арест, наложенный, на имущество ФИО2 автомобиль - &lt;иные данные изъяты&gt;» ДД.ММ.ГГГГ выпуска, стоимостью &lt;иные данные изъяты&gt; и автомобиль «&lt;иные данные изъяты&gt;» ДД.ММ.ГГГГ выпуска, стоимостью &lt;иные данные изъяты&gt;, по вступлению приговора в законную силу, отменить. Приговор может быть обжалован в апелляционном порядке в Приморский краевой суд в течение 10 суток со дня его провозглашения, через Ханкайский районный суд.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ходатайство может быть выражено в апелляционной жалобе, либо в возражениях на жалобу (представления). Данное ходатайство осужденный вправе заявить в течение 10 суток со дня вручения копии приговора. Осужденный вправе ходатайствовать об участии в суде апелляционной инстанции в случае принесения апелляционного представления или апелляционной жалобы, затрагивающих его интересы. Осужденный вправе подать дополнительную апелляционную жалобу, которая может быть подана не позднее 5 суток до начала судебного заседания. Осужденный имеет право на защиту в суде апелляционной инстанции. Председательствующий: Суд: Ханкайский районный суд (Приморский край) (подробнее) Судьи дела: Ермак Андрей Григорьевич (судья) (подробнее) Последние документы по делу: Приговор от 4 августа 2017 г. по делу № 1-17/2017 Приговор от 26 июня 2017 г. по делу № 1-17/2017 Приговор от 15 июня 2017 г. по делу № 1-17/2017 Приговор от 31 мая 2017 г. по делу № 1-17/2017 Приговор от 12 апреля 2017 г. по делу № 1-17/2017 Приговор от 29 марта 2017 г. по делу № 1-17/2017 Приговор от 19 февраля 2017 г. по делу № 1-17/2017 Приговор от 2 февраля 2017 г. по делу № 1-17/2017 Показать все документы по этому делу Судебная практика по: Меры пресечения Судебная практика по применению нормы ст. 110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