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02 июня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паспорт гражданина Республики &lt;адрес&gt; № М №, выданный 09.10.2015 на имя Н.А.М., ДД.ММ.ГГГГ г.р.;</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электронный проездной документ № (Н.А.М./14021979);</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электронный проездной документ № (К.Ф.И./01051982/Н.А.М. В-/02112011);</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миграционная карта серии 1515 №, выданная на имя «Н.В.», дата рождения 02.11.2011, гражданство &lt;адрес&gt;, документ, удостоверяющий личность М №, сведения о приглашающей стороне г. Москва;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миграционная карта серии 1515 №, выданная на имя «К.Ф.И.», дата рождения ДД.ММ.ГГГГ, гражданство &lt;адрес&gt;, документ, удостоверяющий личность М №, сведения о приглашающей стороне г. Москва;</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отрывная часть бланка уведомления о прибытии иностранного гражданина или лица без гражданства в место пребывания. К.Ф.И., дата рождения ДД.ММ.ГГГГ, гражданство – &lt;адрес&gt;, паспорт серии М № в установленном порядке уведомила о прибытии в место пребывания по адресу: Россия, &lt;адрес&gt;, &lt;адрес&gt;;</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отрывная часть бланка уведомления о прибытии иностранного гражданина или лица без гражданства в место пребывания. Н.А.М., дата рождения ДД.ММ.ГГГГ, гражданство – &lt;адрес&gt;, паспорт серии М № в установленном порядке уведомил о прибытии в место пребывания по адресу: Россия, &lt;адрес&gt;, &lt;адрес&gt;;</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посадочный талон на имя ххх от MOSCOW до &lt;адрес&gt; № рейса SU581ON дата 12DEC время 08:30;</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посадочный талон на имя ххх от MOSCOW до &lt;адрес&gt; № рейса SU581ON дата 12DEC время 08:30;</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посадочный талон на имя ххх от MOSCOW до &lt;адрес&gt; № рейса SU581ON дата 12DEC время 08:30;</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справка из Посольства Республики &lt;адрес&gt; в Российской Федерации № 1822/06 от 03.11.2015, согласно которой К.Ф.И., ДД.ММ.ГГГГ г.р., паспорт серии М №, действительно получила паспорт из посольства Республики &lt;адрес&gt;;</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справка из Посольства Республики &lt;адрес&gt; в Российской Федерации № 1821/06 от 03.11.2015, согласно которой Н.А.М., ДД.ММ.ГГГГ г.р., паспорт серии М №, действительно получил паспорт из посольства Республики &lt;адрес&gt;. (т.д. № 5 л.д. 39 - 45) - протокола задержания подозреваемой ФИО2 от ДД.ММ.ГГГГ, согласно которого при личном обыске у ФИО2 обнаружены и изъяты:</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паспорт гражданина Республики &lt;адрес&gt; № М № заполненный на метрические данные Ю.Ш.М., ДД.ММ.ГГГГ года рождения, выданный 20.07.2015 сроком действия до 20.07.2020;</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электронный проездной документ РЖД 20 № на имя Ю.Ш.М. рейс «&lt;адрес&gt; – Минск»;</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отрывная часть бланка уведомления о прибытии иностранного гражданина в место пребывания на имя Ю.Ш.М.;</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посадочный талон на имя Ю.Ш.М. рейс «Москва Домодедово – &lt;адрес&gt;»;</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отрывная часть «Б» миграционной карты серии 1514 № на имя Ю.Ш.М., ДД.ММ.ГГГГ года рождения. (т.&lt;адрес&gt; л.д. 204 - 209), Согласно: - акта № 20 специальной проверки документов у лица, следующего через Государственную границу Российской Федерации от 12.12.2015, согласно которому, паспорт гражданина Республики &lt;адрес&gt; Н.А.М. не действителен на право пересечения Государственной границы Российской Федерации. (т.&lt;адрес&gt; л.д. 198, т.&lt;адрес&gt; л.д. 39, 106) - акта № 21 специальной проверки документов у лица, следующего через Государственную границу Российской Федерации от 12.12.2015, согласно которому, паспорт гражданина Республики &lt;адрес&gt; К.Ф.И. не действителен на право пересечения Государственной границы Российской Федерации. (т.&lt;адрес&gt; л.д. 199, т.&lt;адрес&gt; л.д. 40, 107) - акта № 22 специальной проверки документов у лица, следующего через Государственную границу Российской Федерации от 12.12.2015, согласно которому, паспорт гражданина Республики &lt;адрес&gt; Ю.Ш.М. не действителен на право пересечения Государственной границы Российской Федерации. (т.&lt;адрес&gt; л.д. 200, т.&lt;адрес&gt; л.д. 41) - акта специальной проверки документов у лица, следующего через Государственную границу Российской Федерации от 13.12.2015, согласно которому, паспорт гражданина Республики &lt;адрес&gt; серии М № на имя Н.А.М. содержит частичную подделку документа – замену фотографии владельца, не действителен на право пересечения государственной границы. (т.&lt;адрес&gt; л.д. 201 - 202) - акта специальной проверки документов у лица, следующего через Государственную границу Российской Федерации от 13.12.2015, согласно которому, паспорт гражданина Республики &lt;адрес&gt; серии М № на имя Ю.Ш.М. содержит частичную подделку документа – замену фотографии владельца, не действителен на право пересечения государственной границы. (т.&lt;адрес&gt; л.д. 42 - 43) - акта специальной проверки документов у лица, следующего через Государственную границу Российской Федерации от 13.12.2015, согласно которому, паспорт гражданина Республики &lt;адрес&gt; серии М № на имя К.Ф.И. содержит частичную подделку документа – замену фотографии владельца, не действителен на право пересечения государственной границы. (т.&lt;адрес&gt; л.д. 108 - 109) Согласно протоколу об изъятии вещей и документов № от ДД.ММ.ГГГГ у К.Ф.И. был изъят паспорт гражданина Республики &lt;адрес&gt; № М №, выданный 30.10.2015 на имя К.Ф.И., ДД.ММ.ГГГГ г.р. (т.&lt;адрес&gt; л.д. 194 - 236) Из содержания ответа МИД России (представительство в &lt;адрес&gt;) № 860 от 05.05.2016 на запрос № от 20.02.2016, следует, что по информации Посольства Республики &lt;адрес&gt; в Российской Федерации, по сведениям Министерства внутренних дел &lt;адрес&gt;, заграничный паспорт М № от 20.07.2015 действительно принадлежит гражданке Ю.Ш.М.. Однако фотография в предоставленной Погрануправлением копии паспорта не соответствует фотографии в анкете для получения заграничного паспорта и фотографии во внутреннем паспорте. (т.д. № 10 л.д. 70 - 75) - Согласно ответа из Северо-Западного филиала АО «Федеральная пассажирская компания» № 2604 от 25.03.2016 на запрос № от 16.03.2016, на имя Ю.Ш.М. (паспорт М №, ДД.ММ.ГГГГ г.р.) был оформлен проездной документ сер. ДС № на скорый поезд № 30 «&lt;адрес&gt; - Москва», отправлением 12.12.2015 от станции &lt;адрес&gt; до станции Минск в плацкартном вагоне № 09, место № 01. На имя Н.А.М. (паспорт М №, ДД.ММ.ГГГГ г.р.) был оформлен проездной документ сер. ДС № на скорый поезд № 30 «&lt;адрес&gt; - Москва», отправлением 12.12.2015 от станции &lt;адрес&gt; до станции Минск в плацкартном вагоне № 09, место № 02. На имя К.Ф.И. (паспорт М №, ДД.ММ.ГГГГ г.р.) был оформлен проездной документ сер. ДС № на скорый поезд № 30 «&lt;адрес&gt; - Москва», отправлением 12.12.2015 от станции &lt;адрес&gt; до станции Минск в плацкартном вагоне № 09, место № 03. (т.&lt;адрес&gt; л.д. 79 - 81) - Из содержания ответа МИД России (представительство в &lt;адрес&gt;) № от 27.06.2016 на запросы № СО/1010 от 05.05.2016, № СО/1011 от ДД.ММ.ГГГГ и № СО/1012 от ДД.ММ.ГГГГ, следует, что Посольством Республики &lt;адрес&gt; в Российской Федерации справки № от 03.11.2015 года и 1821/06 от 03.11.2015 года о выдаче паспортов М № на имя К.Ф.И., ДД.ММ.ГГГГ г.р., и М 852600 на имя Н.А.М., ДД.ММ.ГГГГ г.р., не выдавались. (т.&lt;адрес&gt; л.д. 88 - 96) - заключением эксперта № 25 от 08.02.2016 года установлено, что : Ранее в паспорте гражданина Республики &lt;адрес&gt; № М №, заполненном на имя Н.А.М., ДД.ММ.ГГГГ года рождения, располагалась другая фотокарточка, которая была удалена, а на ее место помещена фотокарточка, имеющаяся в настоящее время. Изображение фрагмента оттиска круглой печати с частично читаемым текстом на иностранном языке и гербом Республики &lt;адрес&gt; в центре, расположенное в нижнем правом углу фотокарточки, выполнено с использованием печатающего устройства струйного типа. Ранее в паспорте гражданки Республики &lt;адрес&gt; № М №, заполненном на имя К.Ф.И., ДД.ММ.ГГГГ года рождения, располагалась другая фотокарточка, которая была удалена, а на ее место помещена фотокарточка, имеющаяся в настоящее время. Изображение фрагмента оттиска круглой печати с частично читаемым текстом на иностранном языке и гербом Республики &lt;адрес&gt; в центре, расположенное в нижнем правом углу фотокарточки, выполнено с использованием печатающего устройства струйного типа.(т.&lt;адрес&gt; л.д. 11 - 35) - заключением эксперта № 578 от ДД.ММ.ГГГГ, установлено, что ранее в паспорте гражданки Республики &lt;адрес&gt; № М №, заполненном на имя Ю.Ш.М., ДД.ММ.ГГГГ года рождения, располагалась другая фотокарточка, которая была удалена, а на ее место помещена фотокарточка, имеющаяся в настоящее время. Изображение фрагмента оттиска круглой печати с частично читаемым текстом на иностранном языке и гербом Республики &lt;адрес&gt; в центре, расположенное в нижнем правом углу фотокарточки, выполнено с использованием печатающего устройства струйного типа.(т.&lt;адрес&gt; л.д. 177 - 195) - заключением эксперта № 09/16 от ДД.ММ.ГГГГ установлено, что на всех представленных фотоизображениях: - на фотокарточке владелицы в паспорте гражданки Республики &lt;адрес&gt; № М №, выданного ДД.ММ.ГГГГ на имя Ю.Ш.М., ДД.ММ.ГГГГ года рождения; - на фотоснимке владелицы удостоверения о предоставлении статуса беженца в Российской Федерации серии А №, выданного УФМС России по &lt;адрес&gt; сроком с ДД.ММ.ГГГГ по 25.06.2015 г. (с продлением – до 25.06.2016 г.), на имя гражданки &lt;адрес&gt; ФИО2, ДД.ММ.ГГГГ года рождения; - на фотоизображениях представленного CD-R диска, изображено одно и тоже лицо. (т.&lt;адрес&gt; л.д. 218 - 231) Из аналогичных по содержанию показаний свидетелей Д.Н.С. и Ф. (до смены фамилии Ц.А.Н.) А.Н. следует, что они занимают должности проводников пассажирского вагона &lt;адрес&gt; филиала АО «ФПК РЖД». В их должностные обязанности входит проверка билетов и документов у пассажиров перед посадкой в вагон и во время следования поезда, обслуживание пассажиров, обеспечение безопасности во время следования поезда. Они работают в поезде – № 30, следующем по маршруту «&lt;адрес&gt; – Москва». 12.12.2015 они исполняли свои обязанности во время следования поезда № 30, отправляющегося в 12 часов 44 минуты с Южного железнодорожного вокзала &lt;адрес&gt;, следующего по маршруту «&lt;адрес&gt; – Москва». До отправления поезда на территории Южного железнодорожного вокзала &lt;адрес&gt; при посадке в вагон № 9 они обратила внимание на мужчину, двух женщин и ребенка, вместе прибывших к вагону и предъявивших билеты и паспорта граждан Республики &lt;адрес&gt;. Документы у данных граждан проверяла Ф.А.Н. Больше во время движения поезда № 30 данных граждан они не видели до прибытия поезда на станцию «Нестеров». Данные граждане находились в первом купе. Примерно через 2 часа после отправления поезда, во время проверки документов пассажиров сотрудниками Пограничного Управления ФСБ России по &lt;адрес&gt; на станции «Нестеров» они узнала, что данные граждане после проверки паспортов были сняты с рейса в связи с возникновением вопросов по поводу подлинности предъявленных документов. В их присутствии сотрудники Пограничного Управления ФСБ России по &lt;адрес&gt; вывели указанных граждан из вагона. Свидетель К.Е.А. показала, что в 2015 году она работала в должности билетного кассира на Южном вокзале в &lt;адрес&gt;. 12 декабря 2015 года около 12 часов 00 минут в кассе, где она исполняла свои обязанности, гражданин Республики &lt;адрес&gt; Б.С.Т. приобрел билеты на поезд направления «&lt;адрес&gt; – Москва» до станции «Минск» на граждан &lt;адрес&gt; К.Ф.И., Ю.Ш.М. и Н.А.М. При приобретении билетов две женщины, мужчина и ребенок, на имя которых Б.С.. покупал билеты, вместе сидели на скамейке напротив кассы. В здание вместе с Б.С.Т. вошли все вместе. При оформлении билетов она обратила внимание, что в имени ребенка «Н.В.» была неверно написана буква «Й», на что Б.С. С. ответил, что в этом ошиблись органы, выдавшие паспорт. При приобретении билетов на всех указанных лиц у Б.С. С. не хватило денежных средств, в связи с чем, Б.С.. ушел, чтобы обменять евро на рубли. Во время приобретения билетов все прибывшие находились на своих местах. Согласно протокола предъявления лица для опознания в условиях, исключающих визуальное наблюдение им опознающего от 03.03.2016, К.Е.А. опознала ФИО4, как женщину, которая 12.12.2015 вместе с Б.С.Т., мужчиной, женщиной и ребенком вошла в здание Южного железнодорожного вокзала &lt;адрес&gt; и сидела с ними на скамейке напротив кассы во время приобретения Б.С.Т. билетов на поезд «&lt;адрес&gt; – Москва». (т.&lt;адрес&gt; л.д. 197 - 200) Согласно протоколов предъявления лица для опознания от 04.03.2016, свидетели Д.Н.С. и Ц.А.Н. опознали ФИО4, как женщину, на которую 12.12.2015 на территории Южного железнодорожного вокзала &lt;адрес&gt; они обратила внимание при её (ФИО4) посадке в вагон № 9 поезда № 30, следующего по маршруту «&lt;адрес&gt; – Москва». Указанная женщина была вместе с мужчиной, женщиной и ребенком. Документы у указанных граждан проверяла проводник Ц.А.Н.. Больше во время движения поезда № 30 опознанную женщину и указанных граждан она не видела до прибытия поезда на станцию «Нестеров». Указанные граждане находились в первом купе. Примерно через 2 часа после отправления поезда, во время проверки документов пассажиров сотрудниками Пограничного Управления ФСБ России по &lt;адрес&gt; на станции «Нестеров» она узнала, что указанные граждане после проверки паспортов были сняты с рейса в связи с возникновением вопросов по поводу подлинности предъявленных документов. В её присутствии сотрудники Пограничного Управления ФСБ России по &lt;адрес&gt; вывели всех указанных граждан, включая опознанную женщину, из вагона. (т.&lt;адрес&gt; л.д. 201 – 205, 206-210) Согласно протоколов предъявления лица для опознания от ДД.ММ.ГГГГ, свидетели Ц.А.Н. и Д.Н.С. опознали ФИО3 М.С.А.С., как мужчину, у которого ДД.ММ.ГГГГ Ц.А.Н. проверяла документы при посадке в вагон № 9 поезда № 30, следующего по маршруту «&lt;адрес&gt; - Москва». Указанный мужчина был вместе с двумя женщинами и ребенком. После посадки опознанного мужчины и следовавших вместе с опознанным мужчиной двух женщин и ребенка в первое купе, он зашла в первое купе вагона № 9, где находились указанные граждане, и попросила предъявить билеты и документы. Еще раз, сверив документы, она забрала билеты, а документы вернула указанным гражданам. Примерно через 2 часа после отправления поезда, во время проверки документов пассажиров сотрудниками Пограничного Управления ФСБ России по &lt;адрес&gt; области на станции «Нестеров» она узнала, что данные граждане после проверки паспортов были сняты с рейса в связи с возникновением вопросов по поводу подлинности предъявленных документов. В их присутствии сотрудники Пограничного Управления ФСБ России по &lt;адрес&gt; вывели указанных граждан, включая опознанного мужчину, из вагона. (т.&lt;адрес&gt; л.д. 211 – 215, 216-220) Вина подсудимых ФИО3 М.С.А.С. и ФИО4 совершении незаконного пересечения государственной границы РФ без действительных документов на право выезда из РФ и без надлежащего разрешения, полученного в порядке, установленном законодательством РФ, группой лиц по предварительному сговору, по событиям от 12.11.2015 года подтверждается помимо приведенных выше признательных показаний подсудимых ФИО3 М.С.А.С. и ФИО4 содержанием - заключением эксперта № 60 от 20.07.2016 года, которым установлено, что :</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Оттиск дата-штампа «кпп Троебортное 90» (03 11 15 6 &gt;) пиктограмма автомобиль, имеющийся в паспорте гражданина Республики &lt;адрес&gt; № М №, заполненном на метрические данные Н.А.М., ДД.ММ.ГГГГ г.р., нанесен не дата-штампом «кпп Троебортное 90» (03 11 15 6 &gt;) пиктограмма автомобиль, образцы которого представлены на экспертизу для сравнения.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Оттиск дата-штампа «Суземка 89» (12 11 15 6 &lt;) пиктограмма поезд, имеющийся в паспорте гражданина Республики &lt;адрес&gt; № М №, заполненном на метрические данные Н.А.М., ДД.ММ.ГГГГ г.р., нанесен дата-штампом «Суземка 89» (12 11 15 6 &lt;) пиктограмма поезд, образцы которого представлены на экспертизу для сравнения.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Оттиск дата-штампа «кпп Троебортное 90» (03 11 15 6 &gt;) пиктограмма автомобиль, имеющийся в паспорте гражданки Республики &lt;адрес&gt; № М №, заполненном на метрические данные К.Ф.И., ДД.ММ.ГГГГ г.р., нанесен не дата-штампом «кпп Троебортное 90» (03 11 15 6 &gt;) пиктограмма автомобиль, образцы которого представлены на экспертизу для сравнения.</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Оттиск дата-штампа «Суземка 89» (12 11 15 6 &lt;) пиктограмма поезд, имеющийся в паспорте гражданки Республики &lt;адрес&gt; № М 852750, заполненном на метрические данные К.Ф.И., ДД.ММ.ГГГГ г.р., нанесен дата-штампом «Суземка 89» (12 11 15 6 &lt;) пиктограмма поезд, образцы которого представлены на экспертизу для сравнения. (т.д. № 8 л.д. 63 - 73) - ответом из УФМС России по &lt;адрес&gt; № 183 от 25.02.2016 на запрос № К/1108 от ДД.ММ.ГГГГ, согласно которому, Н.А.М., ДД.ММ.ГГГГ г.р., въехал на территорию России ДД.ММ.ГГГГ через КПП въезда «Суземка (Ж.Д.)», К.Ф.И., ДД.ММ.ГГГГ г.р., въехала на территорию России ДД.ММ.ГГГГ через КПП въезда «Суземка (Ж.Д.)». (т.&lt;адрес&gt; л.д. 17 - 30) - заключением эксперта № 25 от 08.02.2016, согласно которому: Ранее в паспорте гражданина Республики &lt;адрес&gt; № М №, заполненном на имя Н.А.М., ДД.ММ.ГГГГ года рождения, располагалась другая фотокарточка, которая была удалена, а на ее место помещена фотокарточка, имеющаяся в настоящее время. Изображение фрагмента оттиска круглой печати с частично читаемым текстом на иностранном языке и гербом Республики &lt;адрес&gt; в центре, расположенное в нижнем правом углу фотокарточки, выполнено с использованием печатающего устройства струйного типа. Ранее в паспорте гражданки Республики &lt;адрес&gt; № М №, заполненном на имя К.Ф.И., ДД.ММ.ГГГГ года рождения, располагалась другая фотокарточка, которая была удалена, а на ее место помещена фотокарточка, имеющаяся в настоящее время. Изображение фрагмента оттиска круглой печати с частично читаемым текстом на иностранном языке и гербом Республики &lt;адрес&gt; в центре, расположенное в нижнем правом углу фотокарточки, выполнено с использованием печатающего устройства струйного типа. (т.д. № 8 л.д. 11 - 35) - Содержанием протокола задержания подозреваемого ФИО3 М.С.А.С. от ДД.ММ.ГГГГ, согласно которого при личном обыске у ФИО3 М.С.А.С. обнаружены и изъяты: проездной документ ДИ № на имя Н.А.М. (поезд №; отправление 12.11 12.36; вагон №; Киев пасс – Москва Кив);</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проездной документ ДИ № на имя С.А. (поезд №; отправление 12.11 12.36; вагон №; Киев пасс – Москва Кив);</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проездной документ ДИ № на имя К.Ф.И. (поезд №; отправление 11.11 21.42; вагон №; Одеса гол.-Киiв пас);</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проездной документ ДИ № на имя Н.А.М. (поезд №; отправление 11.11 21.42; вагон №; Одеса гол.-Киiв пас); - Содержанием акта № 20 специальной проверки документов у лица, следующего через Государственную границу Российской Федерации от 12.12.2015, согласно которому, паспорт гражданина Республики &lt;адрес&gt; Н.А.М. не действителен на право пересечения Государственной границы Российской Федерации. (т.&lt;адрес&gt; л.д. 198, т.&lt;адрес&gt; л.д. 39, 106) - Содержанием акта № 21 специальной проверки документов у лица, следующего через Государственную границу Российской Федерации от 12.12.2015, согласно которому, паспорт гражданина Республики &lt;адрес&gt; К.Ф.И. не действителен на право пересечения Государственной границы Российской Федерации. (т.&lt;адрес&gt; л.д. 199, т.&lt;адрес&gt; л.д. 40, 107) - Содержанием акта специальной проверки документов у лица, следующего через Государственную границу Российской Федерации от 13.12.2015, согласно которому, паспорт гражданина Республики &lt;адрес&gt; серии М № на имя Н.А.М. содержит частичную подделку документа – замену фотографии владельца, не действителен на право пересечения государственной границы. (т.д. № 1 л.д. 201 - 202) - Содержанием акта специальной проверки документов у лица, следующего через Государственную границу Российской Федерации от ДД.ММ.ГГГГ, согласно которому, паспорт гражданина Республики &lt;адрес&gt; серии М № на имя К.Ф.И. содержит частичную подделку документа – замену фотографии владельца, не действителен на право пересечения государственной границы. (т.&lt;адрес&gt; л.д. 108 - 109) Согласно протоколу об изъятии вещей и документов № от 12.12.2015 у К.Ф.И. был изъят паспорт гражданина Республики &lt;адрес&gt; № М №, выданный 30.10.2015 на имя К.Ф.И., ДД.ММ.ГГГГ г.р. (т.д. № 9 л.д. 194 - 236). Органами предварительного следствия действия подсудимых ФИО4, ФИО3 М.С.А.С. и ФИО2 по событиям преступления, предусмотренного ч.3 ст. ч.3 ст. 322 УК РФ от 12.12.2015 года были квалифицированы по признаку покушение на незаконное пересечение государственной границы Российской Федерации, совершенное группой лиц по предварительному сговору. Однако, после исследования доказательств по уголовному делу в полном объеме, государственный обвинитель указал на то, что факт предварительного сговора ФИО2 с ФИО3 М.С.А.С. и ФИО4 на совершение незаконного пересечения государственной границы РФ не был доказан и не нашел своего подтверждения в ходе судебного следствия. В связи с изложенными обстоятельствами, государственный обвинитель исключил из объема обвинения ФИО4, ФИО3 М.С.А.С., а также ФИО2 указание на совершение ими покушения на незаконное пересечение государственной границы РФ группой лиц по предварительному сговору с ФИО2, а также переквалифицировал действия ФИО2 в связи с недоказанностью совершения ей преступления в группе лиц по предварительному сговору с ч.3 ст. ч.3 ст. 322 УК РФ на ч.3 ст. ч.1 ст. 322 УК РФ . Кроме того, государственным обвинителем было указано на то, что фабула и объективная сторона преступлений, предусмотренных ч.3 ст. ч.3 ст. 322 УК РФ , ч.3 ст. 322 УК РФ и ч.3 ст. ч.1 ст. 322 УК РФ предусматривает, в том числе, в качестве описания объективной стороны указанных преступлений совершение действий по незаконному пересечению Государственной границы РФ, или покушению на незаконное пересечение Государственной границы РФ без действительных документов на право въезда (выезда) в (из) Российской Федерации, таким образом, диспозицией указанных составов преступлений уже предусматривается использование недействительных документов, в то время, как субъективная сторона указанных преступлений характеризуется направленностью умысла, в том числе, на использование недействительных документов. В связи с изложенным, полагал, что дополнительной квалификации по ч.3 ст. 327 УК РФ в отношении подсудимых по их обвинению в совершении незаконного пересечения Государственной границы РФ и покушения на незаконное пересечение Государственной границы РФ не требуется. Указал на поддержание обвинения по ч.3 ст. 327 УК РФ в отношении всех подсудимых по преступлениям от 12.12.2015 года в отношении использования ими заведомо подложных документов – паспортов граждан &lt;адрес&gt; при прохождении ими паспортного контроля в аэропорту «Домодедово» г. Москвы с целью идентификации их личностей и получения права прохождения в зону вылета в &lt;адрес&gt;. С учетом изложенной выше позиции государственного обвинения, а также анализируя исследованные в ходе судебного следствия доказательства в совокупности, суд признает вину подсудимых ФИО4, ФИО2, ФИО3 М.С.А.С. доказанной и квалифицирует действия ФИО2 по событиям от 12. 12. 2015 года по ч.3 ст. ч.1 ст. 322 УК РФ по признаку – покушение на незаконное пересечение Государственной границы Российской Федерации, то есть покушение на пересечение Государственной границы Российской Федерации без действительных документов на право выезда из Российской Федерации и без надлежащего разрешения, полученного в порядке, установленном законодательством Российской Федерации., а также по ч.3 ст. 327 УК РФ – по признаку - использование заведомо подложного документа. Действия ФИО4 по событиям от 12.11.2015 года суд квалифицирует по ч.3 ст. 322 УК РФ по признаку - незаконное пересечение Государственной границы Российской Федерации, то есть пересечение Государственной границы Российской Федерации без действительных документов на право въезда в Российскую Федерацию и без надлежащего разрешения, полученного в порядке, установленном законодательством Российской Федерации, совершенное группой лиц по предварительному сговору; по событиям от 12.12.2015 года по ч.3 ст. ч.3 ст. 322 УК РФ по признаку покушение на незаконное пересечение Государственной границы Российской Федерации, то есть покушение на пересечение Государственной границы Российской Федерации без действительных документов на право выезда из Российской Федерации и без надлежащего разрешения, полученного в порядке, установленном законодательством Российской Федерации, совершенное группой лиц по предварительному сговору, а также по ч.3 ст. 327 УК РФ – по признаку - использование заведомо подложного документа. Действия ФИО3 М.С.А.С. по событиям от 12.11.2015 года суд квалифицирует по ч.3 ст. 322 УК РФ по признаку - незаконное пересечение Государственной границы Российской Федерации, то есть пересечение Государственной границы Российской Федерации без действительных документов на право въезда в Российскую Федерацию и без надлежащего разрешения, полученного в порядке, установленном законодательством Российской Федерации, совершенное группой лиц по предварительному сговору; по событиям от 12.12.2015 года по ч.3 ст. ч.3 ст. 322 УК РФ по признаку покушение на незаконное пересечение Государственной границы Российской Федерации, то есть покушение на пересечение Государственной границы Российской Федерации без действительных документов на право выезда из Российской Федерации и без надлежащего разрешения, полученного в порядке, установленном законодательством Российской Федерации, совершенное группой лиц по предварительному сговору, а также по ч.3 ст. 327 УК РФ – по признаку - использование заведомо подложного документа. О наличии между ФИО4 и ФИО3 М.С.А.С. предварительного сговора на незаконное пересечение Государственной границы РФ подсудимые прямо указали в своих показаниях в ходе предварительного расследования. Кроме того, о наличии между ними предварительного сговора свидетельствует согласованность их действий, наличие единой цели преступления и способа ее реализации. При назначении подсудимым конкретного наказания суд учитывает характер и степень общественной опасности, совершенных ими преступлений; смягчающие их наказание обстоятельства, сведения о характеристиках личностей подсудимых, а также влияние наказания на их исправление и условия жизни их семей. Обстоятельств, отягчающих наказание ФИО4, ФИО2, и ФИО3 М.С.А.С. судом не установлено. К обстоятельствам, смягчающим наказание ФИО2 суд относит то, что ранее она не судима, впервые совершила преступления, относящиеся к категории небольшой тяжести, признание ей своей вины, искреннее раскаяние в содеянном, исключительно положительные характеристики, активное способствование в расследовании преступления, совершение преступления вследствие стечения тяжелых жизненных обстоятельств. К обстоятельствам, смягчающим наказание ФИО4, и ФИО3 М.С.А.С. суд относит то, что ранее они не судимы, признание ими своей вины, искреннее раскаяние в содеянном, исключительно положительные характеристики, активное способствование в расследовании преступления, совершение преступления вследствие стечения тяжелых жизненных обстоятельств, наличие на иждивении ххх, а также болезненное состояние здоровья ФИО4 Совокупность признанных судом смягчающими наказание обстоятельств в отношении ФИО4, и ФИО3 М.С.А.С. суд признает исключительной, дающей основания для применения к ним положений ст. 64 УК РФ и назначения им по ч.3 ст. 322 УК РФ и по ч.3 ст. ч.3 ст. 322 УК РФ боля мягкого вида наказания, чем предусмотрено санкцией указанных составов. Кроме того, не смотря на то, что процессуально подсудимые ФИО2 и ФИО3 М.С.А.С. были задержаны по подозрению в совершении настоящих преступлений в порядке ст.ст. , 92 УПК РФ 14.12.2015 года, из материалов уголовного дела усматривается, что фактически, по подозрению в совершении настоящих преступлений они задерживались с 12.12.2015 года. С указанной даты им и надлежит исчислять сроки, подлежащие учету при определении наказаний за преступления. На основании изложенного и руководствуясь ст.ст. . и 309 УПК РФ , суд П Р И Г О В О Р И Л : Признать ФИО2 виновной в совершении преступлений, предусмотренных ч.3 ст. ч.1 ст. 322 УК РФ и ч.3 ст. 327 УК РФ и назначить ей наказание: По ч.3 ст. ч.1 ст. 322 УК РФ в виде штрафа в размере 20 000 рублей По ч.3 ст. 327 УК РФ в виде штрафа в размере 30 000 рублей. На основании ч.2 ст. 69 УК РФ по совокупности преступлений, путем поглощения менее строгого наказания более строгим определить ФИО2 наказание в виде штрафа в размере 30 000 рублей. В соответствии с ч.5 ст. 72 УК РФ учитывая срок содержания ФИО2 под стражей с 12.12.2015 года по 10.03.2016 года по настоящему уголовному делу, полностью освободить ФИО2 от отбывания назначенного ей настоящим приговором наказания. Признать ФИО4 виновной в совершении преступлений, предусмотренных ч.3 ст. 322 УК РФ , ч.3 ст. ч.3 ст. 322 УК РФ , ч.3 ст. 327 УК РФ и назначить ей наказание : По ч.3 ст. 322 УК РФ с применением ст. 64 УК РФ в виде штрафа в размере 50 000 рублей По ч.3 ст. ч.3 ст. 322 УК РФ с применением ст. 64 УК РФ в виде штрафа в размере 40 000 рублей По ч.3 ст. 327 УК РФ в виде штрафа в размере 30 000 рублей. На основании ч.3 ст. 69 УК РФ по совокупности преступлений, путем частичного сложения назначенных наказаний, определить ФИО4 наказание в виде штрафа в размере 60 000 рублей. В соответствии с ч.5 ст. 72 УК РФ учитывая срок содержания ФИО4 под стражей с 18.12.2015 года по 12.01.2016 года по настоящему уголовному делу, смягчить назначенное ФИО4 наказание и окончательно к отбытию определить ФИО4 наказание в виде штрафа в размере 40 000 рублей. Признать ФИО3 М.С.А.С. виновным в совершении преступлений, предусмотренных ч.3 ст. 322 УК РФ , ч.3 ст. ч.3 ст. 322 УК РФ , ч.3 ст. 327 УК РФ и назначить ему наказание : По ч.3 ст. 322 УК РФ с применением ст. 64 УК РФ в виде штрафа в размере 50 000 рублей По ч.3 ст. ч.3 ст. 322 УК РФ с применением ст. 64 УК РФ в виде штрафа в размере 40 000 рублей По ч.3 ст. 327 УК РФ в виде штрафа в размере 30 000 рублей. На основании ч.3 ст. 69 УК РФ по совокупности преступлений, путем частичного сложения назначенных наказаний, определить ФИО3 М.С.А.С. наказание в виде штрафа в размере 60 000 рублей. В соответствии с ч.5 ст. 72 УК РФ учитывая срок содержания ФИО3 М.С.А.С. под стражей с 12.12.2015 года по 11.03.2016 года по настоящему уголовному делу, смягчить назначенное ФИО3 М.С.А.С. наказание и окончательно к отбытию определить ФИО3 М.С.А.С. наказание в виде штрафа в размере 30 000 рублей. Меру пресечения ФИО3 М.С.А.С. в виде подписки о невыезде и надлежащем поведении до вступления приговора в законную силу – оставить прежней. Меру пресечения ФИО2 в виде залога в сумме 70 000 рублей до вступления приговора в законную силу отменить. Залог в размере 70 000 рублей, внесенный за ФИО2 залогодателем гражданином Российской Федерации А. А. Х.М.А. на счет УФСБ России по &lt;адрес&gt; – вернуть А. А.Х.М. А.. Меру пресечения ФИО4 виде залога в сумме 400 000 рублей до вступления приговора в законную силу отменить. Залог в размере 400 000 рублей, внесенный за ФИО4 залогодателем гражданином Российской Федерации М.Х.А. М.Х.А. на счет УФСБ России по &lt;адрес&gt; – вернуть М.Х.А.. Вещественные доказательства : ххх., хранящиеся при материалах дела – уничтожить. Приговор может быть обжалован в &lt;адрес&gt; областной суд через Московский районный суд &lt;адрес&gt; в течение 10 суток со дня его провозглашения. В случае подачи апелляционной жалобы, осужденные вправе ходатайствовать о рассмотрении дела судом апелляционной инстанции в десятидневный срок. Судья . . . . Суд: Московский районный суд г. Калининграда (Калининградская область) (подробнее) Судьи дела: Станкевич Татьяна Эдуардовна (судья) (подробнее) Последние документы по делу: Приговор от 21 ноября 2017 г. по делу № 1-123/2017 Приговор от 23 октября 2017 г. по делу № 1-123/2017 Приговор от 1 июня 2017 г. по делу № 1-123/2017 Приговор от 4 мая 2017 г. по делу № 1-123/2017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