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01 декабря 2016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