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ГУ УПФ РФ в г.Сальске и ФИО2 районе о восстановлении пропущенного срока на обращение за выплатой средств пенсионных накоплений умершего застрахованного лица,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на обращение за выплатой пенсионных накоплений умершего ДД.ММ.ГГГГ застрахованного лица, ШРС, ДД.ММ.ГГГГ года рождения.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вынесение решения в окончательной форме. Председательствующий М.В.Ткаченко Решение в окончательной форме изготовлено 07 июня 2017 г. Суд: Сальский городской суд (Ростовская область) (подробнее) Ответчики: ГУ УПФ РФ в г.Сальске (подробнее) Судьи дела: Ткаченко М.В. (судья) (подробнее) Последние документы по делу: Решение от 26 декабря 2017 г. по делу № 2-876/2017 Решение от 5 декабря 2017 г. по делу № 2-876/2017 Решение от 17 октября 2017 г. по делу № 2-876/2017 Решение от 13 сентября 2017 г. по делу № 2-876/2017 Решение от 15 августа 2017 г. по делу № 2-876/2017 Решение от 20 июня 2017 г. по делу № 2-876/2017 Решение от 13 июня 2017 г. по делу № 2-876/2017 Решение от 12 июня 2017 г. по делу № 2-876/2017 Решение от 1 июня 2017 г. по делу № 2-876/2017 Решение от 5 марта 2017 г. по делу № 2-876/2017 Определение от 28 февраля 2017 г. по делу № 2-876/2017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