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диске в файле «№»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(СФ01). СФ01 начинается словами: Алё? Заканчивается СФ01 словами: До свидания. Длительность СФ01 - 05 мин. 33 сек.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диске в файле «№»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(СФ02). СФ02 начинается словами: Алё? Заканчивается СФ02 словами: Да. Длительность СФ02 - 02 мин. 00 сек. (т.7 л.д. 89-96); - заключением эксперта № от ДД.ММ.ГГГГ, согласно выводам которого в представленном на исследование тексте СФ01 выявлены признаки побуждения к действиям, с передачей денег для получения определенной справки (документов). Лицо «ж/01» должно выплатить лицу «м/01» определенную сумму в обмен на получение справки. Характер волеизъявления участника коммуникации обозначенного как «ж/01» выражен в форме предложения. Лицо «ж/01» выступает как адресант (агенс), а лицо «м/01» - как адресат (контрагенс). В представленном на исследование тексте СФ02 идет речь о действиях, связанных с приездом сотрудников милиции и проводимых ими мероприятиях, а также о передаче денежных средств третьим лицом лицу «м1/02». Лицо «м1/02» выступает как адресант (агенс), а лицо «м2/02» -как адресат (контрагенс). Согласно указанному заключению эксперта: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диске в файле «№-ДД.ММ.ГГГГ.wav»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(СФ01). СФ01 начинается словами с первых разборчивых слов: - А еще такой у нас вопрос ФИО4 его уволили седьмого числа, если он пи-писал первого заявление? Заканчивается СФ01 словами: - До свидания. Длительность СФ01 - 13 мин. 59 сек.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диске в файле «№»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(СФ02). СФ02 начинается словами: - Да ФИО14? Заканчивается СФ02 словами: - Да. Длительность СФ02 - 01 мин. 59 сек. (т.7 л.д. 105-112); - заключением эксперта № от ДД.ММ.ГГГГ, согласно которому, на диске в файле «№»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 СФ начинается словами: - Алё? Заканчивается СФ словами: - До свидания. Длительность СФ - 05 мин. 33 сек. По совокупности проведенных аудитивного, акустического и лингвистического видов анализов установлено, что голос и речь лица, обозначенного как: м на СФ, принадлежит ФИО7 Текстовое содержание выделенного инициатором разговора, зафиксированного на представленном носителе приведено в приложении 1 (т. 7 л.д. 121-133); - заключением эксперта № от ДД.ММ.ГГГГ, согласно которому, на диске в файле «№» имеется запись разговора, имеющего отношение к предмету экспертного исследования. В дальнейшем для удобства изложения данная фонограмма обозначена как спорная фонограмма (СФ). СФ начинается словами: - Алё? Заканчивается СФ словами: - Да Длительность СФ -01 мин. 59 сек. По результатам предварительного лингвистического исследования установлено: голос и речь лица, обозначенного как м1, м2 на СФ, не пригодны для проведения идентификационных исследований методами лингвистического анализа. В связи с непригодностью речевых сигналов м1 на СФ и м2 на СФ для проведения идентификационных исследований методами лингвистического анализа дальнейшие исследования образцов речевых сигналов не проводились (т.7 л.д. 143-149); - заключением эксперта № от ДД.ММ.ГГГГ, согласно выводам которого, в аудио файле с названием №», содержащемся в предоставленном диске, имеется участок пропадания сигнала с 1 мин. 13,9 с и до конца фонограммы (установить причину пропадания сигнала не представляется возможным, так как эксперту было отказано в предоставлении дополнительных материалов). В аудио 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(т.7 л.д. 166-204); - протоколом осмотра документов от ДД.ММ.ГГГГ, в ходе которого произведен осмотр кассового ордера от ДД.ММ.ГГГГ, согласно которому Свидетель №1 получил в «&lt;данные изъяты&gt;» в кредит сумму в размере 41000 рублей. Также произведен осмотр платежного поручения № от ДД.ММ.ГГГГ, согласно которому Свидетель №1 на счет спортивного клуба «СКА-&lt;данные изъяты&gt;» № перевел сумму в размере 41 000 рублей (т. 2 л.д. 192-193); - протоколом осмотра документов от ДД.ММ.ГГГГ, в ходе производства которого произведен осмотр: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письма президента «Федерации волейбола &lt;адрес&gt;» Свидетель №10A. от ДД.ММ.ГГГГ, согласно которому указанная организация поддерживает просьбу ФИО13 С.А. о лицензировании за клуб «&lt;данные изъяты&gt;»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копии письма от имени директора МОУ ДОД &lt;данные изъяты&gt; № от ДД.ММ.ГГГГ, согласно которому указанная организация просит лицензировать ФИО13 С.А. за клуб «&lt;данные изъяты&gt;» &lt;адрес&gt;;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приказа (распоряжения) о прекращении (расторжении) трудового договора с работником (увольнении), согласно которому ФИО13 С.А. уволен из НПП СК «СКА-&lt;данные изъяты&gt;» ДД.ММ.ГГГГ;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копии приказа (распоряжения) о приеме работника на работу, согласно которому ФИО13 С.А. принят на работу в НПП СК «СКА-&lt;данные изъяты&gt;»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копии трудового договора от ДД.ММ.ГГГГ на 4 л., согласно которому НПП СК «СКА-&lt;данные изъяты&gt;» ДД.ММ.ГГГГ заключил трудовой договор с ФИО13 С.А;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копии трудового договора № от ДД.ММ.ГГГГ на 5 л., согласно которому НПП СК «СКА-&lt;данные изъяты&gt;» ДД.ММ.ГГГГ заключил трудовой договор с ФИО13 С.А.;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копии приказа (распоряжения) о приеме работника на работу № от ДД.ММ.ГГГГ, согласно которому ФИО7 принят на работу в НПП СК «СКА-&lt;данные изъяты&gt;» на должность главного тренера некоммерческого партнерства профессионального спортивного клуба «СКА-&lt;данные изъяты&gt;» ДД.ММ.ГГГГ;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копии должностной инструкции главного тренера ФИО7 от ДД.ММ.ГГГГ на 2 л;</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копии контракта о спортивной деятельности с тренером спортивной команды от ДД.ММ.ГГГГ на 4 л., согласно которому заключен контракт с ФИО7 с одной стороны и с НПП СК «СКА-&lt;данные изъяты&gt;»;</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копии выписки из приказа по личному составу из НПП СК «СКА-&lt;данные изъяты&gt;» № от ДД.ММ.ГГГГ на 1 л., согласно которой ФИО8 принят на работу в указанную организацию с ДД.ММ.ГГГГ;</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копии должностной инструкции директора спортивного клуба ФИО8 на 2 л;</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копии трудового договора от ДД.ММ.ГГГГ на 2 л., согласно которому НПП СК «СКА-&lt;данные изъяты&gt;» ДД.ММ.ГГГГ заключил трудовой договор с ФИО8;</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копии устава НПП СК «СКА-&lt;данные изъяты&gt;» на 8 л.;</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копии решения о регистрации НПП СК «СКА-&lt;данные изъяты&gt;» в УМЮ РФ ДД.ММ.ГГГГ на 1 л.;</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копии изменения и дополнения к регламенту «ВФВ» от ДД.ММ.ГГГГ на 4 л, согласно которым оплата за оформление лицензии производится клубом или самим участником за сумму в размере 5000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регламента «ВФВ» от ДД.ММ.ГГГГ на 6 л., согласно которому основным документом для допуска участников к всероссийским соревнованиям среди мужских команд суперлиги, высших и первой лиг является лицензия (т. 2 л.д. 196-198); - протоколом выемки от ДД.ММ.ГГГГ, согласно которому у ФИО6 было изъято письмо № от ДД.ММ.ГГГГ на имя президента ВФВ ФИО25 от директора МОУ ДОД &lt;данные изъяты&gt; № ФИО7 о лицензировании Свидетель №13 на одном листе (т. 2 л.д. 208-211); - протоколом осмотра предметов от ДД.ММ.ГГГГ, в ходе которого произведен осмотр бумажного конверта, с пояснительной надписью «В конверте находятся денежные средства в сумме 160000 рублей, изъятые у гражданина ФИО8». При вскрытии конверта обнаружены 32 купюры достоинством 5000 каждая серии: № (т.3 л.д. 4-6); - протоколом осмотра предметов (документов) от ДД.ММ.ГГГГ, согласно которому были осмотрены диск с детализацией вызовов абонентского номера №, в период времени с ДД.ММ.ГГГГ по ДД.ММ.ГГГГ, с привязкой к базовым станциям; диск с детализацией вызовов абонентского номера №, в период времени с ДД.ММ.ГГГГ по ДД.ММ.ГГГГ, с привязкой к базовым станциям (т.3 л.д. 235-239); - протоколом осмотра предметов от ДД.ММ.ГГГГ, согласно которому был осмотрен диск с материалами ОРМ, предоставленный на основании постановления от ДД.ММ.ГГГГ, содержащий записи с названиями «№» (т.4 л.д. 11-27); - протоколом осмотра предметов от ДД.ММ.ГГГГ, согласно которому произведен осмотр диска с материалами ОРМ, предоставленного на основании постановления от ДД.ММ.ГГГГ, содержащего записи с названиями «№» с участием подозреваемого ФИО8 и защитника ФИО31 (т.4 л.д. 30-44); - протоколом выемки от ДД.ММ.ГГГГ, согласно которому у подозреваемого ФИО8 был изъят трудовой договор (контракт) № от ДД.ММ.ГГГГ, заключенный между некоммерческим партнерством профессиональный спортивный клуб «СКА - &lt;данные изъяты&gt;», именуемый в дальнейшем «Клуб», в лице директора ФИО8, действующего на основании Устава, с одной стороны, и Свидетель №13, именуемым в дальнейшем «Игрок», с другой стороны, на 5 листах формата А 4 (т.4 л.д. 52-54); - протоколом осмотра предметов (документов) от ДД.ММ.ГГГГ, согласно которому был осмотрен трудовой договор (контракт) № от ДД.ММ.ГГГГ, заключенный между некоммерческим партнерством профессиональный спортивный клуб «СКА - &lt;данные изъяты&gt;», именуемый в дальнейшем «Клуб», в лице директора ФИО8, действующего на основании Устава, с одной стороны, и Свидетель №13, именуемым в дальнейшем «Игрок», с другой стороны, на 5 листах формата А 4 (т.4 л.д. 55-63); - протоколом осмотра предметов от ДД.ММ.ГГГГ, согласно которому с участием подозреваемого ФИО7 и защитника Игнатьевой Т.А. произведен осмотр диска с материалами ОРМ, предоставленного на основании постановления от ДД.ММ.ГГГГ, содержащего записи с названиями «№» (т.4 л.д. 118-137); - протоколом получения образцов для сравнительного исследования от ДД.ММ.ГГГГ, согласно которому у подозреваемого ФИО7 были отобраны образцы его подписи (т.4 л.д. 179-180); - протоколом осмотра предметов (документов) от ДД.ММ.ГГГГ, согласно которому с участием потерпевшей ФИО13 А.Н. произведен осмотр диска с материалами ОРМ, предоставленного на основании постановления от ДД.ММ.ГГГГ, содержащего записи с названиями «№» (т.4 л.д. 181-197); - протоколом очной ставки от ДД.ММ.ГГГГ между подозреваемым ФИО8 и свидетелем ФИО13 С.А. (т.4 л.д. 210-213); - протоколом очной ставки от ДД.ММ.ГГГГ между подозреваемым ФИО7 и потерпевшей ФИО13 А.Н. (т.4 л.д. 214-221); - протоколом очной ставки от ДД.ММ.ГГГГ между подозреваемым ФИО8 и потерпевшей ФИО13 А.Н. (т.4 л.д. 222-228); - протоколом очной ставки от ДД.ММ.ГГГГ между подозреваемым ФИО8 и свидетелем Свидетель №1 (т.4 л.д. 229-234); - протоколом очной ставки от ДД.ММ.ГГГГ между подозреваемым ФИО7 и свидетелем ФИО13 С.А. (т.4 л.д. 235-239); - протоколом очной ставки от ДД.ММ.ГГГГ между подозреваемым ФИО7 и свидетелем Свидетель №1 (т.4 л.д. 240-244); - протоколом осмотра предметов (документов) от ДД.ММ.ГГГГ, согласно которому произведен осмотр письма от имени директора МОУ ДОД &lt;данные изъяты&gt; № ФИО7 от ДД.ММ.ГГГГ, с просьбой лицензировать ФИО13 С.А. за клуб «&lt;данные изъяты&gt;»&lt;адрес&gt;, с участием в осмотре подозреваемого ФИО7 и защитника Игнатьевой Т.А. (т.5 л.д. 1-5); - протоколом осмотра места происшествия от ДД.ММ.ГГГГ, в ходе которого произведен осмотр здания, расположенного по адресу: &lt;адрес&gt;, в ходе которого изъяты: - копия справки о сроках обучения ФИО13 С.А. на 1 л.; - копия приказа № от ДД.ММ.ГГГГ на 1 л.; - копия приложения к приказу № от ДД.ММ.ГГГГ на 1 л.; - копия приказа № ОД от ДД.ММ.ГГГГ на 5 л.; - копия договора № о совместной деятельности на 3 л.; - копия уведомления о снятии с учета российской организации в налоговом органе; - заявление игрока с просьбой принять его на работу на 1 л.; - личная карточка ФИО13 С.А. на 4 л.; - копия паспорта ФИО13 С.А. на 5 л.; - копия свидетельства о постановке на учет физического лица в налоговом органе на ФИО13 С.А. на 1 л.; - копия страхового свидетельства на ФИО13 С.А. на 1 л.; - приказ (распоряжение) о приеме работника на работу, а именно о приеме Свидетель №13 на должность игрока некоммерческого партнерства профессионального спортивного клуба «СКА-&lt;данные изъяты&gt;»; - заявление ФИО13 С.А. с просьбой уволить его; - приказ (распоряжение) о прекращении (расторжении) трудового договора с работником (увольнении), а именно об увольнении ФИО13 С.А. с должности игрока (т. 5 л.д. 112-119); - протоколом осмотра предметов от ДД.ММ.ГГГГ, согласно которому произведен осмотр документов, изъятых в ходе осмотра места происшествия ДД.ММ.ГГГГ, а именно: - копия справки о сроках обучения ФИО13 С.А. на 1 листе формата А4; - копия приказа № от ДД.ММ.ГГГГ на 1 листе формата А 4; - копия приложения № к приказу № от ДД.ММ.ГГГГ на 1 листе формата А 4; - копия приказа № ОД от ДД.ММ.ГГГГ о проведении тарификации и утверждения учебной нагрузки на 2010-2011 уч. год на 5 листах формата А 4; - копия договора № о совместной деятельности между МОУ ДОД &lt;данные изъяты&gt; № и НП ПСК «СКА-&lt;данные изъяты&gt;» от ДД.ММ.ГГГГ на 3 листах формата А 4; - копия уведомления от ДД.ММ.ГГГГ о снятии с учета российской организации в налоговом органе; - заявление на имя директора некоммерческого партнерства профессионального спортивного клуба «СКА-&lt;данные изъяты&gt;», с просьбой принять на работу на должность игрока команды с ДД.ММ.ГГГГ, на 1 листе формата А 4; - личная карточка Свидетель №13 в некоммерческом партнерстве профессионального спортивного клуба «СКА-&lt;данные изъяты&gt;» на 4 листах формата А4; - копия паспорта ФИО13 С.А. серия 0708 № на 5 листах формата А4; - копия свидетельства о постановке на учет физического лица в налоговом органе - ФИО13 С.А. ИНН № на 1 листе формата А 4; - копия страхового свидетельства обязательного пенсионного страхования ФИО13 С.А. № на 1 листе формата А 4; - приказ (распоряжение) № от ДД.ММ.ГГГГ о приеме работника на работу, а именно о приеме Свидетель №13 с ДД.ММ.ГГГГ на должность игрока некоммерческого партнерства профессионального спортивного клуба «СКА-&lt;данные изъяты&gt;», с тарифной ставкой (окладом) 5 000 рублей, на 1 листе формата А 4; - заявление от ДД.ММ.ГГГГ на имя директора некоммерческого партнерства профессионального спортивного клуба «СКА-&lt;данные изъяты&gt;» ФИО8 от игрока Свидетель №13 с просьбой уволить его по собственному желанию по п. 3 ч. 1 ст. Трудового кодекса Российской Федерации с ДД.ММ.ГГГГ с выплатой компенсации за неиспользованный отпуск. Также просит прекратить с ДД.ММ.ГГГГ все финансовые операции, связанные с ним, на 1 листе формата А 4; - приказ (распоряжение) № от ДД.ММ.ГГГГ о прекращении (расторжении) трудового договора с работником (увольнении), а именно об увольнении ФИО13 С.А. ДД.ММ.ГГГГ годв с должности игрока некоммерческого партнерства профессионального спортивного клуба «СКА-&lt;данные изъяты&gt;», по основанию – соглашение сторон п. 1 ст. Трудового кодекса Российской Федерации (т. 5 л.д. 120-151); - протоколом осмотра места происшествия от ДД.ММ.ГГГГ, в ходе которго произведен осмотр здания расположенного по адресу: &lt;адрес&gt;, в ходе которого изъята тетрадь, содержащая информацию об исходящей корреспонденции &lt;данные изъяты&gt; № ДД.ММ.ГГГГ год (т. 8 л.д. 9-18); - протоколом осмотра предметов (документов) от ДД.ММ.ГГГГ в ходе которого произведен осмотр тетради, содержащей информацию об исходящей корреспонденции &lt;данные изъяты&gt; № ДД.ММ.ГГГГ год (т. 8 л.д. 19-22); Вещественными доказательствами: - кассовым ордером и платежным поручением, подтверждающими перевод ДД.ММ.ГГГГ Свидетель №1 денежных средств на счет спортивного клуба «СКА-&lt;данные изъяты&gt;» в размере 41 000 рублей (т.2 л.д. 153-154); - копией письма президента «Федерации волейбола &lt;адрес&gt;» Свидетель №10A. от ДД.ММ.ГГГГ, согласно которому «Федерации волейбола &lt;адрес&gt;» подтверждает, что ФИО13 С.А. воспитанник ММОУ ДОД &lt;данные изъяты&gt; № &lt;адрес&gt; тренер ФИО7 и поддерживает его просьбу о лицензировании ФИО13 С.А. за клуб «&lt;данные изъяты&gt;» &lt;адрес&gt; (т.1 л.д. 13); - копией письма от имени директора МОУ ДОД &lt;данные изъяты&gt; № от ДД.ММ.ГГГГ, согласно которому МОУ ДОД &lt;данные изъяты&gt; № &lt;адрес&gt; подтверждает, что ФИО13 С.А. занимался в ДЮСЩ № с о0.11.2009 года по ДД.ММ.ГГГГ у тренера ФИО7 и просит лицензировать его за клуб «&lt;данные изъяты&gt;» &lt;адрес&gt;. Финансовых претензий к клубу «&lt;данные изъяты&gt;» &lt;адрес&gt; не имеют (т.1 л.д. 14); - копией приказа (распоряжения) о прекращении (расторжении) трудового договора с работником (увольнении) № от ДД.ММ.ГГГГ, согласно которому прекращено действие трудового договора от ДД.ММ.ГГГГ и ФИО13 С.А. уволен ДД.ММ.ГГГГ из НПП СК «СКА-&lt;данные изъяты&gt;» по п. 1 ст. Трудового кодекса Российской Федерации (т.1 л.д. 38); - копией приказа (распоряжения) о приеме работника на работу № от ДД.ММ.ГГГГ, согласно которому ФИО13 С.А. принят на работу в НПП СК «СКА-&lt;данные изъяты&gt;» с ДД.ММ.ГГГГ, основание трудовой договор № от ДД.ММ.ГГГГ (т.1 л.д. 39); - копией трудового договора от ДД.ММ.ГГГГ на 4 л., согласно которому НПП СК «СКА-&lt;данные изъяты&gt;» ДД.ММ.ГГГГ заключил трудовой договор с ФИО13 С.А. (т.1 л.д. 59-62); - копией трудового договора № от ДД.ММ.ГГГГ, согласно которому НПП СК «СКА-&lt;данные изъяты&gt;» именуемый в дальнейшем «Клуб», в лице директора ФИО8, действующего на основании устава, с одной стороны и ФИО13 С.А., именуемый в дальнейшем «Игрок» заключили срочный трудовой договор сроком до ДД.ММ.ГГГГ, соглано п. 6.4. которого в случае расторжения договора игроком по собственному желанию, он обязан предупредить об этом Клуб в письменной форме не позднее, чем за 1 месяц, за исключением случаев, когда трудовой договор заключен на срок менее четырех месяцев. При этом Игрок, в свлучае растржения договора по своей инициативе без уважительных причин, обязан произвести в ползу клуба денежную выплату в размере (стоит прочерк) рублей, в двухмесячный срок со дня расторжения настоящего трудового договора (т.1 л.д. 33-37); - копией приказа (распоряжения) о приеме работника на работу № от ДД.ММ.ГГГГ, согласно которому ФИО7 принят на работу в НПП СК «СКА-&lt;данные изъяты&gt;» в должности главного тренера ДД.ММ.ГГГГ, основание трудовой договора от ДД.ММ.ГГГГ №(т.1 л.д. 30); - копией должностной инструкции главного тренера, аодписанная от имени руководителя структурного подразделения ФИО8 ДД.ММ.ГГГГ, с инструкцией ознакомлен ФИО7 (т.1 л.д. 31-32); - копией контракта о спортивной деятельности с тренером спортивной команды от ДД.ММ.ГГГГ, согласно которому срочный контракт заключен между НПП СК «СКА-&lt;данные изъяты&gt;» и ФИО7, сроком до ДД.ММ.ГГГГ (т.1 л.д. 26-29); - копией выписки из приказа по личному составу НПП СК «СКА-&lt;данные изъяты&gt;» № от ДД.ММ.ГГГГ, согласно которой ФИО8 с ДД.ММ.ГГГГ принят на должность директора «СКА-&lt;данные изъяты&gt;» согласно штатного расписания (т.1 л.д. 25); - копией должностной инструкции директора спортивного клуба, ФИО8 с инструкцией ознакомлен ДД.ММ.ГГГГ (т.1 л.д. 23-24); - копией трудового договора № от ДД.ММ.ГГГГ, согласно которому между НПП СК «СКА-&lt;данные изъяты&gt;» заключен трудовой договор с ФИО8 (т.1 л.д. 21-22); - копией устава НПП СК «СКА-&lt;данные изъяты&gt;» (т.1 л.д. 44-52) - копией изменений и дополнений к «Регламенту ВФВ», утвержденных Президиумом ВФВ 01 июня 2011 года, согласно которым оплата за оформление лицензии производится клубом или самим участником за первичное оформление в размере 5000 рублей (т.1 л.д. 40-43); - Регламентом «ВФВ», утвержденным Президиумов Всеросийской федерации волейбола 22 мая 2007 года, согласно п. 4.9 которого основным документом для допуска участников к всероссийским соревнованиям среди мужских команд суперлиги, высших и первой лиг является лицензия. Согласно п. 6.2.1 спортсмены, не имеющие контракта о спортивной деятельности, получают право перехода в другой клуб после выкупа лицензии и утверждения перехода Исполкомом ВФВ. Пунктом 6.2.2 предусмотрено, что при наличии у спортсмена действующего контракта с клубом ВФВ рассматривает заявления о переходе только при согласии трех заинтересованных сторон (клуб-спортсмен-клуб). Согласно п. 6.5 клуб, в который переходтит спортсмен, обязан выкупить лицензию у клуба, из которого уходит спортсмен. Отношение спортсмена к конкретной лиге определяется по месту команды, занятому в последнем для этой команды чемпионате России, где спортсмен заигран не менее чем в восьми матчах. Лицензия спортсмена заигранного менее чем в восьми матчах, оценевается в 50 % стоимости, а не заигранного – по решению Исполкома ВФВ. Согласно п. 6.5.1 компенсация за лицензию при переходе за спортсмена команды высшей лиги «Б» 212000 рублей, за спортсмена &lt;данные изъяты&gt; – 19875 рублей (т.1 л.д. 77-81); - изъятыми ДД.ММ.ГГГГ в ходе ОРМ «оперативный эксперимент» у ФИО8 денежными средствми, 32 купюрами достоинством 5000 рублей каждая, серии: №, осмотренными в судебном заседании (т.3 л.д. 244-245); - диском с детализацией вызовов абонентского номера № «Билайн», зарегистрированного на имя ФИО8, в период времени с ДД.ММ.ГГГГ по 01 октябр 2012 года, с привязкой к базовым станциям; диском с детализацией вызовов абонентского номера № «Билайн», зарегистрированного на имя ФИО7, в период времени с ДД.ММ.ГГГГ по ДД.ММ.ГГГГ, с привязкой к базовым станциям (т.3 л.д. 240-243); - диском с материалами ОРМ, предоставленным на основании постановления следователя от ДД.ММ.ГГГГ, содержащим шесть аудио записей и одну видеозапись с названиями «№» (т.4 л.д. 28-29); - трудовым договором (контрактом) № от ДД.ММ.ГГГГ, заключенным между некоммерческим партнерством профессиональный спортивный клуб «СКА - &lt;данные изъяты&gt;», именуемый в дальнейшем «Клуб», в лице директора ФИО8, действующего на основании Устава, с одной стороны, и Свидетель №13, именуемым в дальнейшем «Игрок», с другой стороны (т.4 л.д. 64-65); - письмом от имени директора МОУ ДОД &lt;данные изъяты&gt; № от ДД.ММ.ГГГГ, согласно которому МОУ ДОД &lt;данные изъяты&gt; № &lt;адрес&gt; подтверждает, что ФИО13 С.А. занимался в &lt;данные изъяты&gt; № с 2009 года по ДД.ММ.ГГГГ у тренера ФИО7 и просит лицензировать его за клуб «&lt;данные изъяты&gt;» &lt;адрес&gt;. Финансовых претензий к клубу «&lt;данные изъяты&gt;» &lt;адрес&gt; не имеют (т.4 л.д. 114) - копией справки о сроках обучения ФИО13 С.А. на 1 листе; - копией приказа № от ДД.ММ.ГГГГ на 1 листе; - копией приложения № к приказу № от ДД.ММ.ГГГГ на 1 листе; - копией приказа № ОД от ДД.ММ.ГГГГ о проведении тарификации и утверждения учебной нагрузки на 2010-2011 учебный год на 5 листах; - копией договора № о совместной деятельности между МОУ ДОД &lt;данные изъяты&gt; № и НП ПСК «СКА-&lt;данные изъяты&gt;» от ДД.ММ.ГГГГ на 3 листах; - копией уведомления от ДД.ММ.ГГГГ о снятии с учета российской организации в налоговом органе на 1 листе; - заявлением на имя директора некоммерческого партнерства профессионального спортивного клуба «СКА-&lt;данные изъяты&gt;», с просьбой принять на работу на должность игрока команды с ДД.ММ.ГГГГ, на 1 листе; - личной карточкой Свидетель №13 в некоммерческом партнерстве профессионального спортивного клуба «СКА-&lt;данные изъяты&gt;» на 4 листах; - копией паспорта ФИО13 С.А. серия № № на 5 листах; - копией свидетельства о постановке на учет физического лица в налоговом органе - ФИО13 С.А. ИНН № на 1 листе; - копией страхового свидетельства обязательного пенсионного страхования ФИО13 С.А. № на 1 листе; - приказом (распоряжением) № от ДД.ММ.ГГГГ о приеме работника на работу, а именно о приеме Свидетель №13 с ДД.ММ.ГГГГ на должность игрока некоммерческого партнерства профессионального спортивного клуба «СКА-&lt;данные изъяты&gt;», с тарифной ставкой (окладом) 5 000 рублей, на 1 листе; - заявлением от ДД.ММ.ГГГГ на имя директора некоммерческого партнерства профессионального спортивного клуба «СКА-&lt;данные изъяты&gt;» ФИО8 от игрока Свидетель №13 с просьбой уволить его по собственному желанию по п. 3 ч. 1 ст. Трудового кодекса Российской Федерации с ДД.ММ.ГГГГ с выплатой компенсации за неиспользованный отпуск. Также просит прекратить с ДД.ММ.ГГГГ все финансовые операции, связанные с ним, на 1 листе; - приказом (распоряжением) № от ДД.ММ.ГГГГ о прекращении (расторжении) трудового договора с работником (увольнении), а именно об увольнении ФИО13 С.А. ДД.ММ.ГГГГ с должности игрока некоммерческого партнерства профессионального спортивного клуба «СКА-&lt;данные изъяты&gt;», по основанию – соглашение сторон п. 1 ст. Трудового кодекса Российской Федерации на 1 листе; - тетрадью, содержащей информацию об исходящей корреспонденции &lt;данные изъяты&gt; № ДД.ММ.ГГГГ год, изъятой в ходе осмотра места происшествия от ДД.ММ.ГГГГ здания расположенного по адресу: &lt;адрес&gt; (т. 8 л.д. 23-25); Иными документами: - заявлением ФИО13 А.Н. с просьбой привлечь к уголовной ответственности директора НП ПСК «СКА-&lt;данные изъяты&gt;» ФИО8 и тренера ФИО7, которые вымогали у нее денежные средства в сумме 160000 рублей за выдачу документов, дающих право ее сыну Свидетель №13 в дальнейшем заниматься профессиональным спортом (т.1 л.д. 7); - копия распоряжения администрации Красногвардейского муниципального района &lt;адрес&gt; №-р от ДД.ММ.ГГГГ о назначении с ДД.ММ.ГГГГ ФИО7 на должность директора муниципального образовательного учреждения дополнительного образования детей «Детско-юношеской спортивной школы олимпийского резерва» (т.1 л.д. 83); - копией должностной инструкции директора МОУ ДОД &lt;данные изъяты&gt; №, утвержденной ДД.ММ.ГГГГ (т.1 л.д. 84-86); - копией решения совета Красногвардейского муниципального района &lt;адрес&gt; № от ДД.ММ.ГГГГ о переименовании муниципального образовательного учреждения дополнительного образования детей «&lt;данные изъяты&gt;» в муниципальное образовательное учреждение дополнительного образования детей «&lt;данные изъяты&gt; №» (т.1 л.д. 87); - копией постановления администрации Красногвардейского муниципального района &lt;адрес&gt; № от ДД.ММ.ГГГГ, которым утвержден устав МО УДОД «&lt;данные изъяты&gt; №» (т. 1 л.д. 88-89); - копией устава муниципального образовательного учреждения дополнительного образования детей «&lt;данные изъяты&gt; №» (т.1 л.д. 90-128); - постановлением о предоставлении результатов оперативно – розыскной деятельности дознавателю, органу дознания, следователю, прокурору, в суд от ДД.ММ.ГГГГ (т.1 л.д. 132-133); - постановлением о рассекречивании сведений, составляющих государственную тайну, и их носителей от ДД.ММ.ГГГГ (т.1 л.д. 134-135); - постановлением о рассекречивании сведений, составляющих государственную тайну, и их носителей от ДД.ММ.ГГГГ (т.1 л.д. 136-137); - постановлением о проведении оперативно-розыскного мероприятия «оперативный эксперимент» от ДД.ММ.ГГГГ, с осуществлением негласной аудио, видео записи переговоров, с целью документирования факта получения денежных средств ФИО7 и ФИО8, с использованием и привлечением сил БСТМ ГУ МВД России по &lt;адрес&gt; (т.1 л.д. 138-139); - постановлением судьи &lt;адрес&gt;вого суда № от ДД.ММ.ГГГГ о разрешении УЭБ и ПК ГУ МВД России по &lt;адрес&gt; проведения оперативно-розыскных мероприятий, с прослушиванием телефонных переговоров ФИО7, ведущихся с места его пребывания и со снятием информации с технических каналов связи, по мобильному телефону с номером №, сроком на 180 суток (т.1 л.д. 140); - заявлением ФИО13 А.Н. от ДД.ММ.ГГГГ о том, что она дает свое согласие сотрудникам УЭБ и ПК ГУ МВД России по СК на участие в оперативном эксперименте, направленном на документирование преступной деятельности гражданина ФИО7 и ФИО8 Приложение: диск с записью «№» (т.1 л.д. 141); - актом осмотра и вручения денег от ДД.ММ.ГГГГ, согласно которому ФИО13 А.Н. были вручены деньги их её личных в сумме 160 000 рублей, 32 купюрами достоинством 5 000 рублей со следующими номерами и сериями: № (т.1 л.д. 142-143); - распоряжением № от ДД.ММ.ГГГГ о проведении гласного оперативно-розыскного мероприятия обследование помещений, зданий, сооружений, участков местности и транспортных средств, согласно которому с целью установления дополнительных сведений и получения достаточных оснований для решения вопроса о возбуждении уголовного дела провести гласное оперативно – розыскное мероприятие обследование помещений, зданий, сооружений, участков местности, транспортных средств используемых НП ПСК «СКА-&lt;данные изъяты&gt;», располагающихся по адресу: &lt;адрес&gt; (т.1 л.д. 144); - протоколом изъятия предметов, документов, материалов от ДД.ММ.ГГГГ, согласно которому в здании по адресу: &lt;адрес&gt;, директор некоммерческого партнерства профессионального спортивного клуба «СКА-&lt;данные изъяты&gt;» ФИО8, добровольно выдал денежные купюры достоинством 5 000 рублей в количестве 32 штук со следующими номерами и сериями: № (т.1 л.д. 145-148) - актом оперативного эксперимента от ДД.ММ.ГГГГ, отражающем ход проведенного оперативно-розыскного мероприятия «оперативный эксперимент» (т.1 л.д.149-150); - копией положения о чемпионате России 2012 года по волейболу среди мужских команд, утвержденного Президиумом ВФВ ДД.ММ.ГГГГ (т.1 л.д.159-222); - копией протокола № от ДД.ММ.ГГГГ общего собрания учредителей некоммерческого партнерства профессионального спортивного клуба «СКА-&lt;данные изъяты&gt;», согласно которому с ДД.ММ.ГГГГ ФИО8 избран директором некоммерческого партнерства профессионального спортивного клуба «СКА-&lt;данные изъяты&gt;» сроком на пять лет (т.2 л.д. 72); - копией протокола № от ДД.ММ.ГГГГ общего собрания учредителей некоммерческого партнерства профессионального спортивного клуба «СКА-&lt;данные изъяты&gt;», согласно которому продлен срок полномочий директора некоммерческого партнерства профессионального спортивного клуба «СКА-&lt;данные изъяты&gt;» ФИО8 с ДД.ММ.ГГГГ сроком на два года (т. 2 л.д. 73); - письмом исполнительного директора ВФВ ФИО32, согласно которому ФИО13 С.А., ДД.ММ.ГГГГ года рождения, был лицензирован как участник чемпионата России 2013 года в соответствии с п. 4.4.2 «Регламента ВФВ организации и проведения чемпионатов и Кубков России по волейболу, оформления лицензий, переходов, трансферных сертификатов», утвержденного Президиумом ВФВ ДД.ММ.ГГГГ, и в соответствии с п. 1.26 «Положения о чемпионате России 2013 года по волейболу среди мужских команд» на основании предоставленных документов: личного заявления спортсмена от ДД.ММ.ГГГГ; копии паспорта с пропиской; согласия &lt;данные изъяты&gt; № &lt;адрес&gt; № от ДД.ММ.ГГГГ; согласия Федерации волейбола &lt;адрес&gt; № от ДД.ММ.ГГГГ; заявочного листа команды «&lt;данные изъяты&gt; - КубГТУ» (&lt;адрес&gt;) (т.2 л.д. 113); - копией заявления ФИО13 С.А. на имя президента ВФВ от ДД.ММ.ГГГГ (т. 2 л.д. 114); -копией заявочного листа на команду «&lt;данные изъяты&gt;-КубГТУ» &lt;адрес&gt; – участницу чемпионата России по волейболу 2013 года в молодежной лиге (т. 2 л.д. 117); - копией лицензии игрока № Свидетель №13, ДД.ММ.ГГГГ года рождения, клуб «&lt;данные изъяты&gt;-КубГТУ», &lt;адрес&gt; (т.2 л.д. 118); - постановлением о предоставлении результатов оперативно – розыскной деятельности дознавателю, органу дознания, следователю, прокурору, в суд от ДД.ММ.ГГГГ (т.4 л.д. 8-10). Таким образом, суд находит, что вина подсудимых ФИО7 и ФИО8 в совершении покушения на мошенничество, то есть хищение чужого имущества путем обмана, группой лиц по предварительному сговору, с использованием служебного положения, в значительном размере, при этом преступление не было доведено до конца по не зависящим от него обстоятельствам, нашла подтверждение в судебном заседании при совокупности всех доказательств, исследованных в судебном заседании, которые являются относимыми и допустимыми, добытыми и зафиксированными в соответствии с требованиями Уголовно-процессуального закона и действия ФИО7 суд квалифицирует по ч. 3 ст. ч. 3 ст. Уголовного кодекса Российской Федерации – покушение на мошенничество, то есть хищение чужого имущества путем обмана, совершенное группой лиц по предварительному сговору, в значительном размере, с использованием служебного положения, при этом преступление не было доведено до конца по не зависящим от него обстоятельствам, действия ФИО8 суд квалифицирует по ч. 3 ст. ч. 3 ст. Уголовного кодекса Российской Федерации – покушение на мошенничество, то есть хищение чужого имущества путем обмана, совершенное группой лиц по предварительному сговору, в значительном размере, с использованием служебного положения, при этом преступление не было доведено до конца по не зависящим от него обстоятельствам. Переквалифицируя действия подсудимого ФИО7 с ч. 3 ст. , п. «в» ч. 5 ст. Уголовного кодекса российской Федерации на ч. 3 ст. , ч. 3 ст. Уголовного кодекса Российской Федерации, подсудимого ФИО8 с ч. 3 ст. , п. «б» ч. 3 ст. 291.1 Уголовного кодекса российской Федерации на ч. 3 ст. , ч. 3 ст. Уголовного кодекса Российской Федерации, суд руководствуется п. 7 Постановления Пленума Верховного суда Российской Федерации от 09 июля 2013 года № 24 «О судебной практике по делам о взяточничестве и об иных коррупционных преступлениях» из разъяснений которого следует, что не образует состав получения взятки принятие должностным лицом денег, услуг имущественного характера и т.п. за совершение действий (бездействие), хотя и связанных с исполнением его профессиональных обязанностей, но при этом не относящихся к полномочиям представителя власти, организационно-распорядительным либо административно-хозяйственным функциям. Подсудимые ФИО7 и ФИО8 получили денежные средства за совершение действий хотя и связанных с исполнением их профессиональных обязанностей, но не относящихся к полномочиям представителя власти, организационно-распорядительным либо административно-хозяйственным функциям. Таким образом, фактом покушения на получение взятки ФИО7 и покушения на посредничество во взяточничестве ФИО8 их действия считать нельзя. В тоже время как установлено в судебном заседании, ФИО7 и ФИО8 действовали в исследуемой ситуации группой лиц по предварительному сговору. Они заранее договорились между собой обманным путем получить деньги с ФИО13 А.Н., определили требуемую сумму, распределили роли между собой, обсудили порядок распределения похищенных денежных средств путем передачи в обладание Некоммерческого партнерства профессиональный спортивный клуб «СКА-&lt;данные изъяты&gt;». Подсудимые ФИО7 и ФИО8 стремились ввести в заблуждение потерпевшую по поводу необходимости возмещения затрат понесенных клубом «СКА-&lt;данные изъяты&gt;» на проживание и питание её сына ФИО13 С.А., в то время как указанные затраты должно было нести МОУ ДОД &lt;данные изъяты&gt; №, а «СКА-&lt;данные изъяты&gt;» нес указанные затраты в период участия игроком клуба в спортивных мероприятиях, и путем обмана похитить у потерпевшей денежные средства, с последующей передачей их в обладание Некоммерческого партнерства профессиональный спортивный клуб «СКА-&lt;данные изъяты&gt;», в связи, с чем в действиях ФИО7 и ФИО8 содержатся признаки покушения на мошенничество, группой лиц по предварительному сговору, с причинением значительного ущерба, с использованием своего служебного положения Действовали подсудимые умышленно, с единой, корыстной целью. При этом ФИО7 и ФИО8 для обмана ФИО13 А.Н. использовали свое служебное положение, директора МОУ ДОД &lt;данные изъяты&gt; № и директора НПП СК «СКА-&lt;данные изъяты&gt;», воздействовали на потерпевшую, ссылаясь на занимаемые должности. Размер денежных средств - 160000 рублей, которые ФИО7 и ФИО8 намеревались похитить у ФИО13 А.Н. и передать в обладание Некоммерческого партнерства профессиональный спортивный клуб «СКА-&lt;данные изъяты&gt;», является значительным. Преступление не было доведено до конца ФИО7 и ФИО8 по не зависящим от них обстоятельствам, поскольку ФИО8 был задержан сотрудниками полиции. При таких обстоятельствах суд приходит к выводу, что ФИО7 и ФИО8 совершили покушение на мошенничество, то есть хищение чужого имущества путем обмана, в отношении ФИО13 А.Н., группой лиц по предварительному сговору, в значительном размере, с использованием служебного положения. Кроме того, имеющиеся сомнения по делу должны быть истолкованы в пользу подсудимого. Квалифицируя действия ФИО7 и ФИО8 по ч. 3 ст. , ч. 3 ст. Уголовного кодекса Российской Федерации суд считает необходимым применить закон, действовавший на момент совершения преступления, поскольку санкция ч. 3 ст. Уголовного кодекса Российской Федерации в редакции Федерального закона от 27.11.2012 года № 207-ФЗ, действующей в настоящее время, ухудшает положение подсудимых. Оценивая все доказательства в совокупности, суд приходит к убеждению о правомерности квалификации действий подсудимых ФИО7 и ФИО8 и доказанности их виновности в совершении покушения на мошенничество, то есть хищение чужого имущества путем обмана, совершенное группой лиц по предварительному сговору, в значительном размере, с использованием служебного положения, при этом преступление не было доведено до конца по не зависящим от него обстоятельствам. При оценке вышеизложенных показаний подсудимых ФИО7 и ФИО8, потерпевшей, свидетелей, а также приведенных доказательств и разрешении вопроса о достоверности одних доказательств и отклонении других, суд приходит к следующим выводам. Оценивая и рассматривая показания подсудимых ФИО7 и ФИО8, данных в ходе судебного разбирательства, а так же позицию стороны защиты о не виновности подсудимых, суд находит их несостоятельными и опровергнутыми, представленными стороной обвинения доказательствами. Приходя к данному выводу, суд исходит из обстоятельств, установленных в судебном заседании: - согласно показаниям потерпевшей ФИО13 А.Н. у ФИО13 С.А. с ФИО7 возник конфликт, и после сдачи экзаменов он вернулся домой, так как ФИО7 не допускал его к тренировкам. ФИО8 её пояснил, что эту сумму ему назвал ФИО7, и дал им реквизиты клуба, поскольку он являлся директором клуба. ДД.ММ.ГГГГ она перечислила денежные средства на расчетный счет спортивного клуба «&lt;данные изъяты&gt;», который предоставил ФИО8, 41 000 рублей. Также её сыном не была получена зарплата в размере 15000 рублей, которая также пошла на оплату неустойки. Сумму в 41 000 рублей обозначил ФИО8, и в 10-дневный срок после поступления денег на счет, он должен был передать все необходимые документы, касающиеся ФИО13 С.А., в спортивный клуб «&lt;данные изъяты&gt;». ДД.ММ.ГГГГ ей позвонил Свидетель №11 и сообщил, что разговаривал в телефонном режиме с ФИО8, который ему сообщил, что общая сумма, которую она должна составляет 250 000 рублей. Она позвонила ФИО7 и тот сказал, что за 3 года, которые её сын провел в &lt;адрес&gt;, они должны ему 250000 рублей. ФИО8 ей сказал, что он ничего не решает, что если ФИО7 назвал сумму в 250000 рублей, то значит, такую сумму им и придется заплатить. Также показала, что о компенсации за игрока она узнала от ФИО8, который показал им договор, где имелся пункт о неустойке за передачу игрока в другой клуб, если он лицензирован, а её сын лицензирован не был. - согласно показаниям свидетеля Свидетель №15, данным в ходе предварительного следствия и оглашенным в судебном заседании, в летнее время 2012 года, более точно дату назвать не может, ему неоднократно ФИО8 рассказывал, что его игрок - ФИО13 С.А., переходит в краснодарский клуб, за что клуб «СКА-&lt;данные изъяты&gt;» получит материальную компенсацию в размере порядка 200000 рублей. Такая выплата должна была поступить на счет клуба, поскольку у ФИО13 С.А. имелся действующий трудовой договор с клубом «СКА-&lt;данные изъяты&gt;», и просто так игрок из клуба уйти не мог. Примерно в августе 2012 года ФИО7 писал письмо на имя ФИО10, с просьбой лицензировать ФИО13 С.А. за клуб «&lt;данные изъяты&gt;» &lt;адрес&gt;, а также о том, что к указанному клубу &lt;данные изъяты&gt; № не имеет финансовых претензий. Его ФИО7 передал для регистрации в журнале исходящей корреспонденции МОУ ДОД &lt;данные изъяты&gt; №, указанное письмо было зарегистрировано под номером 33. Никто кроме ФИО7 не мог расписаться от его имени в указанном письме, такой документ мог подписать только директор &lt;данные изъяты&gt; №. - согласно показаниям свидетеля Свидетель №1 реквизиты клуба они взяли, чтобы заплатить 50 000 рублей клубу &lt;адрес&gt; за переход игрока в другой клуб, данную сумму озвучил ФИО8. В августе 2012 года они перевели денежные средства на счет клуба &lt;адрес&gt; 41 000 рублей. Они с женой позвонили ФИО8 и поинтересовались ФИО4 документы сына еще не переданы, как договаривались, на что тот ответил, что ФИО7 сказал что этих денежных средств не достаточно, что нужно еще 216 000 рублей. ФИО13 А.Н. звонила ФИО7 и спрашивала за что денежные средства и ФИО4 такая сумма, на что тот ответил, что за то, что их сын проживал в &lt;адрес&gt;, его одевали и кормили, а также сказал, что торг не уместен, сколько он им скажет, столько они и заплатят. Также сказал, что если не будет денег, то не будет и документов, для перехода сына в другой клуб. При встрече ФИО8 говорил, что ничего не решает, а решает ФИО7 и что если не будет денег, то и не будет документов. После этого ФИО13 А.Н. обратилась в правоохранительные органы. Она предала деньги в сумме 160000 рублей ФИО8 - согласно показаниям свидетеля Свидетель №16директор клуба ФИО8 сообщил ей, что он ей позвонит и сообщит когда необходимо подъехать и принять денежные средства в кассу спортивного клуба «&lt;данные изъяты&gt;» - компенсацию за переход игрока в другой клуб. То, что деньги за переход игрока привезут наличными, был единичный случай, ранее подобные платежи поступали на счет. Однако данные поступления на расчетный счет клуба были от других клубов. - согласно показаниям свидетеля Свидетель №3, оглашенным в судебном заседании, ДД.ММ.ГГГГ сотрудники УЭБ и ПК ГУ МВД России по &lt;адрес&gt; пригласили её участвовать в качестве представителя общественности в оперативно-розыскном мероприятии «Оперативный эксперимент». Войдя в кабинет, при обследовании помещения на письменном столе ФИО8 были обнаружены денежные средства: 32 денежные купюры Банка России достоинством по 5000 рублей каждая, то есть на общую сумму 160000 рублей. На вопрос Свидетель №6 о том, что это за деньги, ФИО8 ответил, что данные денежные средства в сумме 160000 рублей он получил от ФИО13 А.Н. за то, что её сын жил, тренировался и питался несколько лет за счет клуба который он возглавляет, при этом он так же пояснил, что деньги он взял по поручению тренера ФИО7 - согласно показаниям свидетеля Свидетель №9, оглашенным в судебном заседании трудовой договор № от ДД.ММ.ГГГГ, заключенный между «СКА-&lt;данные изъяты&gt;» и ФИО13 С.А., заключен в соответствии с проектом договора, которым она согласовывала ФИО8 в 2011 году. Каких - либо нарушений трудового законодательства в указанном договоре она не видит. При этом цифровые значения в прочерках пунктов 4.2, 6.4 трудового договора, должны были быть заполнены в момент заключения договора. Незаполненные прочерки в пунктах не должны были оставаться, суммы выплат оговариваются до подписания договора. В случае не заполнения данных пунктов, они должны были быть исключены из договора. - согласно показаниям свидетеля Свидетель №21, оглашенным в судебном заседании в период времени с 2010 год по 2012 год из средств бюджета &lt;адрес&gt; муниципального района производилось финансирование МОУ ДОД &lt;данные изъяты&gt; № на расходы связанные с проездом к месту соревнований, проживанием, питанием на время соревнований воспитанников вышеуказанного учреждения, в том числе на оплату Свидетель №22 взносов. Общий объем бюджетных ассигнований выделенных за период времени 2010-2012 годы составлял 2 152 761 рублей 07 копеек, в том числе по годам: в 2010 году – 719 048 рублей; в 2011 году – 662 184 рублей 68 копеек; в 2012 году – 771 528 рублей 39 копеек. Согласно информации МКУ КР «&lt;данные изъяты&gt;» от ДД.ММ.ГГГГ за исх. № за 2010 -2012 годы на содержание Свидетель №13, а именно проведение соревнований, учебно-тренировочных сборов и приобретение тренировочной формы, выделялись денежные средства в общей сумме 66 954,57 рублей. Отделом образования «СКА-&lt;данные изъяты&gt;» не финансировался. Денежные средства на оплату проживания и обучения воспитанников МКОУ ДОД &lt;данные изъяты&gt; № в бюджете не предусмотрены. От НП ПСК «СКА-&lt;данные изъяты&gt;» на оплату проживания, питания и обучения воспитанников МКОУ ДОД &lt;данные изъяты&gt; № денежные средства не поступали. - согласно показаниям свидетеля Свидетель №8, оглашенным в судебном заседании МОУ ДОД &lt;данные изъяты&gt; № &lt;адрес&gt; полностью состояла на балансе районного отдела образования администрации &lt;адрес&gt; муниципального района. Ему было известно, что ФИО13 С.А. являлся воспитанником МОУ ДОД &lt;данные изъяты&gt; № &lt;адрес&gt;, а также игроком указанного клуба. В период времени с июня 2012 года по август 2012 года ему, при личном разговоре с ФИО7, стало известно, что игрок клуба «СКА-&lt;данные изъяты&gt;» ФИО13 С.А. намеревается перейти в клуб «&lt;данные изъяты&gt;» &lt;адрес&gt;. Также ФИО7 сообщал, что поскольку у ФИО13 С.А. имеется контракт с клубом «СКА-&lt;данные изъяты&gt;», в настоящее время обсуждается вопрос о размере компенсации клубу «СКА-&lt;данные изъяты&gt;» за перевод игрока - ФИО13 С.А., и за досрочное расторжение контракта по инициативе последнего. - согласно показаниям свидетеля Свидетель №17, Свидетель №18, оглашенным в судебном заседании, они в августе 2012 года, командой «СКА - &lt;данные изъяты&gt;» были в &lt;адрес&gt; на тренировочной базе, он помнит, как тренер клуба – ФИО7, после разговора с кем - то по мобильному телефону, подошел к ним, когда был перерыв на отдых, и сообщил, что денежные средства, полученные при переходе ФИО13 С.А. в другой клуб, будут потрачены на приобретение новой спортивной формы. ФИО13 С.А. не играл ни одного матча за клуб «СКА-&lt;данные изъяты&gt;». - согласно показаниям свидетеля Свидетель №19, оглашенным в судебном заседании, в июне 2012 года ФИО7 находился в &lt;адрес&gt;, где они встретились и разговорились о событиях, происходивших с ними. ФИО7 сказал, что одного игрока – ФИО13, переманил краснодарский спортивный клуб «&lt;данные изъяты&gt;» и, что мало того, что ФИО13 переманил клуб «&lt;данные изъяты&gt;», так теперь еще указанный клуб отказывается выплачивать за ФИО13 компенсацию. - согласно показаниям свидетеля Свидетель №20, оглашенным в судебном заседании, при встрече в &lt;адрес&gt;, в середине августа 2012 года, в ходе личной беседы ФИО7 ему рассказывал, что спортивный клуб «&lt;данные изъяты&gt;» &lt;адрес&gt;, переманил у из клуба «СКА-&lt;данные изъяты&gt;» игрока ФИО13 С.А. При этом ФИО7 жаловался, что ФИО13 С.А. он планировал лицензировать за клуб «СКА-&lt;данные изъяты&gt;» и выпускать играть за команду клуба. Также он помнит, что в конце августа 2012, посредством мобильной связи он, используя абонентский №, созванивался в утреннее время с ФИО7, который использовал для связи абонентский №. В ходе разговора ему ФИО7 рассказал, что мама ФИО13 С.А. привезла ФИО8 160 000 рублей за выкуп лицензии ФИО13 С.А., который уходил в клуб «&lt;данные изъяты&gt;» &lt;адрес&gt;. Также сообщил, что после того как ФИО13 А.Н. забрала документы и ушла, в кабинет к ФИО8 зашли сотрудники полиции, которые сообщили, что ФИО13 А.Н. написала заявления о том, что ФИО7 вымогал у нее денежные средства. - согласно показаниям свидетеля Свидетель №25, оглашенным в судебном заседании при переводе Свидетель №13 ему, а также другим игрокам клуба ФИО7 говорил, что ФИО13 должен перевести клубу денежные средства, за счет которых будет обновлена экипировка игроков. ФИО4 должен был перевести клубу деньги, ему известно не было. - согласно показаниям свидетеля ФИО33, ФИО29, оглашенным в судебном заседании, они были в 2012 году, в августе, командой «СКА - &lt;данные изъяты&gt;» в &lt;адрес&gt; на тренировочной базе, он помнит, как тренер клуба –ФИО7, после разговора с кем - то по мобильному телефону, подошел к ним, когда был перерыв на отдых, при этом тренировка проводилась на улице, и сообщил, что денежные средства, которые клуб получит при переводе ФИО13 С.А. в другой клуб, будут потрачены на приобретение новой спортивной экипировки. - согласно показаниям свидетеля Свидетель №6 в июле месяце поступила информация о том, что директор спортивной школы &lt;адрес&gt; ФИО7 и директор спортивного клуба &lt;адрес&gt; ФИО8 требуют от гражданки ФИО13 А.Н., жительницы &lt;адрес&gt; денежные средства за выдачу ей справки о том что ее ребенок, ФИО13 С.А., проходил обучение в данной &lt;данные изъяты&gt;. Между ФИО13 Н.А., ФИО8 и ФИО7 велись разговоры о том, что ФИО13 Н.А. требуется справка о том, что ее ребенок обучался, а с нее требуют денежные средства, при этом сумма изменялась с 250000 рублей до 160000 рублей. ФИО13 Н.А. была вызвана в управление &lt;адрес&gt;, с ней была проведена беседа, в ходе которой информация подтвердилась. ФИО13 А.Н. сказала, что ФИО8 не принимает решения, все решения принимает ФИО7 и он обозначил сумму 160 000 рублей. Они предложили ФИО13 А.Н. поучаствовать в оперативном эксперименте. Он все моменты уточнял у Свидетель №10 из федерации волейбола и ситуация заключалась в том что несовершеннолетний ребенок обучается в &lt;данные изъяты&gt;, а для того чтобы ему играть в высшей лиге, ему необходима лицензия. Лицензию он мог получить как в клубе, если бы он остался в клубе ФИО7, так же он мог лицензироваться и в клубе «&lt;данные изъяты&gt;». Если ребенок не лицензированный переходит из одного клуба в другой, то там сумма компенсации около 50000 рублей за игрока. Сумма компенсации установлена регламентом, но называлась, то одна, то другая сумма. ФИО13 А.Н. задавала вопрос, за что должна платить. - согласно показаниям свидетеля Свидетель №10 данным им в ходе судебного заседания и в ходе предварительного следствия, процедура перехода игрока из одного клуба в другой такая, директор клуба пишет ему письмо, с фамилией игрока который будет куда либо переходить, под которым он ставит свою визу и указывает, что федерация волейбола не возражает против перехода из клуба в клуб. Данная процедура указывается в регламенте федерации волейбола. При переходе как лицензированного, так и не лицензированного игрока из одного клуба в другой, полагается минимальная компенсация, а остальное по договору. Однако выплата за переход лицензированного игрока это одна цифра, за не лицензированного другая, не лицензированный игрок за переход платит, около 20 000 рублей, а если лицензированный, то около 200 000 рублей. Поскольку ФИО13 С.А. еще не имел лицензии, получаемой в соответствии с главой № регламента ВФВ, то есть не был лицензирован за клуб «СКА-&lt;данные изъяты&gt;», необходимости выкупать лицензию ни у самого ФИО13 С.А., ни у клуба «&lt;данные изъяты&gt;» не было. При этом, к указанным взаимоотношениям ФИО13 С.А., «СКА-&lt;данные изъяты&gt;», «&lt;данные изъяты&gt;», фактически не имела никакого отношения &lt;данные изъяты&gt; №, директором которой являлся ФИО7 ФИО7, как директор школы, должен был, не выдвигая никаких условий, выдать ФИО13 С.А. письмо с просьбой лицензировать последнего за клуб, в который собрался переходить спортсмен. В свою очередь «&lt;данные изъяты&gt;», по сложившейся практике, могло выплатить &lt;данные изъяты&gt; № за ФИО13 С.А. денежные средства в размере 19 875 рублей, но не было обязано это делать, поскольку ФИО13 С.А. не имел лицензии. Поскольку ФИО13 С.А. не был лицензирован, в том числе за клуб «СКА-&lt;данные изъяты&gt;», он и не мог играть ни одного матча за клуб «СКА-&lt;данные изъяты&gt;». В связи с чем, если бы ФИО13 С.А. и лицензировали впоследствии за клуб «СКА-&lt;данные изъяты&gt;», то компенсация за его лицензию, пока ФИО13 С.А. не сыграл бы восемь и более матчей за клуб, не могла бы составлять 212 000 рублей. ФИО7, как директор &lt;данные изъяты&gt; № не мог препятствовать ФИО13 С.А., при переходе последнего из клуба «СКА-&lt;данные изъяты&gt;» в клуб «&lt;данные изъяты&gt;». Поскольку ФИО13 С.А. не имел никаких обязательств перед &lt;данные изъяты&gt; №, ФИО7, как директор &lt;данные изъяты&gt; №, не мог отказать ФИО13 С.А. в выдаче письма с просьбой лицензировать ФИО13 С.А. за какой-либо клуб, в том числе за клуб «&lt;данные изъяты&gt;» &lt;адрес&gt;. &lt;данные изъяты&gt; № не могла вмешиваться во взаимоотношения клуба «СКА-&lt;данные изъяты&gt;» и ФИО13 С.А., при переходе последнего в «&lt;данные изъяты&gt;» &lt;адрес&gt;, поскольку является бюджетным учреждением и не может отдавать приоритет какому-либо клубу. В летнее время 2012 года, ему поступило письмо от директора &lt;данные изъяты&gt; № ФИО7 с просьбой согласовать лицензирование ФИО13 С.А. за клуб «&lt;данные изъяты&gt;» &lt;адрес&gt;. Поскольку ФИО13 С.А. не был лицензирован ни за какой клуб, он написал письмо – согласие о лицензировании ФИО13 С.А. за клуб «&lt;данные изъяты&gt;» &lt;адрес&gt;. Указанное письмо направил в &lt;данные изъяты&gt; № директору ФИО7, поскольку фактически им собирался пакет документов для лицензирования ФИО13 С.А. за клуб «&lt;данные изъяты&gt;». О том, что ФИО13 С.А. имел действующий контракт с клубом «СКА-&lt;данные изъяты&gt;», на момент написания письма - согласия, он не знал, но это никак не повлияло бы на написание указанного письма. Если клуб «СКА-&lt;данные изъяты&gt;» посчитал, что ФИО13 С.А. расторгнул контракт не по обоюдному согласию, а по собственной инициативе, то клуб «СКА-&lt;данные изъяты&gt;» должен был бы обратиться в Исполком ВФВ, сообщив о допущенных нарушениях спортсмена. При этом, с момента вынесения приказа об увольнении игрока клуба «СКА-&lt;данные изъяты&gt;», действие контракта прекращается. С момента вынесения приказа об увольнении ФИО13 С.А. из клуба «СКА – &lt;данные изъяты&gt;», контракт ФИО13 С.А. с указанным клубом считается расторгнутым и не действительным. ФИО7, как директор &lt;данные изъяты&gt; № не мог отказать ФИО13 С.А. в выдачи справки, необходимой для его лицензирования за клуб «&lt;данные изъяты&gt;», у него не было для этого законных оснований. ФИО7 не мог использовать должностное положение директора &lt;данные изъяты&gt; №, для урегулирования вопроса перехода ФИО13 С.А. в клуб «&lt;данные изъяты&gt;» из клуба «СКА-&lt;данные изъяты&gt;». - согласно показаниям свидетеля Свидетель №2, она была понятой, летом в 2012 года. Подъехав к двухэтажному зданию она с другой понятой, стояли на улице. Потом она увидела ФИО13 А.Н., когда та вышла из здания, и после этого, он и все остальные поднялись на второй этаж, в кабинет ФИО8. Их попросили посмотреть, что на письменном столе, под белым листком бумаги лежали денежные средства, их стали фотографировать, считать, там было 160000 рублей, купюрами номиналом в 5000 рублей. Занесли все в протокол, где они расписались. ФИО8 пояснил, что эти деньги передали ему за какую-то лицензию. - согласно показаниям свидетеля Свидетель №5 он ФИО8 видел в августе 2012 года при проведении ОРМ. Для того чтобы ФИО7 подписал документы, ФИО13 А.Н. необходимо было заплатить 160000 рублей наличными, через ФИО8 Свидетель №6 им пояснил, что будет происходить передача денежных средств. После того как они приехали, ФИО13 А.Н. зашла в здание, через некоторое время она вышла и дала пояснения, что деньги она передала. После этого они, как участники ОРМ, вместе с представителями общественности вошли в здание, поднялись на второй этаж в помещение, где располагался кабинет ФИО8. В данном кабинете был ФИО8, который сидел за столом. Они представились, пояснили с какой целью прибыли, задали вопрос виделся ли он с ФИО13 А.Н. и получал ли от нее деньги, на что ФИО8 ответил что деньги получал. Данные денежные средства лежали у ФИО8 на столе, прикрытые бумагой, стопочкой 32 купюры по 5 000 рублей. После того как деньги, в присутствии представителей общественности, были предъявлены, ФИО8 пояснил, что деньги он получил от ФИО13 А.Н., она приходила к нему до этого. Они также поинтересовались у ФИО8 для кого деньги, на что тот ответил что для ФИО7. ФИО8 было предложении передать деньги ФИО7, но тот отказался. - согласно показаниям свидетеля Свидетель №4 ФИО8 он видел в августе 2012 года, Свидетель №6 обратился с просьбой о помощи в проведении ОРМ – оперативный эксперимент, в результате которого, должны были задокументироваться передача денежных средств, заявительницей ФИО13 А.Н. – ФИО8, в размере 160000 рублей, за переход ее сына из одного спортивного клуба в другой. Прибыв к зданию спортивной школы, ФИО13 А.Н. зашла в здание, потом вышла, пояснив, что передала денежные средства в размере 160000 рублей, и после этого он со своими коллегами и представителями общественности, зашли в кабинет на втором этаже, где сидел ФИО8, ФИО13 А.Н. осталась на улице. На рабочем столе ФИО8, под листком бумаги, лежали денежные средства в размере 160000 рублей, купюры номиналом по 5000 рублей. ФИО8 признавал тот факт, что денежные средства ему передала ФИО13 А.Н., но за что именно он уже не помнит. - согласно показаниям свидетеля ФИО13 С.А., оглашенным в судебном заседании ДД.ММ.ГГГГ, когда ему уже исполнилось 16 лет, но еще не исполнилось 18 лет, в отсутствии его родителей, а также в отсутствии их согласия, ФИО8, представляющий клуб «СКА-&lt;данные изъяты&gt;», заключил с ним трудовой договор (контракт) №, сроком до ДД.ММ.ГГГГ, согласно которому он ежемесячно получал заработную плату в размере 5 000 рублей. При этом, при заключении договора ему ФИО8 не говорил, что в случае расторжения указанного договора в одностороннем порядке он должен будет выплачивать клубу компенсацию. Указанный договор он подписал, не читая, поскольку доверял ФИО8 как директору клуба и считал, что он ему зла не желает. Ему ФИО8 ФИО3 пояснил, что надо заключить договор, чтобы получать заработную плату, на что он согласился. Примерно в конце мая 2012 года главный тренер клуба «СКА-&lt;данные изъяты&gt;» ФИО7 выгнал его с тренировки, сказал, чтобы он собирал свои вещи и уезжал домой. На следующий день он снова пришел на тренировку, на которой ФИО7 стал спрашивать у него, ФИО4 он еще не уехал. В ответ он пояснил, что уедет после сдачи экзаменов в школе. После этого разговора он продолжил посещать тренировки. Указанные обстоятельства явились основанием для того, чтобы он искал себе новый клуб, с которым можно было заключить договор. ФИО4, при его переводе в клуб «&lt;данные изъяты&gt;» &lt;адрес&gt;, ФИО57 начал выставлять требования о передаче денежных средств, ему не известно. - согласно показаниям свидетеля Свидетель №11, оглашенным в судебном заседании, примерно ДД.ММ.ГГГГ в клуб «&lt;данные изъяты&gt;» &lt;адрес&gt;, на просмотр, приехал ФИО13 С.А., совместно с его отцом или отчимом, из &lt;адрес&gt;, из клуба «СКА-&lt;данные изъяты&gt;». По результатам просмотра игра ФИО13 С.А. клуб устраивала, в связи, с чем с ним был заключен контракт. В первых числах июля 2012 года он позвонил директору клуба «СКА-&lt;данные изъяты&gt;» ФИО8, поскольку был с ним знаком лично, и сообщил, что к нему в «&lt;данные изъяты&gt;» приехал играть ФИО13 С.А. В ответ, на что ему ФИО8 ответил, что у ФИО13 С.А. имеется действующий трудовой договор (контракт) с клубом «СКА-&lt;данные изъяты&gt;». Он начал интересоваться, какие условия клуб «СКА-&lt;данные изъяты&gt;» выдвинет за перевод ФИО13 С.А. в «&lt;данные изъяты&gt;», в ответ ему ФИО8 ответил, что ему необходимо обсудить это с ФИО7 Не менее чем через один день ему перезвонил ФИО8 и сообщил, что за перевод ФИО13 С.А. они хотят, чтобы «&lt;данные изъяты&gt;» выплатило «СКА-&lt;данные изъяты&gt;» 500000 рублей. В ответ на данное требование он ответил, что это чрезмерно большая сумма, ее «&lt;данные изъяты&gt;» за ФИО13 С.А. выплачивать не станет. Поскольку он считал требование «СКА-&lt;данные изъяты&gt;» незаконными, он сообщил ФИО8 о том, «&lt;данные изъяты&gt;» не станет производить таких крупных выплат. После чего от ФИО8 поступило второе предложение, о выплате «&lt;данные изъяты&gt;» «СКА-&lt;данные изъяты&gt;» за ФИО13 С.А. денежных средств в размере 250000 рублей. На указанное предложение он также от имени «&lt;данные изъяты&gt;» ответил отказом. После чего ФИО8 приезжал в Краснодар, где они с ним договорились, что выплата клубу «СКА-&lt;данные изъяты&gt;» за ФИО13 С.А. составит примерно 50000 рублей, указанную сумму оплатят родители игрока, а 20 000 рублей клуб «&lt;данные изъяты&gt;» готов был оплатить спортивной школе, но для этого ей необходимо было выставить счет. В соответствии с регламентом указанная сумма компенсации за лицензию составляет 19 875 рублей. ФИО8 устраивали эти требования, в связи с чем он созвонился с ФИО13 А.Н. и сообщил ей, чтобы она звонила ФИО8, поскольку он договорился об уменьшении суммы выплат. После этого он снова созванивался с ФИО8 и последний сообщил, что оговоренные с ним требования их устраивают. С родителями ФИО13 С.А. последний тоже уже договорился о выплате 50000 рублей, что также было оговорено с главой администрации района Свидетель №8. В период времени с 26-ДД.ММ.ГГГГ ФИО13 А.Н. привезла ему необходимые для лицензирования ФИО13 С.А. за клуб «&lt;данные изъяты&gt;» &lt;адрес&gt;, а именно письмо ФИО57 и письмо Свидетель №10, а также сообщила, что с клубом «СКА-&lt;данные изъяты&gt;» была достигнута договоренность по переходу ФИО13 С.А. в «&lt;данные изъяты&gt;», а вот письмо ФИО57 досталось с трудом. Кроме того, вина подсудимых ФИО7 и ФИО8 подтверждается письменными материалами дела: - заключением эксперта № от ДД.ММ.ГГГГ, согласно которому в представленном на исследование тексте СФ01, содержащимся в файле «8670645.wav» на диске, выявлены признаки побуждения к действиям, с передачей денег для получения определенной справки (документов). В представленном на исследование тексте СФ02, содержащимся в файле «№» на диске, выявлены признаки побуждения к действиям, связанных с передачей денег для получения определенной справки (документов). (т.7 л.д. 89-96) -заключение эксперта № ДД.ММ.ГГГГ, согласно которому в представленном на исследование тексте СФ01, содержащимся в файле «№-ДД.ММ.ГГГГ.wav» на диске, выявлены признаки побуждения к действиям, с передачей денег для получения определенной справки (документов) (т.7 л.д. 105-112); - заключением эксперта № от ДД.ММ.ГГГГ, согласно которому, по совокупности проведенных аудитивного, акустического и лингвистического видов анализов установлено, что голос и речь лица, обозначенного как: м на СФ, принадлежит ФИО7 (т.7 л.д. 121-133); - заключением эксперта № от ДД.ММ.ГГГГ, согласно которому, в аудиофайле с названием «№», содержащемся в предоставленном диске, имеется участок пропадания сигнала с 1 мин. 13,9 с и до конца фонограммы (установить причину пропадания сигнала не представляется возможным, так как эксперту было отказано в предоставлении дополнительных материалов). В аудиофайле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В аудиофайле с названием ««№»», содержащемся в предоставленном диске, признаков изменений (монтажа) не имеется (т.7 л.д. 166-204); - протоколом осмотра документов от ДД.ММ.ГГГГ, в ходе которого произведен осмотр кассового ордера от ДД.ММ.ГГГГ, согласно которому Свидетель №1 получил в «Россельхозбанке» в кредит сумму в размере 41000 рублей. Также произведен осмотр платежного поручения № от ДД.ММ.ГГГГ, согласно которому Свидетель №1 на счет спортивного клуба «СКА-&lt;данные изъяты&gt;» № перевел сумму в размере 41 000 рублей (т. 2 л.д. 192-193); - протоколом выемки от ДД.ММ.ГГГГ, согласно которому у ФИО6 было изъято письмо № от ДД.ММ.ГГГГ на имя президента ВФВ ФИО25 от директора МОУ ДОД &lt;данные изъяты&gt; № ФИО7 о лицензировании Свидетель №13 на одном листе (т. 2 л.д. 208-211); - протоколом осмотра предметов от ДД.ММ.ГГГГ, согласно которому был осмотрен диск с материалами ОРМ, предоставленный на основании постановления от ДД.ММ.ГГГГ, содержащий записи с названиями «№» (т.4 л.д. 11-27); - протоколом осмотра предметов от ДД.ММ.ГГГГ, согласно которому произведен осмотр диска с материалами ОРМ, предоставленного на основании постановления от ДД.ММ.ГГГГ, содержащего записи с названиями «№» с участием подозреваемого ФИО8 и защитника ФИО31 (т.4 л.д. 30-44); - протоколом осмотра предметов от ДД.ММ.ГГГГ, согласно которому с участием подозреваемого ФИО7 и защитника Игнатьевой Т.А. произведен осмотр диска с материалами ОРМ, предоставленного на основании постановления от ДД.ММ.ГГГГ, содержащего записи с названиями «№» (т.4 л.д. 118-137); - протоколом осмотра предметов (документов) от ДД.ММ.ГГГГ, согласно которому с участием потерпевшей ФИО13 А.Н. произведен осмотр диска с материалами ОРМ, предоставленного на основании постановления от ДД.ММ.ГГГГ, содержащего записи с названиями «№» (т.4 л.д. 181-197); - протоколом очной ставки от ДД.ММ.ГГГГ между подозреваемым ФИО8 и свидетелем ФИО13 С.А., подтвердившим свои показания (т.4 л.д. 210-213); - протоколом очной ставки от ДД.ММ.ГГГГ между подозреваемым ФИО7 и потерпевшей ФИО13 А.Н., подтвердившей свои показания, которые частично подтвердил ФИО7, а именно что он сообщал ей о необходимости перечислить на счет «СКА-&lt;данные изъяты&gt;» 216000 рублей, в счет компенсации клубу (т.4 л.д. 214-221); - протоколом очной ставки от ДД.ММ.ГГГГ между подозреваемым ФИО8 и потерпевшей ФИО13 А.Н., подтвердившей свои показания (т.4 л.д. 222-228); - протоколом очной ставки от ДД.ММ.ГГГГ между подозреваемым ФИО8 и свидетелем Свидетель №1, подтвердившим свои показания (т.4 л.д. 229-234); - протоколом очной ставки от ДД.ММ.ГГГГ между подозреваемым ФИО7 и свидетелем ФИО13 С.А., подтвердившим свои показания (т.4 л.д. 235-239); - протоколом очной ставки от ДД.ММ.ГГГГ между подозреваемым ФИО7 и свидетелем Свидетель №1, подтвердившим свои показания (т.4 л.д. 240-244); - протоколом осмотра места происшествия от ДД.ММ.ГГГГ, в ходе которого произведен осмотр здания, расположенного по адресу: &lt;адрес&gt;, в ходе которого изъяты: копия справки о сроках обучения ФИО13 С.А. на 1 л.; копия приказа № от ДД.ММ.ГГГГ на 1 л.; копия приложения к приказу № от ДД.ММ.ГГГГ на 1 л.; копия приказа № ОД от ДД.ММ.ГГГГ на 5 л.; копия договора № о совместной деятельности на 3 л.; копия уведомления о снятии с учета российской организации в налоговом органе; заявление игрока с просьбой принять его на работу на 1 л.; личная карточка ФИО13 С.А. на 4 л.; копия паспорта ФИО13 С.А. на 5 л.; копия свидетельства о постановке на учет физического лица в налоговом органе на ФИО13 С.А. на 1 л.; копия страхового свидетельства на ФИО13 С.А. на 1 л.; приказ (распоряжение) о приеме работника на работу, а именно о приеме Свидетель №13 на должность игрока некоммерческого партнерства профессионального спортивного клуба «СКА-&lt;данные изъяты&gt;»; заявление ФИО13 С.А. с просьбой уволить его; приказ (распоряжение) о прекращении (расторжении) трудового договора с работником (увольнении), а именно об увольнении ФИО13 С.А. с должности игрока (т. 5 л.д. 112-119); - протоколом осмотра места происшествия от ДД.ММ.ГГГГ, в ходе которого произведен осмотр здания расположенного по адресу: &lt;адрес&gt;, в ходе которого изъята тетрадь, содержащая информацию об исходящей корреспонденции &lt;данные изъяты&gt; № ДД.ММ.ГГГГ год (т. 8 л.д. 9-18); Также вина подсудимых ФИО7 и ФИО8 подтверждается вещественными доказательствами: - кассовым ордером и платежным поручением, подтверждающими перевод ДД.ММ.ГГГГ Свидетель №1 денежных средств на счет спортивного клуба «СКА-&lt;данные изъяты&gt;» в размере 41 000 рублей (т.2 л.д. 153-154); - копией письма президента «Федерации волейбола &lt;адрес&gt;» Свидетель №10A. от ДД.ММ.ГГГГ, согласно которому «Федерации волейбола &lt;адрес&gt;» подтверждает, что ФИО13 С.А. воспитанник МКОУ ДОД &lt;данные изъяты&gt; № &lt;адрес&gt; тренер ФИО7 и поддерживает его просьбу о лицензировании ФИО13 С.А. за клуб «&lt;данные изъяты&gt;» &lt;адрес&gt; (т.1 л.д. 13); - копией письма от имени директора МОУ ДОД &lt;данные изъяты&gt; № от ДД.ММ.ГГГГ, согласно которому МОУ ДОД &lt;данные изъяты&gt; № &lt;адрес&gt; подтверждает, что ФИО13 С.А. занимался в &lt;данные изъяты&gt; № с 2009 года по ДД.ММ.ГГГГ у тренера ФИО7 и просит лицензировать его за клуб «&lt;данные изъяты&gt;» &lt;адрес&gt;. Финансовых претензий к клубу «&lt;данные изъяты&gt;» &lt;адрес&gt; не имеют (т.1 л.д. 14); - копией приказа (распоряжения) о прекращении (расторжении) трудового договора с работником (увольнении) № от ДД.ММ.ГГГГ, согласно которому прекращено действие трудового договора от ДД.ММ.ГГГГ и ФИО13 С.А. уволен ДД.ММ.ГГГГ из НПП СК «СКА-&lt;данные изъяты&gt;» по п. 1 ст. Трудового кодекса Российской Федерации, подтверждающей отсутствие действующего контракта у ФИО13 С.А. (т.1 л.д. 38); - копией приказа (распоряжения) о приеме работника на работу № от ДД.ММ.ГГГГ, согласно которому ФИО13 С.А. принят на работу в НПП СК «СКА-&lt;данные изъяты&gt;» с ДД.ММ.ГГГГ, основание трудовой договор № от ДД.ММ.ГГГГ (т.1 л.д. 39); - копией трудового договора от ДД.ММ.ГГГГ на 4 л., согласно которому НПП СК «СКА-&lt;данные изъяты&gt;» ДД.ММ.ГГГГ заключил трудовой договор с ФИО13 С.А. (т.1 л.д. 59-62); - копией трудового договора № от ДД.ММ.ГГГГ, согласно которому НПП СК «СКА-&lt;данные изъяты&gt;» именуемый в дальнейшем «Клуб», в лице директора ФИО8, действующего на основании устава, с одной стороны и ФИО13 С.А., именуемый в дальнейшем «Игрок» заключили срочный трудовой договор сроком до ДД.ММ.ГГГГ, согласно п. 6.4. которого в случае расторжения договора игроком по собственному желанию, он обязан предупредить об этом Клуб в письменной форме не позднее, чем за 1 месяц, за исключением случаев, когда трудовой договор заключен на срок менее четырех месяцев. При этом Игрок, в случае расторжения договора по своей инициативе без уважительных причин, обязан произвести в пользу клуба денежную выплату в размере (стоит прочерк) рублей, в двухмесячный срок со дня расторжения настоящего трудового договора, подтверждающего отсутствие оснований выплаты компенсации клубу за расторжение договора ФИО13 С.А. в одностороннем порядке (т.1 л.д. 33-37); - копией приказа (распоряжения) о приеме работника на работу № от ДД.ММ.ГГГГ, согласно которому ФИО7 принят на работу в НПП СК «СКА-&lt;данные изъяты&gt;» в должности главного тренера ДД.ММ.ГГГГ, основание трудовой договора от ДД.ММ.ГГГГ №, подтверждающей совершение деяние ФИО7 с использованием своего служебного положения (т.1 л.д. 30); - копией выписки из приказа по личному составу НПП СК «СКА-&lt;данные изъяты&gt;» № от ДД.ММ.ГГГГ, согласно которой ФИО8 с ДД.ММ.ГГГГ принят на должность директора «СКА-&lt;данные изъяты&gt;» согласно штатного расписания, подтверждающей совершение деяние ФИО8 с использованием своего служебного положения (т.1 л.д. 25); - копией должностной инструкции директора спортивного клуба, ФИО8 с инструкцией ознакомлен ДД.ММ.ГГГГ, подтверждающей совершение деяния ФИО8 с использованием своего служебного положения (т.1 л.д. 23-24); - копией устава НПП СК «СКА-&lt;данные изъяты&gt;», подтверждающей совершение деяния ФИО8 с использованием своего служебного положения (т.1 л.д. 44-52) - копией изменений и дополнений к «Регламенту ВФВ», утвержденных Президиумом ВФВ ДД.ММ.ГГГГ, согласно которым оплата за оформление лицензии производится клубом или самим участником за первичное оформление в размере 5000 рублей (т.1 л.д. 40-43); - Регламентом «ВФВ», утвержденным Президиумов Всероссийской федерации волейбола 22 мая 2007 года, согласно п. 4.9 которого основным документом для допуска участников к всероссийским соревнованиям среди мужских команд суперлиги, высших и первой лиг является лицензия. Согласно п. 6.2.1 спортсмены, не имеющие контракта о спортивной деятельности, получают право перехода в другой клуб после выкупа лицензии и утверждения перехода Исполкомом ВФВ. Пунктом 6.2.2 предусмотрено, что при наличии у спортсмена действующего контракта с клубом ВФВ рассматривает заявления о переходе только при согласии трех заинтересованных сторон (клуб-спортсмен-клуб). Согласно п. 6.5 клуб, в который переходит спортсмен, обязан выкупить лицензию у клуба, из которого уходит спортсмен. Отношение спортсмена к конкретной лиге определяется по месту команды, занятому в последнем для этой команды чемпионате России, где спортсмен заигран не менее чем в восьми матчах. Лицензия спортсмена заигранного менее чем в восьми матчах, оценивается в 50 % стоимости, а не заигранного – по решению Исполкома ВФВ. Согласно п. 6.5.1 компенсация за лицензию при переходе за спортсмена команды высшей лиги «Б» 212000 рублей, за спортсмена &lt;данные изъяты&gt; – 19875 рублей, подтверждающей отсутствия оснований для оплаты ФИО13 А.Н., а также клубом «&lt;данные изъяты&gt;» компенсации клубу «СКА-&lt;данные изъяты&gt;» за переход ФИО13 С.А. (т.1 л.д. 77-81); - изъятыми ДД.ММ.ГГГГ в ходе ОРМ «оперативный эксперимент» у ФИО8 денежными средствами, 32 купюрами достоинством 5000 рублей каждая, серии: №, осмотренными в судебном заседании, подтверждающими передачу указанных денежных средств ФИО13 А.Н. ФИО8 (т.3 л.д. 244-245); - диском с детализацией вызовов абонентского номера № «Билайн», зарегистрированного на имя ФИО8, в период времени с ДД.ММ.ГГГГ по ДД.ММ.ГГГГ, с привязкой к базовым станциям, подтверждающим соединения между ФИО8, ФИО7, ФИО13 А.Н.; диском с детализацией вызовов абонентского номера № «Билайн», зарегистрированного на имя ФИО7, в период времени с ДД.ММ.ГГГГ по ДД.ММ.ГГГГ, с привязкой к базовым станциям, подтверждающим соединения между ФИО7, ФИО8, ФИО13 А.Н. (т.3 л.д. 240-243); - диском с материалами ОРМ, предоставленным на основании постановления следователя от ДД.ММ.ГГГГ, содержащим шесть аудио записей и одну видеозапись с названиями «№» (т.4 л.д. 28-29); - трудовым договором (контрактом) № от ДД.ММ.ГГГГ, заключенным между некоммерческим партнерством профессиональный спортивный клуб «СКА - &lt;данные изъяты&gt;», именуемый в дальнейшем «Клуб», в лице директора ФИО8, действующего на основании Устава, с одной стороны, и Свидетель №13, именуемым в дальнейшем «Игрок», с другой стороны, подтверждающим отсутствие оснований выплаты компенсации клубу за расторжение договора ФИО13 С.А. в одностороннем порядке (т.4 л.д. 64-65); - письмом от имени директора МОУ ДОД &lt;данные изъяты&gt; № от ДД.ММ.ГГГГ, согласно которому МОУ ДОД &lt;данные изъяты&gt; № &lt;адрес&gt; подтверждает, что ФИО13 С.А. занимался в &lt;данные изъяты&gt; № с 2009 года по ДД.ММ.ГГГГ у тренера ФИО7 и просит лицензировать его за клуб «&lt;данные изъяты&gt;» &lt;адрес&gt;. Финансовых претензий к клубу «&lt;данные изъяты&gt;» &lt;адрес&gt; не имеют (т.4 л.д. 114) - копией справки о сроках обучения ФИО13 С.А.; - копией приказа № от ДД.ММ.ГГГГ; - копией приложения № к приказу № от ДД.ММ.ГГГГ; - копией приказа № ОД от ДД.ММ.ГГГГ о проведении тарификации и утверждения учебной нагрузки на 2010-2011 учебный год; - копией договора № о совместной деятельности между МОУ ДОД &lt;данные изъяты&gt; № и НП ПСК «СКА-&lt;данные изъяты&gt;» от ДД.ММ.ГГГГ, согласно которым клуб несет расходы по проживанию и питанию игроков ФИО3 в период их выезда на соревнования ; - личной карточкой Свидетель №13 в некоммерческом партнерстве профессионального спортивного клуба «СКА-&lt;данные изъяты&gt;»; - приказом (распоряжением) № от ДД.ММ.ГГГГ о приеме работника на работу, а именно о приеме Свидетель №13 с ДД.ММ.ГГГГ на должность игрока некоммерческого партнерства профессионального спортивного клуба «СКА-&lt;данные изъяты&gt;», с тарифной ставкой (окладом) 5 000 рублей; - заявлением от ДД.ММ.ГГГГ на имя директора некоммерческого партнерства профессионального спортивного клуба «СКА-&lt;данные изъяты&gt;» ФИО8 от игрока Свидетель №13 с просьбой уволить его по собственному желанию по п. 3 ч. 1 ст. Трудового кодекса Российской Федерации с 01 августа 2012 года с выплатой компенсации за неиспользованный отпуск. Также просит прекратить с 1 августа 2012 года все финансовые операции, связанные с ним, подтверждающим отсутствие у ФИО13 С.А. действующего контракта с клубом «СКА-&lt;данные изъяты&gt;»; - приказом (распоряжением) № от ДД.ММ.ГГГГ о прекращении (расторжении) трудового договора с работником (увольнении), а именно об увольнении ФИО13 С.А. ДД.ММ.ГГГГ с должности игрока некоммерческого партнерства профессионального спортивного клуба «СКА-&lt;данные изъяты&gt;», по основанию – соглашение сторон п. 1 ст. Трудового кодекса Российской Федерации подтверждающим отсутствие у ФИО13 С.А. действующего контракта с клубом «СКА-&lt;данные изъяты&gt;»; - тетрадью, содержащей информацию об исходящей корреспонденции &lt;данные изъяты&gt; № ДД.ММ.ГГГГ год, изъятой в ходе осмотра места происшествия от ДД.ММ.ГГГГ здания расположенного по адресу: &lt;адрес&gt; (т. 8 л.д. 23-25); Также вина подсудимых ФИО7 и ФИО8 подтверждается иными документами: - заявлением ФИО13 А.Н. с просьбой привлечь к уголовной ответственности директора НП ПСК «СКА-&lt;данные изъяты&gt;» ФИО8 и тренера ФИО7, которые вымогали у нее денежные средства в сумме 160000 рублей за выдачу документов, дающих право ее сыну Свидетель №13 в дальнейшем заниматься профессиональным спортом (т.1 л.д. 7); - копией распоряжения администрации Красногвардейского муниципального района &lt;адрес&gt; №-р от ДД.ММ.ГГГГ о назначении с ДД.ММ.ГГГГ ФИО7 на должность директора муниципального образовательного учреждения дополнительного образования детей «Детско-юношеской спортивной школы олимпийского резерва», подтверждающей совершение деяния ФИО7 с использованием своего служебного положения (т.1 л.д. 83); - копией должностной инструкции директора МОУ ДОД &lt;данные изъяты&gt; №, утвержденной ДД.ММ.ГГГГ подтверждающей совершение деяния ФИО7 с использованием своего служебного положения (т.1 л.д. 84-86); - копией устава муниципального образовательного учреждения дополнительного образования детей «&lt;данные изъяты&gt; №», подтверждающей совершение деяния ФИО7 с использованием своего служебного положения, а также что выдача справки об обучении ФИО13 С.А. хотя и связанна с исполнением его профессиональных обязанностей, но при этом не относящихся к полномочиям представителя власти, организационно-распорядительным либо административно-хозяйственным функциям (т.1 л.д. 90-128); - постановлением о предоставлении результатов оперативно – розыскной деятельности дознавателю, органу дознания, следователю, прокурору, в суд от ДД.ММ.ГГГГ (т.1 л.д. 132-133); - постановлением о рассекречивании сведений, составляющих государственную тайну, и их носителей от ДД.ММ.ГГГГ (т.1 л.д. 134-135); - постановлением о рассекречивании сведений, составляющих государственную тайну, и их носителей от ДД.ММ.ГГГГ (т.1 л.д. 136-137); - постановлением о проведении оперативно-розыскного мероприятия «оперативный эксперимент» от ДД.ММ.ГГГГ, с осуществлением негласной аудио, видео записи переговоров, с целью документирования факта получения денежных средств ФИО7 и ФИО8, с использованием и привлечением сил БСТМ ГУ МВД России по &lt;адрес&gt; (т.1 л.д. 138-139); - постановлением судьи &lt;адрес&gt;вого суда № от ДД.ММ.ГГГГ о разрешении УЭБ и ПК ГУ МВД России по &lt;адрес&gt; проведения оперативно-розыскных мероприятий, с прослушиванием телефонных переговоров ФИО7, ведущихся с места его пребывания и со снятием информации с технических каналов связи, по мобильному телефону с номером №, сроком на 180 суток, подтверждающим правомерность прослушивания телефонных переговоров ФИО7 (т.1 л.д. 140); - заявлением ФИО13 А.Н. от ДД.ММ.ГГГГ о том, что она дает свое согласие сотрудникам УЭБ и ПК ГУ МВД России по СК на участие в оперативном эксперименте, направленном на документирование преступной деятельности гражданина ФИО7 и ФИО8 Приложение: диск с записью «№» (т.1 л.д. 141); - актом осмотра и вручения денег от ДД.ММ.ГГГГ, согласно которому ФИО13 А.Н. были вручены деньги их её личных в сумме 160 000 рублей, 32 купюрами достоинством 5 000 рублей со следующими номерами и сериями: №, подтверждающим, что именно эти денежные средства ФИО13 А.Н. передала ФИО8 ДД.ММ.ГГГГ (т.1 л.д. 142-143); - распоряжением № от ДД.ММ.ГГГГ о проведении гласного оперативно-розыскного мероприятия обследование помещений, зданий, сооружений, участков местности и транспортных средств, согласно которому с целью установления дополнительных сведений и получения достаточных оснований для решения вопроса о возбуждении уголовного дела провести гласное оперативно – розыскное мероприятие обследование помещений, зданий, сооружений, участков местности, транспортных средств используемых НП ПСК «СКА-&lt;данные изъяты&gt;», располагающихся по адресу: &lt;адрес&gt; (т.1 л.д. 144); - протоколом изъятия предметов, документов, материалов от ДД.ММ.ГГГГ, согласно которому в здании по адресу: &lt;адрес&gt;, директор некоммерческого партнерства профессионального спортивного клуба «СКА-&lt;данные изъяты&gt;» ФИО8, добровольно выдал денежные купюры достоинством 5 000 рублей в количестве 32 штук со следующими номерами и сериями: № (т.1 л.д. 145-148) - актом оперативного эксперимента от ДД.ММ.ГГГГ, отражающем ход проведенного оперативно-розыскного мероприятия «оперативный эксперимент» (т.1 л.д.149-150); - копией положения о чемпионате России 2012 года по волейболу среди мужских команд, утвержденного Президиумом ВФВ ДД.ММ.ГГГГ (т.1 л.д.159-222); - копией протокола № от ДД.ММ.ГГГГ общего собрания учредителей некоммерческого партнерства профессионального спортивного клуба «СКА-&lt;данные изъяты&gt;», согласно которому с ДД.ММ.ГГГГ ФИО8 избран директором некоммерческого партнерства профессионального спортивного клуба «СКА-&lt;данные изъяты&gt;» сроком на пять лет, подтверждающей совершения деяния ФИО8 с использованием служебного положения (т.2 л.д. 72); - копией протокола № от ДД.ММ.ГГГГ общего собрания учредителей некоммерческого партнерства профессионального спортивного клуба «СКА-&lt;данные изъяты&gt;», согласно которому продлен срок полномочий директора некоммерческого партнерства профессионального спортивного клуба «СКА-&lt;данные изъяты&gt;» ФИО8 с ДД.ММ.ГГГГ сроком на два года, подтверждающей совершения деяния ФИО8 с использованием служебного положения (т. 2 л.д. 73); - письмом исполнительного директора ВФВ ФИО32, согласно которому ФИО13 С.А., ДД.ММ.ГГГГ года рождения, был лицензирован как участник чемпионата России 2013 года в соответствии с п. 4.4.2 «Регламента ВФВ организации и проведения чемпионатов и Кубков России по волейболу, оформления лицензий, переходов, трансферных сертификатов», утвержденного Президиумом ВФВ ДД.ММ.ГГГГ, и в соответствии с п. 1.26 «Положения о чемпионате России 2013 года по волейболу среди мужских команд» на основании предоставленных документов: личного заявления спортсмена от ДД.ММ.ГГГГ; копии паспорта с пропиской; согласия &lt;данные изъяты&gt; № &lt;адрес&gt; № от ДД.ММ.ГГГГ; согласия Федерации волейбола &lt;адрес&gt; № от ДД.ММ.ГГГГ; заявочного листа команды «&lt;данные изъяты&gt; - КубГТУ» (&lt;адрес&gt;) (т.2 л.д. 113); - копией заявления ФИО13 С.А. на имя президента ВФВ от ДД.ММ.ГГГГ, подтверждающей отсутствие у него лицензии и отсутствие матчей сыгранных им за клуб «СКА-&lt;данные изъяты&gt;» (т. 2 л.д. 114); - копией лицензии игрока № Свидетель №13, ДД.ММ.ГГГГ года рождения, клуб «&lt;данные изъяты&gt;-&lt;данные изъяты&gt;», &lt;адрес&gt; (т.2 л.д. 118); - постановлением о предоставлении результатов оперативно – розыскной деятельности дознавателю, органу дознания, следователю, прокурору, в суд от ДД.ММ.ГГГГ, подтверждающей законность и обоснованность передачи результатов ОРМ следователю (т.4 л.д. 8-10). При оценке показаний потерпевшей ФИО13 А.Н., свидетелей Свидетель №15, Свидетель №1, Свидетель №16, Свидетель №6, Свидетель №2, Свидетель №5, Свидетель №4, показаний свидетелей Свидетель №3, Свидетель №9, Свидетель №21, Свидетель №8, Свидетель №17, Свидетель №18, Свидетель №19, Свидетель №20, Свидетель №25, ФИО33, ФИО29, ФИО13 С.А., Свидетель №11, оглашенных в судебном заседании, показаний свидетеля Свидетель №10 данных им в ходе судебного заседания и в ходе предварительного следствия, суд находит их соответствующими действительности, поскольку показания указанных лиц последовательны, взаимно дополняют и согласуются между собой, объективно подтверждаются другими исследованными в судебном заседании доказательствами по делу, образуя таким образом, совокупность доказательств, достоверно свидетельствующих о виновности ФИО7 и ФИО8 в совершении ими покушения на мошенничество, то есть хищение чужого имущества путем обмана, совершенное группой лиц по предварительному сговору, в значительном размере, с использованием служебного положения, при этом преступление не было доведено до конца по не зависящим от них обстоятельствам. При этом суд исходит из того, что в ходе судебного разбирательства не были установлены обстоятельства, свидетельствовавшие о наличии у свидетелей заинтересованности в исходе дела и в оговоре подсудимого ФИО7 и ФИО8. При этом, суд критически оценивает позицию подсудимых ФИО7 и ФИО8 и их показания данные в ходе судебного заседания, рассматривая их как способ защиты и стремление подсудимого избежать уголовной ответственности за совершенное деяние. Утверждение подсудимых ФИО7 и ФИО8 о том, что денежные средства в размере 160000 рублей должны были быть перечислены на расчетный счет клуба, а не переданы ФИО13 Н.А. наличными, которые должны были быть обращены в пользу «СКА-&lt;данные изъяты&gt;», не имеют существенного значения при квалификации их действий по ч. 3 ст. , ч. 3 ст. Уголовного кодекса Российской Федерации. Согласно разъяснениям, изложенным в п. 28 Постановления Пленума Верховного Суда Российской Федерации от 27 декабря 2007 года № 51 «О судебной практике по делам о мошенничестве, присвоении и растрате» обязательным признаком хищения является наличие у лица корыстной цели, то есть стремления изъять и (или) обратить чужое имущество в свою пользу либо распорядиться указанным имуществом как своим собственным, в том числе путем передачи его в обладание других лиц Таким образом, с корыстной целью совершаются хищения, связанные не только с обращением имущества виновным в свою пользу или в пользу лиц, в чьем материальном положении он заинтересован, но и совершенные путем передачи его в обладание других лиц (включая лица юридические), круг которых не ограничен соучастниками виновного и близкими ему лицами. Иными словами, хищение может быть совершено в пользу любого лица, не являющегося собственником или владельцем похищенного имущества. Доводы подсудимых и их защитников о том, что со стороны сотрудникам УЭБ и ПК ГУ МВД России по &lt;адрес&gt; и ФИО13 А.Н. осуществлена провокация преступления, в связи с чем доказательства, положенные в основу приговора, являются недопустимыми, не нашли своего подтверждения. Оперативно-розыскное мероприятия проведено в соответствии с законом «Об оперативно-розыскной деятельности» при наличии оснований к проведению оперативно-розыскного мероприятия "оперативный эксперимент", что подтверждается постановлением о проведении ОРМ «оперативный эксперимент» от ДД.ММ.ГГГГ; заявлением ФИО13 А.Н. на имя начальника УЭБ и ПК ГУ МВД России по &lt;адрес&gt; от ДД.ММ.ГГГГ8 года, в котором она просил привлечь к уголовной ответственности ФИО8 и ФИО7, которые вымогали у неё денежные средства. Умысел ФИО7 и ФИО8 на получение денег ФИО13 А.Н. сформировался вне зависимости от деятельности органов полиции, в начале августа 2012 года. Доводы подсудимых о необходимости произведения выплаты компенсации предусмотренных трудовым договором № от ДД.ММ.ГГГГ, а именно п. 6.4., что в случае расторжения договора игроком по собственному желанию, он обязан предупредить об этом Клуб в письменной форме не позднее, чем за 1 месяц, за исключением случаев, когда трудовой договор заключен на срок менее четырех месяцев. При этом Игрок, в случае расторжения договора по своей инициативе без уважительных причин, обязан произвести в пользу клуба денежную выплату в размере (стоит прочерк) рублей, в двухмесячный срок со дня расторжения настоящего трудового договора противоречит действующему трудовому законодательству ст. 348.2 Трудового кодекса Российской Федерации, согласно которой 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(часть четвертая статьи 57 настоящего Кодекса), могут предусматриваться дополнительные условия: о порядке осуществления спортсменом денежной выплаты в пользу работодателя при расторжении трудового договора в случаях, предусмотренных статьей 348.12 настоящего Кодекса, и о размере указанной выплаты. Поскольку в трудовом договоре № от ДД.ММ.ГГГГ п. 6.4 сумма денежной компенсации не указана на момент составления договора, в этой части трудовой договор не исполняется. Довод о необходимости признания недопустимым доказательством аудиозаписи на диске под названием «№», поскольку она предоставлена потерпевшей ФИО13 А.Н., и запись её была осуществлена с нарушением закона, суд считает необоснованным, поскольку не является нарушением закона осуществление записи разговоров самим потерпевшим до возбуждения уголовного дела и вне рамок оперативно-розыскного мероприятия, поскольку в соответствии с п. 4 ч. 2 ст. 42 Уголовно-процессуального кодекса Российской Федерации, потерпевший вправе собирать и представлять письменные документы и предметы для приобщения их к уголовному делу в качестве доказательств. Кроме того в отношении указанной аудиозаписи проведена лингвистическая экспертиза. Ходатайство подсудимого ФИО8 о об исключении из доказательств по уголовному делу: компакт-дисков с фонограммами записи его телефонных переговоров с ФИО13 (в том числе том 7 л.д.205 аудиофайл №), фонограммы и видеозаписи ФИО13 и ФИО57, экспертные заключения по вышеуказанным дискам, а именно № от 06.11.2015г. (том 4 л.д.111-113), № от 06.11.2015г. (том 7 л.д. 89-96), № от 04.11.2015г. (том 7 л.д. 105-112), № от 01.11.2015г. (том 7 л.д. 121-133), № от 19.11.2015г. (том 7 л.д. 143-149), акт оперативного эксперимента от 27.08.2012г. (том 1 л.д. 149-150), удовлетворению не подлежит по тем основаниям,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вещественное доказательство компакт диск (т. 7 л.д. 205) не содержит записей телефонных переговоров между подсудимым ФИО8 и потерпевшей ФИО13 А.Н., в том числе аудиофайл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Фонограммы телефонных переговоров между потерпевшей ФИО13 А.Н. и подсудимым ФИО7 получены в рамках ОРМ на основании постановления судьи &lt;адрес&gt;вого суда от ДД.ММ.ГГГГ в точном соответствии с нормами Уголовно-процессуального кодекса Российской Федерации и законом «Об оперативно-розыскной деятельности».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Заключения экспертов № от ДД.ММ.ГГГГ, № от ДД.ММ.ГГГГ, № от ДД.ММ.ГГГГ, № от ДД.ММ.ГГГГ, № от ДД.ММ.ГГГГ выполнены экспертами, компетентность которых у суда не вызывает сомнений, в том числе и по методике проведения экспертного исследования и представленные доказательства, суд рассматривает, как доказательства, свидетельствующие об имевшем месте событии преступления, Выводы экспертиз не противоречивы, подтверждаются другими, исследованными судом, доказательствами, и суд им доверяет. Нарушений уголовно-процессуального закона при проведении судебно-медицинской экспертизы не допущено. Экспертиза проведена в соответствии с требованиями ст. 200 Уголовно-процессуального кодекса Российской Федерации. Экспертные исследования осуществлены специалистами, обладающим специальными познаниями в области исследовавшихся вопросов. Заключение экспертов составлено в соответствии с требованиями ст. 204 Уголовно-процессуального кодекса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Довод ходатайства о том, что видеофайл размером 3278 кб. был создан ДД.ММ.ГГГГ в 11 часов 20 минут и он же был изменен ДД.ММ.ГГГГ, в связи с чем возникают сомнения в его допустимости, не обоснованы, поскольку вещественное доказательство компакт диск (т. 7 л.д. 205) не содержит видеофайла размером 3278 кб. Более того все файлы на данном диске созданы ДД.ММ.ГГГГ с интервалом в 15 часов 53 минуты - 15 часов 55 минут, поскольку указанные файлы повторно предоставлены следователю на основании постановления о предоставлении результатов оперативно-розыскной деятельности дознавателю, органу дознания, следователю, прокурору, в суд из хранящихся в деле оперативного учета результатов оперативно-розыскной деятельности, которые ранее были предоставлены к материалу проверки КУСП № УМВД России по &lt;адрес&gt;. В судебном заседании сторонами других ходатайств об исследовании дополнительных доказательств не заявлялось и, исходя из принципа состязательности сторон, суд дает оценку тем доказательствам, которые были представлены сторонами и исследованы в судебном заседании. Оснований для постановления приговора без назначения наказания или освобождения от наказания судом не усматривается. Решая вопрос о назначении наказания, суд учитывает характер и степень общественной опасности совершенного преступления, данные о личности подсудимых, обстоятельства, смягчающие и отягчающие наказание, а так же влияние назначенного наказания на их исправление и на условия жизни их семей. Разрешая вопрос о назначении наказания подсудимому ФИО7, суд принимает во внимание, что подсудимый совершил покушение на совершение умышленного тяжкого преступления, ранее не судим, на учете у врача нарколога и психиатра не состоит, по месту жительства, по бывшему и нынешнему месту работы характеризуется положительно, состояние здоровья ФИО7, а также то, что он имеет звание Заслуженный тренер России (т. 5 л.д. 223), что суд соответствии со ст. Уголовного кодекса Российской Федерации относит к обстоятельствам смягчающим наказание ФИО7. Обстоятельств отягчающих наказание ФИО7, предусмотренных статьей Уголовного кодекса Российской Федерации, судом не установлено. При оценке характера общественной опасности преступления, совершенного ФИО7, суд учитывает, что им совершено покушение на совершение преступления, относящееся в соответствии с ч. 4 ст. Уголовного кодекса Российской Федерации к тяжким преступлениям, умышленное по форме вины. Принимая во внимание характер и общественную опасность совершенного подсудимым ФИО7 деяния, учитывая и оценивая мотивы, цель и тяжесть совершенного преступления, общественную значимость противоправных событий, обстоятельства смягчающие наказание, исключительно положительные характеристики, как по месту работы, так и в быту, состояние здоровья, не наступление общественно опасных последствий, то, что подсудимый трудоустроен, имеет постоянный источник дохода и средств к существованию, суд считает необходимым и справедливым назначение подсудимому наказания в виде штрафа, что соответствует целям наказания и социальной справедливости. Назначая подсудимому наказание, суд не усматривает оснований, для изменения категории преступления на менее тяжкую и применения в отношении подсудимого ФИО7 положений ч. 6 ст. Уголовного кодекса Российской Федерации, а также положений ст. Уголовного кодекса Российской Федерации, о назначение более мягкого наказания, чем предусмотрено за данное преступление. При назначении наказания подсудимому ФИО7 суд также учитывает требования ч. 3 ст. Уголовного кодекса Российской Федерации. Разрешая вопрос о назначении наказания подсудимому ФИО8, суд принимает во внимание, что подсудимый совершил покушение на совершение умышленного тяжкого преступления, ранее не судим, на учете у врача нарколога и психиатра не состоит, по месту жительства характеризуется положительно, имеет на иждивении малолетнего ребенка, что суд в соответствии со ст. Уголовного кодекса Российской Федерации относит к обстоятельствам смягчающим наказание ФИО8. Обстоятельств отягчающих наказание подсудимому ФИО8, предусмотренных статьей Уголовного кодекса Российской Федерации, судом не установлено. При оценке характера общественной опасности преступления, совершенного ФИО8, суд учитывает, что им совершено покушение на совершение преступления, относящееся в соответствии с ч. 4 ст. Уголовного кодекса Российской Федерации к тяжким преступлениям, умышленное по форме вины. Принимая во внимание характер и общественную опасность совершенного подсудимым ФИО8 деяния, учитывая и оценивая мотивы, цель и тяжесть совершенного преступления, общественную значимость противоправных событий, обстоятельства смягчающие наказание, исключительно положительные характеристики в быту, не наступление общественно опасных последствий, то, что подсудимый трудоустроен, имеет постоянный источник дохода и средств к существованию, суд считает необходимым и справедливым назначение подсудимому наказания в виде штрафа, что соответствует целям наказания и социальной справедливости. Назначая подсудимому наказание, суд не усматривает оснований, для изменения категории преступления на менее тяжкую и применения в отношении подсудимого ФИО8 положений ч. 6 ст. Уголовного кодекса Российской Федерации, а также положений ст. Уголовного кодекса Российской Федерации, о назначение более мягкого наказания, чем предусмотрено за данное преступление. При назначении наказания подсудимому ФИО8 суд также учитывает требования ч. 3 ст. Уголовного кодекса Российской Федерации. На основании ч. 3 ст. 81 Уголовно-процессуального кодекса Российской Федерации при вынесении приговора по уголовному делу должен быть решен вопрос о вещественных доказательствах. Таким образом, признанные по уголовному делу вещественными доказательствами: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копия кассового ордера и платежное поручение о переводе денежных средств на счет спортивного клуба «СКА-&lt;данные изъяты&gt;» в размере 41. 000 рублей; - копия письма президента «Федерации волейбола &lt;адрес&gt;» Свидетель №10A. от ДД.ММ.ГГГГ о лицензировании ФИО13 С.А. за клуб «&lt;данные изъяты&gt;» &lt;адрес&gt;; - копия письма от имени директора МОУ ДОД &lt;данные изъяты&gt; № от ДД.ММ.ГГГГ о лицензировании ФИО13 С.А. за клуб «&lt;данные изъяты&gt;» &lt;адрес&gt;; - копия приказа (распоряжения) о прекращении (расторжении) трудового договора с работником (увольнении) от ДД.ММ.ГГГГ об увольнении ФИО13 С.А. из НПП СК «СКА-&lt;данные изъяты&gt;»; - копия приказа (распоряжения) о приеме работника на работу от ДД.ММ.ГГГГ о приеме ФИО13 С.А. на работу в НПП СК «СКА-&lt;данные изъяты&gt;»; - копия трудового договора от ДД.ММ.ГГГГ № о заключении трудового договора между НППСК «СКА-&lt;данные изъяты&gt;» и ФИО13 С.А.; - копия приказа (распоряжения) о приеме работника на работу № от ДД.ММ.ГГГГ о приеме ФИО7 на работу в НПП СК «СКА-&lt;данные изъяты&gt;» в должности главного тренера; - копия должностной инструкции главного тренера ФИО7 от ДД.ММ.ГГГГ; - копия контракта о спортивной деятельности от ДД.ММ.ГГГГ между тренером спортивной команды ФИО7 и НПП СК «СКА-&lt;данные изъяты&gt;». - копия выписки из приказа по личному составу из НПП СК «СКА-&lt;данные изъяты&gt;» № от ДД.ММ.ГГГГ о приеме ФИО8 на работу в должности начальника; - копия должностной инструкции директора спортивного клуба ФИО8; - копия трудового договора от ДД.ММ.ГГГГ заключенного между НПП СК «СКА-&lt;данные изъяты&gt;» и ФИО8 - копия Устава НПП СК «СКА-&lt;данные изъяты&gt;»; - копия решения о регистрации НПП СК «СКА-&lt;данные изъяты&gt;» в УМЮ РФ от ДД.ММ.ГГГГ; - копия изменения и дополнения к регламенту «ВФВ» от ДД.ММ.ГГГГ; - копия регламента «ВФВ» от ДД.ММ.ГГГГ; - диск с детализацией вызовов абонентского номера №, в период времени с ДД.ММ.ГГГГ по ДД.ММ.ГГГГ, с привязкой к базовым станциям; - диск с детализацией вызовов абонентского номера №, в период времени с ДД.ММ.ГГГГ по ДД.ММ.ГГГГ, с привязкой к базовым станциям; - диск с материалами ОРМ, предоставленный на основании постановления от ДД.ММ.ГГГГ, содержащий записи с названиями «№», «№».»; - письмо от имени директора МОУ ДОД &lt;данные изъяты&gt; № ФИО7 от ДД.ММ.ГГГГ, с просьбой лицензировать ФИО13 С.А. за клуб «&lt;данные изъяты&gt;» &lt;адрес&gt;; - тетрадь, содержащую информацию об исходящей корреспонденции &lt;данные изъяты&gt; № ДД.ММ.ГГГГ год, находящиеся в материалах уголовного дела – подлежат оставлению в материалах уголовного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трудовой договор (контракт) № от ДД.ММ.ГГГГ, заключенный между некоммерческим партнерством профессиональный спортивный клуб «СКА - &lt;данные изъяты&gt;» ФИО8 и ФИО13 С.А.; - копия справки о сроках обучения ФИО13 С.А.; - копия приказа № от ДД.ММ.ГГГГ - копия приложения № к приказу № от ДД.ММ.ГГГГ; - копия приказа № ОД от ДД.ММ.ГГГГ о проведении тарификации и утверждения учебной нагрузки на 2010-2011 учебный год; - копия договора № от ДД.ММ.ГГГГ о совместной деятельности между МОУ ДОД &lt;данные изъяты&gt; № и НП ПСК «СКА-&lt;данные изъяты&gt;»; - копия уведомления от ДД.ММ.ГГГГ о снятии с учета российской организации в налоговом органе; - заявление ФИО13 С.А. на имя директора некоммерческого партнерства профессионального спортивного клуба «СКА-&lt;данные изъяты&gt;» о приеме на работу в должности игрока команды с ДД.ММ.ГГГГ; - личная карточка ФИО13 С.А. в некоммерческом партнерстве профессионального спортивного клуба «СКА-&lt;данные изъяты&gt;»; - копия паспорта ФИО13 С.А. серия № №; - копия свидетельства о постановке на учет физического лица в налоговом органе - ФИО13 С.А. ИНН №; - копия страхового свидетельства обязательного пенсионного страхования ФИО13 С.А. №; - приказ (распоряжение) № от ДД.ММ.ГГГГ о приеме ФИО13 С.А. с ДД.ММ.ГГГГ на должность игрока некоммерческого партнерства профессионального спортивного клуба «СКА-&lt;данные изъяты&gt;», с тарифной ставкой (окладом) 5 000 рублей; - заявление от ДД.ММ.ГГГГ ФИО13 С.А. на имя директора некоммерческого партнерства профессионального спортивного клуба «СКА-&lt;данные изъяты&gt;» ФИО8 об увольнении по собственному желанию по ст. п. 3 ч. 1 ТК с ДД.ММ.ГГГГ; - приказ (распоряжение) № от ДД.ММ.ГГГГ о прекращении (расторжении) трудового договора с работником (увольнении) ФИО13 С.А. с ДД.ММ.ГГГГ с должности игрока некоммерческого партнерства профессионального спортивного клуба «СКА-&lt;данные изъяты&gt;», по основанию – соглашение сторон п. 1 ст. 77 ТК РФ , находящиеся на хранении в камере хранения вещественных доказательств Новоалександровского межрайонного следственного отдела следственного управления Следственного комитета Российской Федерации по &lt;адрес&gt; – подлежат хранению в камере хранения Новоалександровского межрайонного следственного отдела следственного управления Следственного комитета Российской Федерации по &lt;адрес&gt;.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Денежные средства в размере 160.000 рублей 32 денежными купюрами достоинством в 5.000 рублей каждая серии: № – подлежат возвращению законному владельцу ФИО9. Мера пресечения в отношении ФИО7 не избиралась. Мера пресечения в отношении ФИО8 не избиралась. Гражданский иск по делу не заявлен. Процессуальных издержек по уголовному делу не имеется. На основании изложенного и руководствуясь ст.ст. 302-304, 307-309 Уголовно-процессуального кодекса Российской Федерации, суд ПРИГОВОРИЛ: ФИО7 признать виновным в совершении преступления, предусмотренного ч. 3 ст. , ч. 3 ст. Уголовного кодекса Российской Федерации (в редакции Федерального закона от 07.12.2011 года № 420-ФЗ) и назначить ему наказание виде штрафа в размере 120000 (сто двадцать тысяч) рублей. Меру пресечения в отношении ФИО7 не избирать. ФИО8 признать виновным в совершении преступления, предусмотренного ч. 3 ст. , ч. 3 ст. Уголовного кодекса Российской Федерации (в редакции Федерального закона от 07.12.2011 года № 420-ФЗ) и назначить ему наказание виде штрафа в размере 120000 (сто двадцать тысяч) рублей. Меру пресечения в отношении ФИО8 не избирать. Вещественные доказательства: 1. копию кассового ордера и платежное поручение о переводе денежных средств на счет спортивного клуба «СКА-&lt;данные изъяты&gt;» в размере 41. 000 рублей; - копию письма президента «Федерации волейбола &lt;адрес&gt;» Свидетель №10A. от ДД.ММ.ГГГГ о лицензировании ФИО13 С.А. за клуб «&lt;данные изъяты&gt;» &lt;адрес&gt;; - копию письма от имени директора МОУ ДОД &lt;данные изъяты&gt; № от ДД.ММ.ГГГГ о лицензировании ФИО13 С.А. за клуб «&lt;данные изъяты&gt;» &lt;адрес&gt;; - копию приказа (распоряжения) о прекращении (расторжении) трудового договора с работником (увольнении) от ДД.ММ.ГГГГ об увольнении ФИО13 С.А. из НПП СК «СКА-&lt;данные изъяты&gt;»; - копию приказа (распоряжения) о приеме работника на работу от ДД.ММ.ГГГГ о приеме ФИО13 С.А. на работу в НПП СК «СКА-&lt;данные изъяты&gt;»; - копию трудового договора от ДД.ММ.ГГГГ № о заключении трудового договора между НППСК «СКА-&lt;данные изъяты&gt;» и ФИО13 С.А.; - копию приказа (распоряжения) о приеме работника на работу № от ДД.ММ.ГГГГ о приеме ФИО7 на работу в НПП СК «СКА-&lt;данные изъяты&gt;» в должности главного тренера; - копию должностной инструкции главного тренера ФИО7 от ДД.ММ.ГГГГ; - копию контракта о спортивной деятельности от ДД.ММ.ГГГГ между тренером спортивной команды ФИО7 и НПП СК «СКА-&lt;данные изъяты&gt;». - копию выписки из приказа по личному составу из НПП СК «СКА-&lt;данные изъяты&gt;» № от ДД.ММ.ГГГГ о приеме ФИО8 на работу в должности начальника; - копию должностной инструкции директора спортивного клуба ФИО8; - копию трудового договора от ДД.ММ.ГГГГ заключенного между НПП СК «СКА-&lt;данные изъяты&gt;» и ФИО8 - копию Устава НПП СК «СКА-&lt;данные изъяты&gt;»; - копию решения о регистрации НПП СК «СКА-&lt;данные изъяты&gt;» в УМЮ РФ от ДД.ММ.ГГГГ; - копию изменения и дополнения к регламенту «ВФВ» от ДД.ММ.ГГГГ; - копию регламента «ВФВ» от ДД.ММ.ГГГГ; - диск с детализацией вызовов абонентского номера №, в период времени с ДД.ММ.ГГГГ по ДД.ММ.ГГГГ, с привязкой к базовым станциям; - диск с детализацией вызовов абонентского номера №, в период времени с ДД.ММ.ГГГГ по ДД.ММ.ГГГГ, с привязкой к базовым станциям; - диск с материалами ОРМ, предоставленный на основании постановления от ДД.ММ.ГГГГ, содержащий записи с названиями «№».»; - письмо от имени директора МОУ ДОД &lt;данные изъяты&gt; № ФИО7 от ДД.ММ.ГГГГ, с просьбой лицензировать ФИО13 С.А. за клуб «&lt;данные изъяты&gt;» &lt;адрес&gt;; - тетрадь, содержащую информацию об исходящей корреспонденции &lt;данные изъяты&gt; № ДД.ММ.ГГГГ год, находящиеся в материалах уголовного дела – хранить в материалах уголовного дела.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трудовой договор (контракт) № от ДД.ММ.ГГГГ, заключенный между некоммерческим партнерством профессиональный спортивный клуб «СКА - &lt;данные изъяты&gt;» ФИО8 и ФИО13 С.А.; - копию справки о сроках обучения ФИО13 С.А.; - копию приказа № от ДД.ММ.ГГГГ - копию приложения № к приказу № от ДД.ММ.ГГГГ; - копию приказа № ОД от ДД.ММ.ГГГГ о проведении тарификации и утверждения учебной нагрузки на 2010-2011 учебный год; - копию договора № от ДД.ММ.ГГГГ о совместной деятельности между МОУ ДОД &lt;данные изъяты&gt; № и НП ПСК «СКА-&lt;данные изъяты&gt;»; - копию уведомления от ДД.ММ.ГГГГ о снятии с учета российской организации в налоговом органе; - заявление ФИО13 С.А. на имя директора некоммерческого партнерства профессионального спортивного клуба «СКА-&lt;данные изъяты&gt;» о приеме на работу в должности игрока команды с ДД.ММ.ГГГГ; - личную карточка ФИО13 С.А. в некоммерческом партнерстве профессионального спортивного клуба «СКА-&lt;данные изъяты&gt;»; - копию паспорта ФИО13 С.А. серия № №; - копию свидетельства о постановке на учет физического лица в налоговом органе - ФИО13 С.А. ИНН №; - копию страхового свидетельства обязательного пенсионного страхования ФИО13 С.А. №; - приказ (распоряжение) № от ДД.ММ.ГГГГ о приеме ФИО13 С.А. с ДД.ММ.ГГГГ на должность игрока некоммерческого партнерства профессионального спортивного клуба «СКА-&lt;данные изъяты&gt;», с тарифной ставкой (окладом) 5 000 рублей; - заявление от ДД.ММ.ГГГГ ФИО13 С.А. на имя директора некоммерческого партнерства профессионального спортивного клуба «СКА-&lt;данные изъяты&gt;» ФИО8 об увольнении по собственному желанию по ст. п. 3 ч. 1 ТК с ДД.ММ.ГГГГ; - приказ (распоряжение) № от ДД.ММ.ГГГГ о прекращении (расторжении) трудового договора с работником (увольнении) ФИО13 С.А. с ДД.ММ.ГГГГ с должности игрока некоммерческого партнерства профессионального спортивного клуба «СКА-&lt;данные изъяты&gt;», по основанию – соглашение сторон п. 1 ст. 77 ТК РФ , находящиеся на хранении в камере хранения вещественных доказательств Новоалександровского межрайонного следственного отдела следственного управления Следственного комитета Российской Федерации по &lt;адрес&gt; – хранить в камере хранения Новоалександровского межрайонного следственного отдела следственного управления Следственного комитета Российской Федерации по &lt;адрес&gt;. 3) Денежные средства в размере 160000 рублей 32 денежными купюрами достоинством в 5000 рублей каждая серии: № –возвратить законному владельцу ФИО9. Гражданский иск по делу не заявлен. Приговор может быть обжалован в апелляционном порядке в судебную коллегию по уголовным делам Ставропольского краевого суда через Красногвардейский районный суд в течение 10 суток со дня постановления приговора. В случае подачи апелляционной жалобы, осужденный вправе ходатайствовать о своём участии в рассмотрении уголовного дела судом апелляционной инстанции с указанием об этом в апелляционной жалобе. Такое ходатайство осужденный вправе заявлять в течение 10 суток со дня вручения копии приговора, и в тот же срок со дня вручения ему копии апелляционного представления или апелляционной жалобы, затрагивающих его интересы. Судья В.Г. Непомнящий Суд: Красногвардейский районный суд (Ставропольский край) (подробнее) Судьи дела: Непомнящий Василий Григорьевич (судья) (подробнее) Последние документы по делу: Постановление от 13 марта 2018 г. по делу № 1-141/2016 Постановление от 2 июля 2017 г. по делу № 1-141/2016 Приговор от 4 июня 2017 г. по делу № 1-141/2016 Показать все документы по этому делу Судебная практика по: Увольнение, незаконное увольнение Судебная практика по применению нормы ст. 77 ТК РФ По мошенничеству Судебная практика по применению нормы ст. 159 УК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