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Целью обязательного медицинского освидетельствования и переосвидетельствования является определение у водителей транспортных средств и кандидатов в водители медицинских противопоказаний или ограничений к водительской деятельности». В силу п. 1 ст. Федерального закона «О безопасности дорожного движения» «Основаниями прекращения действия права на управление транспортными средствами являются: истечение установленного срока действия водительского удостоверения; ухудшение здоровья водителя, препятствующее безопасному управлению транспортными средствами, подтвержденное медицинским заключением; лишение права на управление транспортными средствами». В судебном заседании установлено, что заочным решением Подольского городского суда &lt;адрес&gt; от ДД.ММ.ГГГГ было прекращено действие права на управление транспортными средствами ФИО2. ( л.д.8-9) В 2017 году он прошёл медицинское обследование в наркологическом и психоневрологическом диспансерах. Согласно Медицинскому заключению от ДД.ММ.ГГГГ №, составленному по результатам медицинского обследования врачом-психиатром-наркологом, у ФИО2 не выявлены противопоказания для управления транспортными средствами.( л.д.5,6) Согласно заключению Врачебной комиссии от ДД.ММ.ГГГГ в составе зам. Гл. врача по лечебной части ФИО6, заведующего диспансерно-поликлиническим отделением ФИО4, лечащего врача ФИО7 рассмотрела ДД.ММ.ГГГГ, заявление ФИО2,ДД.ММ.ГГГГ г.р., о направлении его на врачебную комиссию для проведении медицинского освидетельствования на право получения разрешения на управление авто-мототранспортными средствами и решении вопроса о снятии его с диспансерного учета по стойкой ремиссии, а также представленные документы: амбулаторную карту пациента, положительную характеристику участкового врача психиатра-нарколога, а также твердую установку самого пациента на трезвый образ жизни, постановила: ФИО2,ДД.ММ.ГГГГ г.р., снять с диспансерного учета, руководствуясь приказом Минздрав России №н от ДД.ММ.ГГГГ, дать разрешение на управление авто-мототранспортными средствами. ( л.д.22) Учитывая, что ФИО2 снят с диспансерного учета, противопоказаний для управления транспортными средствами не имеется, суд считает возможным восстановить действие права на управление транспортными средствами ФИО2. На основании изложенного, руководствуясь ст. ст. - 198 ГПК РФ , суд Р Е Ш И Л : Исковые требования ФИО2 к ОГИБДД УМВД России по городскому округу Подольск о восстановлении действия права на управление транспортными средствами - удовлетворить. Восстановить право ФИО2 ДД.ММ.ГГГГ года рождения на управление транспортными средствами. Решение может быть обжаловано сторонами в апелляционном порядке в Московский областной суд через Подольский городской суд &lt;адрес&gt; в течение одного месяца. Председательствующий судья Т.А. Екимова Дело № Суд: Подольский городской суд (Московская область) (подробнее) Ответчики: Отдел ГИБДД УМВД России по городскому округу Подольск (подробнее) Судьи дела: Екимова Т.А. (судья) (подробнее) Последние документы по делу: Решение от 7 ноября 2017 г. по делу № 2-2752/2017 Решение от 31 октября 2017 г. по делу № 2-2752/2017 Решение от 22 октября 2017 г. по делу № 2-2752/2017 Решение от 15 октября 2017 г. по делу № 2-2752/2017 Решение от 30 августа 2017 г. по делу № 2-2752/2017 Решение от 6 августа 2017 г. по делу № 2-2752/2017 Решение от 3 августа 2017 г. по делу № 2-2752/2017 Решение от 24 июля 2017 г. по делу № 2-2752/2017 Решение от 18 июня 2017 г. по делу № 2-2752/2017 Решение от 4 июня 2017 г. по делу № 2-2752/2017 Решение от 1 июня 2017 г. по делу № 2-2752/2017 Решение от 16 мая 2017 г. по делу № 2-2752/2017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