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05. 2025 года в рамках исполнительного производства судебным приставом-исполнителем Специализированного отдела вынесено постановление о назначении нового срока исполнения решения суда № в срок до 06. 06. 2025 года. Постановление о назначении нового срока исполнения решения суда № вручено должнику через канцелярию Администрации г. Н. Новгорода 21. 05. 2025 года. Вместе с тем, Администрация г. Н. Новгорода предупреждена об административной ответственности по ст. . 15 КоАП РФ за неисполнение постановления о назначении нового срока исполнения решения суда (л. д. 37).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06. 2025 года судебным приставом-исполнителем установлено, что требование судебного пристава-исполнителя в рамках исполнительного производства №-ИП, возбужденное 20. 08. 2024 года, не исполнено (л. д. 38-39). Администрацией г. Н. Новгорода 10. 07. 2025 года получено через канцелярию уведомление (извещение) о времени и месте составления протокола об административном правонарушении, а именно 18 07. 2025 года к 15-00 по адресу: г. Н. Новгород, ул. &lt;адрес&gt;, 2-каб. 14 (л. д. 40).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07. 2025 года судебным приставом-исполнителем Специализированного отдела в отношении Администрации г. Н. Новгорода составлен протокол № об административном правонарушении по ч. 1 ст. . 15 КоАП РФ в присутствии представителя Администрации г. Н. Новгорода ФИО4, копия протокола вручена должнику ДД.ММ.ГГГГ (л. д. 43-45).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07. 2025 года начальником отдела – старшим судебным приставом Специализированного отдела ФИО5 вынесено определение о назначении времени и места рассмотрения дела об административном правонарушении: 20. 08. 2025 года в 14:30 по адресу: г. Н. Новгород, ул. &lt;адрес&gt;, 2 каб. 6. Определение получено должником через канцелярию 23. 07. 2025 года (л. д. 46). На рассмотрение дела об административном правонарушении обеспечена явка представителя по доверенности ФИО4 В связи с неисполнением должником содержащихся в исполнительном документе требований неимущественного характера в срок, установленный судебным приставом-исполнителем после вынесения постановления о взыскании исполнительского сбора, постановлением заместителя начальника отдела – заместителя старшего судебного пристава Специализированного отдела судебных приставов по &lt;адрес&gt; ГМУ ФИО1 Ю. С. № от ДД.ММ.ГГГГ Администрация г. Н. Новгорода признана виновной в совершении административного правонарушения, предусмотренного ч. 1 ст. . 15 КоАП РФ (л. д. 49-53), постановление получено 20. 08. 2025 года. Привлекая Администрацию г. Н. Новгорода, должностное лицо административного органа не нашел оснований для прекращения производства по делу. Вместе с тем, Федеральным законом от 31. 07. 2025 года № 273-ФЗ ст. . 15 КоАП РФ дополнена ч. 1. 3, в соответствии с которой неисполнение должником – органом государственной власти(государственным органом), органом местного самоуправления или государственным (муниципальным) казенным учреждением содержащихся в исполнительном документе требований неимущественного характера в срок, установленный законодательством об исполнительном производстве, влечет наложение административного штрафа на должностных лиц в размере от десяти тысяч до двадцати тысяч рублей. Таким образом, новыми положениями закона не предусмотрена (исключена) административная ответственность юридических лиц (должников-бюджетополучателей), к которым относится Администрация г. Н. Новгорода, за неисполнение содержащихся в исполнительном документе требований неимущественного характера. В соответствии с ч. 2 ст. . 7 КоАП РФ закон, смягчающий или отменяющий административную ответственность за административное правонарушение либо иным образом улучшающий положение лица, совершившего административное правонарушение, имеет обратную силу, то есть распространяется и на лицо,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исполнено. Согласно сведениям Специализированного отдела судебных приставов по &lt;адрес&gt; ГМУ ФИО1, принятое в отношении Администрации г. Н. Новгорода постановление по делу об административном правонарушении, предусмотренном ч. 1 ст. . 15 КоАП РФ, не исполнено. В силу п. 5 ч. 1 ст. . 5 КоАП РФ производство по делу об административном правонарушении не может быть начато, а начатое производство подлежит прекращению при наличии такого обстоятельства как признание утратившими силу закона или его положения, устанавливающих административную ответственность за содеянное, за исключением случая одновременного вступления в силу положений закона, отменяющих административную ответственность за содеянное и устанавливающих за то же деяние уголовную ответственность. В соответствии с п. 3 ч. 1 ст. . 7 КоАП РФ по результатам рассмотрения жалобы, протеста на вступившие в законную силу постановление по делу об административном правонарушении, решения по результатам рассмотрения жаоб, протестов выносится решение об отмене постановления по делу об административном правонарушении, решения по результатам рассмотрения жалобы, протеста и о прекращении производства по делу при наличии хотя бы одного из обстоятельств, предусмотренных статьями 2. 9, 24. 5 настоящего Кодекса, а также при недоказанности обстоятельств, на основании которых были вынесены указанные постановление, решение. При таких обстоятельствах вынесенное по настоящему делу постановление должностного лица административного органа подлежит отмене, а производство по делу об административном правонарушении – прекращению на основании п. 5 ч. 1 ст. . 5 КоАП РФ. На основании изложенного и руководствуясь ст. . - . 7 КоАП РФ, судья РЕШИЛ: Постановление заместителя начальника отдела – заместителя старшего судебного пристава Специализированного отдела судебных приставов по &lt;адрес&gt; ГМУ ФИО1 Ю. С. № от ДД.ММ.ГГГГ, вынесенное в отношении Администрации г. Н. Новгорода по делу об административном правонарушении, предусмотренном ч. 1 ст. . 15 КоАП РФ, отменить. Производство по данному делу об административном правонарушении прекратить на основании п. 5 ч. 1 ст. . 5 КоАП РФ. Решение суда может быть обжаловано в Нижегородский областной суд через Ленинский районный суд г. Н. Новгорода в течение 10 дней с момента получения решения суда. Судья: Е. В. Абаимова Суд: Ленинский районный суд г. Нижний Новгород (Нижегородская область) (подробнее) Ответчики: Администрация города Нижнего Новгорода (подробнее) Судьи дела: Абаимова Е.В.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