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административные материалы в отношении ФИО1: Рапорт об обнаружении признаков преступления старшего оперуполномоченного ОО Службы по ЕАО Регионального Управления ФСКН Росси по Хабаровскому краю майора полиции ФИО3 от 12.02.2015; Рапорт старшего оперуполномоченного ОО Службы по ЕАО Регионального Управления ФСКН России по Хабаровскому краю майора полиции ФИО3 от 10.02.2015; Протокол об административном задержании от 10.02.2015; Протокол о личном досмотре, досмотре вещей, находящихся при физическом лице, изъятия вещей и документов от 10.02.2015; Постановление о направлении на медицинское освидетельствование от 10.02.2015; Протокол № медицинского освидетельствования для установления факта употребления алкоголя и состояния опьянения от 10.02.2015; Протокол № об административном правонарушении от 10.02.2015; Постановление о назначении административного наказания по делу об административном правонарушении № от 11.02.2015; Протокол № об административном правонарушении от 12.02.2015; Определение о передаче дела об административном правонарушении № по подведомственности от 12.02.2015; Постановление по делу об административном правонарушении от 13.02.2015; Постановление о передаче сообщения о преступлении по подследственности от 13.02.2015; Сопроводительное письмо от 13.02.2015.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оперативно-розыскные материалы «Проверочная закупка» с участием ФИО1: Рапорт об обнаружении признаков преступления оперуполномоченного ОО Службы по ЕАО Регионального Управления ФСКН Росси по Хабаровскому краю капитана полиции ФИО4 от 14.02.2015; Рапорт № от 12.02.2015г. оперуполномоченного ОО Службы по ЕАО Регионального Управления ФСКН России по Хабаровскому краю капитана полиции ФИО4 от 12.02.2015; Постановление №с от 12.02.2015 г. о проведении ОРМ «Проверочная закупка»; Акт проведения оперативно-розыскного мероприятия «Проверочная закупка» от 12.02.2015; Постановление № от 14.02.2015г. о рассекречивании сведений, составляющих государственную тайну и их носителей; Сообщение о результатах оперативно-розыскной деятельности от 17.02.2015; Постановление № от 17.02.2015 г. о предоставлении результатов оперативно-розыскной деятельности дознавателю, органу дознания, следователю, в суд; Постановление о передаче сообщения о преступлении по подследственности от 17.02.2015; Сопроводительное письмо от 17.02.2015.</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документы ОРМ «ПТП» в отношении Завойко Н.В., документы ОРМ «ПТП» в отношении ФИО10, предоставленные в 4 отдел следственной службы РУФСН России по Хабаровскому краю: сопроводительное письмо от 04.12.2015; постановление № от 04.12.2015 о предоставлении результатов оперативно-розыскной деятельности дознавателю, органу дознания, следователю, в суд; постановление № от 04.12.2015; постановление о рассекречивании сведений, составляющих государственную тайну, и их носителей от 04.12.2015; постановление № о проведении оперативно-розыскных мероприятий, ограничивающих конституционное право гражданина от 24.12.2014; справка №с от 09 апреля 2015 г. о телефонных соединениях Завойко Н.В. (телефон 2) с номером № (телефон 1) за 12 февраля 2015; постановление № с от 03.12.2014 о возбуждении перед судьей ходатайства о проведении оперативно-розыскного мероприятия «прослушивание телефонных переговоров» и «снятия информации с технических каналов связи»; постановление № от 04.12.2015г. о возбуждении перед судом ходатайства о рассекречивании сведений, составляющих государственную тайну, и их носителей; постановление о рассекречивании сведений, составляющих государственную тайну, и их носителей от 04.12.2015; постановление № о проведении оперативно-розыскных мероприятий, ограничивающих конституционное право гражданина от 08.12.2014; постановление № от 04.12.2015 о рассекречивании сведений, составляющих государственную тайну, и их носителей; постановление №с от 22.12.2014; постановление № от 04.12.2015; справка № с от 09.04.2015 г. о результатах оперативно-розыскных мероприятий «прослушивание телефонных переговоров»; справка № с от 09.04.2015 г. о результатах оперативно-розыскных мероприятий «прослушивание телефонных переговоров».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административные материалы в отношении Завойко Н.В.: протокол об административном задержании Завойко Н.В. от 25.09.2015; постановление о направлении на медицинское освидетельствование Завойко Н.В. от 25.09.2015; протокол медицинского освидетельствования № Завойко Н.В. на состояние опьянения лица от 25.09.2015; протокол № об административном правонарушении от 25.09.2015 в отношении Завойко Н.В.; определение о передаче дела об административном правонарушении №139 в отношении Завойко Н.В. по подведомственности от 25.09.2015; постановление по делу об административном правонарушении от 12.10.2015 в отношении Завойко Н.В.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материалы поступившие из ПАО «ВымпелКом», ОАО «МТС», ОАО «Теле2» по запросу следователя о лицах, на которые зарегистрированы абонентские номера и о телефонных соединениях, на бумажных носителях, на одном DVDдиске, а именно: Запрос Генеральному директору ОАО «МТС» Дальневосточный филиал от 22.12.2015 о предоставлении сведений, ответ от 03.02.2016 советника директора филиала по безопасности ФИО11 о направлении сведений о принадлежности абонентских номеров; Запрос Генеральному директору ОАО «ВымпелКом» от 25.01.2016 о предоставлении сведений, ответ от 03.02.2016 ведущего специалиста по взаимодействию с правоохранительными органами Хабаровского филиала ПАО «Вымпелком» ФИО12 о направлении сведений о принадлежности абонентских номеров; Запрос Генеральному директору ОАО «теле2» от 22.12.2015 о предоставлении сведений, ответ директора по безопасности и рискам Макрорегиона «Дальний Восток» ФИО13 о направлении сведений о принадлежности абонентских номеров от 02.02.2015; Сопроводительное письмо директора по безопасности и рискам Макрорегиона «Дальний Восток» ФИО13 о направлении сведений о соединениях от 11.04.2016; Конверт, выполненный из листа белой нелинованной бумаги с DVD диском, содержащим сведения о телефонных соединениях, опечатанный; Сопроводительное письмо от 05.02.2016 руководителя по безопасности ФИО14 о предоставлении на основании постановления Биробиджанского районного суда ЕАО по уголовному делу № сведений о соединениях; Конверт из бумаги белого цвета с таблицей связи на 9 листах.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Диски ОРМ «ПТП»: диск №с от 20.03.2015, полученный в ходе ОРМ «Прослушивание телефонных переговоров» в отношении Завойко Н.В,. который упакован в бумажный конверт и опечатан; диск №с от 20.03.2015, полученный в ходе ОРМ «Прослушивание телефонных переговоров» в отношении ФИО10, который упакован в бумажный конверт и опечатан.</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Конверт, выполненный из листа белой нелинованной бумаги с DVD диском, содержащим сведения о телефонных соединениях, опечатанный. Заключением комиссии судебно-психиатрических экспертов № от 15.10.2017 (том 3 л.д. 240-242), согласно которому у Завойко Н.В. в настоящее время и в период инкриминируемого ей деяния какого-либо психического расстройства, слабоумия, наркомании, психического расстройства временного характера, не выявлено, что подтверждается результатами настоящего исследования, глее не выявлено расстройств мышления, восприятия, памяти, интеллекта, признаков наркозависимого поведения. Как следует из материалов уголовного дела, испытуемая в период правонарушения правильно ориентировалась в окружающей обстановке, совершала последовательные действия, и сохранила о них полные воспоминания, то есть в период правонарушения она могла в полной мере осознавать фактический характер и общественную опасность своих действий и руководить ими. В настоящее время испытуемая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В применении принудительных мер медицинского характера Завойко Н.В. не нуждается. Завойко Н.В. является потребителем наркотических средств (опиатов, марихуаны) без признаков зависимости. В связи с отсутствием признаков синдрома зависимости от наркотических средств, она не нуждается в прохождении лечения от наркомании и медицинской и (или) социальной реабилитации. У суда нет оснований сомневаться в заключение эксперта №, поведение подсудимой в судебном заседании также не вызвало у суда сомнений в ее психической полноценности. По этим основаниям суд признает заключение данной экспертизы объективным, допустимым доказательством, а подсудимую Завойко Н.В. вменяемой в отношении совершенного ею преступления. Оценивая показания подсудимой Завойко Н.В. о том, что она 10.02.2015 и 12.02.2015 продала ФИО1 наркотическое средство, которое изготовила для личного потребления, суд признает достоверными и допустимым доказательством, поскольку они подтверждаются показаниями свидетелей и материалами уголовного дела. Оценивая по делу все доказательства в их совокупности, суд приходит к выводу, что вина подсудимой нашла свое подтверждение в суде. Давая юридическую оценку действиям Завойко Н.В., суд считает, что они подлежат квалификации по п. «б» ч. 3 ст. 228.1 УК РФ , как незаконный сбыт наркотических средств, совершенный в значительном размере. Обстоятельствами, смягчающими наказание для подсудимой Завойко Н.В. суд признает полное признание вины, раскаяние в содеянном, активное способствование раскрытию и расследованию преступлению, нахождение на иждивении несовершеннолетнего ребенка. Обстоятельств, отягчающих наказание, судом не установлено. С учетом фактических обстоятельств преступления и степени его общественной опасности, оснований для изменения категории преступления на менее тяжкую в соответствии с ч. 6 ст. 15 УК РФ , суд не находит, а также оснований применения ст. 53.1 УК РФ не имеется. Принимая во внимание обстоятельства смягчающие наказания, возраст подсудимой, размер и вес наркотического средства, в совокупности, суд считает возможным признать эти обстоятельства исключительными и назначить наказание с применением ст. 64 УК РФ ниже низшего предела относительно санкции статьи. Определяя вид и размер наказания, суд учитывает характер и степень общественной опасности совершенного преступления, обстоятельства его совершения, данные о личности подсудимой, которая характеризуется по месту жительства УУП посредственно, привлекалась к административной и уголовной ответственности, с учетом обстоятельств смягчающих и отсутствием отягчающих наказание обстоятельств, состояния ее здоровья, влияние назначенного наказания на исправление осужденной, условия жизни ее семьи и приходит к выводу о невозможности исправления осужденной без реального отбывания наказания, без применения 73 УК РФ. С учетом вышеизложенных оснований, суд считает, что менее строгий вид наказания, нежели лишение свободы, не сможет обеспечить достижение целей наказания. Дополнительное наказание в виде штрафа и ограничения свободы суд считает возможным не применять, поскольку исправление осужденной может быть достигнуто отбытием основного наказания. Меру пресечения Завойко Н.В. в виде подписки о невыезде и надлежащем поведении следует изменить на заключение под стражу, поскольку назначено наказание, связанное с лишением свободы. В соответствии с п. «б» ч. 1 ст. 58 УК РФ Завойко Н.В. следует определить исправительную колонию общего режима. Процессуальных издержек по делу не имеется. По вступлению приговора в законную силу, вещественные доказательства: пакет из бесцветного полимерного материала со свертком из бесцветного полимерного материала, упаковочная бирка, упакованные в пакет из бесцветного полимерного материала, опечатаны бумажной биркой с оттиском печати «Для пакетов № 01 РУФСКН России по Хабаровскому краю Служба по Еврейской автономной области», и пояснительной надписью: «Изъято в ходе личного досмотра ФИО1 10.02.2015»; металлическую банку с маслянистым веществом темно-зеленого цвета со специфическим запахом органического растворителя, три бумажные бирки, упакованные в пакет из бесцветного полимерного материала, опечатаны бумажной биркой с оттиском печати «Для пакетов № 01 РУФСКН России по Хабаровскому краю Служба по Еврейской автономной области» и пояснительной надписью: «Изъято в ходе личного досмотра ФИО1 10.02.2015»; два пакета из бесцветного полимерного материала на фиксирующей застежке, в каждом из которых находится один бесцветный, полимерный сверток с вязким веществом темно-зеленого цвета, прозрачный, бесцветный полимерный пакет на фиксирующей застежке, в котором находятся фрагменты нити и фрагменты бесцветной полимерной пленки, упакованные в прозрачный полимерный пакет, опечатаны бумажной биркой с оттиском печати «Для пакетов № 01 РУФСКН России по Хабаровскому краю Служба по Еврейской автономной области», и пояснительной надписью: «Изъято в ходе ОРМ «проверочная закупка» 12.02.2015г. с участием ФИО1»; диск №с от 20.03.2015, полученный в ходе ОРМ «Прослушивание телефонных переговоров» в отношении Завойко Н.В., опечатанный и упакованный в бумажный конверт; диск №с от 20.03.2015, полученный в ходе ОРМ «Прослушивание телефонных переговоров» в отношении ФИО10, опечатанный и упакованный в бумажный конверт; конверт, выполненный из листа белой нелинованной бумаги с DVD диском, содержащим сведения о телефонных соединениях, опечатанный, хранящиеся в камере хранения вещественных доказательств СЧ СУ УМВД России по ЕАО, подлежат уничтожению. Административные материалы в отношении ФИО1: Рапорт об обнаружении признаков преступления старшего оперуполномоченного ОО Службы по ЕАО Регионального Управления ФСКН Росси по Хабаровскому краю майора полиции ФИО3 от 12.02.2015; Рапорт старшего оперуполномоченного ОО Службы по ЕАО Регионального Управления ФСКН России по Хабаровскому краю майора полиции ФИО3 от 10.02.2015; Протокол об административном задержании от 10.02.2015; Протокол о личном досмотре, досмотре вещей, находящихся при физическом лице, изъятия вещей и документов от 10.02.2015; Постановление о направлении на медицинское освидетельствование от 10.02.2015; Протокол № медицинского освидетельствования для установления факта употребления алкоголя и состояния опьянения от 10.02.2015; Протокол № об административном правонарушении от 10.02.2015; Постановление о назначении административного наказания по делу об административном правонарушении № от 11.02.2015; Протокол № об административном правонарушении от 12.02.2015; Определение о передаче дела об административном правонарушении № по подведомственности от 12.02.2015; Постановление по делу об административном правонарушении от 13.02.2015; Постановление о передаче сообщения о преступлении по подследственности от 13.02.2015; Сопроводительное письмо от 13.02.2015. Оперативно-розыскные материалы «Проверочная закупка» с участием ФИО1: Рапорт об обнаружении признаков преступления оперуполномоченного ОО Службы по ЕАО Регионального Управления ФСКН Росси по Хабаровскому краю капитана полиции ФИО4 от 14.02.2015; Рапорт №с от 12.02.2015г. оперуполномоченного ОО Службы по ЕАО Регионального Управления ФСКН России по Хабаровскому краю капитана полиции ФИО4 от 12.02.2015; Постановление №с от 12.02.2015 г. о проведении ОРМ «Проверочная закупка»; Акт проведения оперативно-розыскного мероприятия «Проверочная закупка» от 12.02.2015; Постановление № от 14.02.2015г. о рассекречивании сведений, составляющих государственную тайну и их носителей; Сообщение о результатах оперативно-розыскной деятельности от 17.02.2015; Постановление № от 17.02.2015 г. о предоставлении результатов оперативно-розыскной деятельности дознавателю, органу дознания, следователю, в суд; Постановление о передаче сообщения о преступлении по подследственности от 17.02.2015; Сопроводительное письмо от 17.02.2015. Документы ОРМ «ПТП» в отношении Завойко Н.В., документы ОРМ «ПТП» в отношении ФИО10, предоставленные в 4 отдел следственной службы РУФСН России по Хабаровскому краю: сопроводительное письмо от 04.12.2015; постановление № от 04.12.2015 о предоставлении результатов оперативно-розыскной деятельности дознавателю, органу дознания, следователю, в суд; постановление № от 04.12.2015; постановление о рассекречивании сведений, составляющих государственную тайну, и их носителей от 04.12.2015; постановление № о проведении оперативно-розыскных мероприятий, ограничивающих конституционное право гражданина от 24.12.2014; справка №с от 09 апреля 2015 г. о телефонных соединениях Завойко Н.В. (телефон 2) с номером № (телефон 1) за 12 февраля 2015; постановление № с от 03.12.2014 о возбуждении перед судьей ходатайства о проведении оперативно-розыскного мероприятия «прослушивание телефонных переговоров» и «снятия информации с технических каналов связи»; постановление № от 04.12.2015г. о возбуждении перед судом ходатайства о рассекречивании сведений, составляющих государственную тайну, и их носителей; постановление о рассекречивании сведений, составляющих государственную тайну, и их носителей от 04.12.2015; постановление № о проведении оперативно-розыскных мероприятий, ограничивающих конституционное право гражданина от 08.12.2014; постановление № от 04.12.2015 о рассекречивании сведений, составляющих государственную тайну, и их носителей; постановление №с от 22.12.2014; постановление № от 04.12.2015; справка № с от 09.04.2015 г. о результатах оперативно-розыскных мероприятий «прослушивание телефонных переговоров»; справка № с от 09.04.2015 г. о результатах оперативно-розыскных мероприятий «прослушивание телефонных переговоров». Административные материалы в отношении Завойко Н.В.: протокол об административном задержании Завойко Н.В. от 25.09.2015; постановление о направлении на медицинское освидетельствование Завойко Н.В. от 25.09.2015; протокол медицинского освидетельствования № Завойко Н.В. на состояние опьянения лица от 25.09.2015; протокол № об административном правонарушении от 25.09.2015 в отношении Завойко Н.В.; определение о передаче дела об административном правонарушении №139 в отношении Завойко Н.В. по подведомственности от 25.09.2015; постановление по делу об административном правонарушении от 12.10.2015 в отношении Завойко Н.В. Материалы поступившие из ПАО «ВымпелКом», ОАО «МТС», ОАО «Теле2» по запросу следователя о лицах, на которые зарегистрированы абонентские номера и о телефонных соединениях, на бумажных носителях, на одном DVDдиске, а именно: Запрос Генеральному директору ОАО «МТС» Дальневосточный филиал от 22.12.2015 о предоставлении сведений, ответ от 03.02.2016 советника директора филиала по безопасности ФИО11 о направлении сведений о принадлежности абонентских номеров; Запрос Генеральному директору ОАО «ВымпелКом» от 25.01.2016 о предоставлении сведений, ответ от ДД.ММ.ГГГГ ведущего специалиста по взаимодействию с правоохранительными органами Хабаровского филиала ПАО «Вымпелком» ФИО12 о направлении сведений о принадлежности абонентских номеров; Запрос Генеральному директору ОАО «теле2» от 22.12.2015 о предоставлении сведений, ответ директора по безопасности и рискам Макрорегиона «Дальний Восток» ФИО13 о направлении сведений о принадлежности абонентских номеров от 02.02.2015; Сопроводительное письмо директора по безопасности и рискам Макрорегиона «Дальний Восток» ФИО13 о направлении сведений о соединениях от 11.04.2016; Конверт, выполненный из листа белой нелинованной бумаги с DVD диском, содержащим сведения о телефонных соединениях, опечатанный; Сопроводительное письмо от 05.02.2016 руководителя по безопасности ФИО14 о предоставлении на основании постановления Биробиджанского районного суда ЕАО по уголовному делу № сведений о соединениях; Конверт из бумаги белого цвета с таблицей связи на 9 листах - хранящиеся в материалах уголовного дела, подлежат хранению в материалах уголовного дела. На основании изложенного и руководствуясь ст.ст. - 309 УПК РФ , суд П Р И Г О В О Р И Л: Признать Завойко Н.В. виновной в совершении преступления, предусмотренного п. «б» ч. 3 ст. 228.1 УК РФ и назначить наказание с применением ст. 64 УК РФ ниже низшего предела относительно санкции статьи, в виде 5 лет лишения свободы. В соответствии с ч. 5 ст. 69 УК РФ окончательно назначить наказание по совокупности преступлений путем частичного сложения наказаний с приговором Биробиджанского районного суда ЕАО от 27.12.2016, в виде 6 лет лишения свободы, с отбыванием наказания в исправительной колонии общего режима. Меру пресечения Завойко Н.В. по данному уголовному делу в виде подписки о невыезде и надлежащем поведении изменить на заключение под стражу, взяв под стражу в зале суда. Срок наказания исчислять с 07 июня 2017 года. Зачесть в срок отбытия наказания период ее содержания под стражей с 27.09.2016 года по 06.06.2017 года включительно. По вступлению приговора в законную силу, вещественные доказательства: пакет из бесцветного полимерного материала со свертком из бесцветного полимерного материала, упаковочная бирка, упакованные в пакет из бесцветного полимерного материала, опечатаны бумажной биркой с оттиском печати «Для пакетов № 01 РУФСКН России по Хабаровскому краю Служба по Еврейской автономной области», и пояснительной надписью: «Изъято в ходе личного досмотра ФИО1 10.02.2015»; металлическую банку с маслянистым веществом темно-зеленого цвета со специфическим запахом органического растворителя, три бумажные бирки, упакованные в пакет из бесцветного полимерного материала, опечатаны бумажной биркой с оттиском печати «Для пакетов № РУФСКН России по Хабаровскому краю Служба по Еврейской автономной области» и пояснительной надписью: «Изъято в ходе личного досмотра ФИО1 10.02.2015»; два пакета из бесцветного полимерного материала на фиксирующей застежке, в каждом из которых находится один бесцветный, полимерный сверток с вязким веществом темно-зеленого цвета, прозрачный, бесцветный полимерный пакет на фиксирующей застежке, в котором находятся фрагменты нити и фрагменты бесцветной полимерной пленки, упакованные в прозрачный полимерный пакет, опечатаны бумажной биркой с оттиском печати «Для пакетов № РУФСКН России по Хабаровскому краю Служба по Еврейской автономной области», и пояснительной надписью: «Изъято в ходе ОРМ «проверочная закупка» 12.02.2015г. с участием ФИО1»; диск №с от 20.03.2015, полученный в ходе ОРМ «Прослушивание телефонных переговоров» в отношении Завойко Н.В., упечатанный и упакованный в бумажный конверт; диск №с от 20.03.2015, полученный в ходе ОРМ «Прослушивание телефонных переговоров» в отношении ФИО10, упечатанный и упакованный в бумажный конверт; конверт, выполненный из листа белой нелинованной бумаги с DVD диском, содержащим сведения о телефонных соединениях, опечатанный, хранящиеся в камере хранения вещественных доказательств СЧ СУ УМВД России по ЕАО - уничтожить. Административные материалы в отношении ФИО1: Рапорт об обнаружении признаков преступления старшего оперуполномоченного ОО Службы по ЕАО Регионального Управления ФСКН Росси по Хабаровскому краю майора полиции ФИО3 от 12.02.2015; Рапорт старшего оперуполномоченного ОО Службы по ЕАО Регионального Управления ФСКН России по Хабаровскому краю майора полиции ФИО3 от 10.02.2015; Протокол об административном задержании от 10.02.2015; Протокол о личном досмотре, досмотре вещей, находящихся при физическом лице, изъятия вещей и документов от 10.02.2015; Постановление о направлении на медицинское освидетельствование от 10.02.2015; Протокол № медицинского освидетельствования для установления факта употребления алкоголя и состояния опьянения от 10.02.2015; Протокол № об административном правонарушении от 10.02.2015; Постановление о назначении административного наказания по делу об административном правонарушении № от 11.02.2015; Протокол № об административном правонарушении от 12.02.2015; Определение о передаче дела об административном правонарушении № по подведомственности от 12.02.2015; Постановление по делу об административном правонарушении от 13.02.2015; Постановление о передаче сообщения о преступлении по подследственности от 13.02.2015; Сопроводительное письмо от 13.02.2015. Оперативно-розыскные материалы «Проверочная закупка» с участием ФИО1: Рапорт об обнаружении признаков преступления оперуполномоченного ОО Службы по ЕАО Регионального Управления ФСКН Росси по Хабаровскому краю капитана полиции ФИО4 от 14.02.2015; Рапорт №с от 12.02.2015г. оперуполномоченного ОО Службы по ЕАО Регионального Управления ФСКН России по Хабаровскому краю капитана полиции ФИО4 от 12.02.2015; Постановление №с от 12.02.2015 г. о проведении ОРМ «Проверочная закупка»; Акт проведения оперативно-розыскного мероприятия «Проверочная закупка» от 12.02.2015; Постановление № от 14.02.2015г. о рассекречивании сведений, составляющих государственную тайну и их носителей; Сообщение о результатах оперативно-розыскной деятельности от 17.02.2015; Постановление № от 17.02.2015 г. о предоставлении результатов оперативно-розыскной деятельности дознавателю, органу дознания, следователю, в суд; Постановление о передаче сообщения о преступлении по подследственности от 17.02.2015; Сопроводительное письмо от 17.02.2015. Документы ОРМ «ПТП» в отношении Завойко Н.В., документы ОРМ «ПТП» в отношении ФИО10, предоставленные в 4 отдел следственной службы РУФСН России по Хабаровскому краю: сопроводительное письмо от 04.12.2015; постановление № от 04.12.2015 о предоставлении результатов оперативно-розыскной деятельности дознавателю, органу дознания, следователю, в суд; постановление № от 04.12.2015; постановление о рассекречивании сведений, составляющих государственную тайну, и их носителей от 04.12.2015; постановление № о проведении оперативно-розыскных мероприятий, ограничивающих конституционное право гражданина от 24.12.2014; справка №с от 09 апреля 2015 г. о телефонных соединениях Завойко Н.В. (телефон 2) с номером № (телефон 1) за 12 февраля 2015; постановление № с от 03.12.2014 о возбуждении перед судьей ходатайства о проведении оперативно-розыскного мероприятия «прослушивание телефонных переговоров» и «снятия информации с технических каналов связи»; постановление № от 04.12.2015г. о возбуждении перед судом ходатайства о рассекречивании сведений, составляющих государственную тайну, и их носителей; постановление о рассекречивании сведений, составляющих государственную тайну, и их носителей от 04.12.2015; постановление № о проведении оперативно-розыскных мероприятий, ограничивающих конституционное право гражданина от 08.12.2014; постановление № от 04.12.2015 о рассекречивании сведений, составляющих государственную тайну, и их носителей; постановление №с от 22.12.2014; постановление № от 04.12.2015; справка № с от 09.04.2015 г. о результатах оперативно-розыскных мероприятий «прослушивание телефонных переговоров»; справка № с от 09.04.2015 г. о результатах оперативно-розыскных мероприятий «прослушивание телефонных переговоров». Административные материалы в отношении Завойко Н.В.: протокол об административном задержании Завойко Н.В. от 25.09.2015; постановление о направлении на медицинское освидетельствование Завойко Н.В. от 25.09.2015; протокол медицинского освидетельствования № Завойко Н.В. на состояние опьянения лица от 25.09.2015; протокол № об административном правонарушении от 25.09.2015 в отношении Завойко Н.В.; определение о передаче дела об административном правонарушении № в отношении Завойко Н.В. по подведомственности от 25.09.2015; постановление по делу об административном правонарушении от 12.10.2015 в отношении Завойко Н.В. Материалы поступившие из ПАО «ВымпелКом», ОАО «МТС», ОАО «Теле2» по запросу следователя о лицах, на которые зарегистрированы абонентские номера и о телефонных соединениях, на бумажных носителях, на одном DVDдиске, а именно: Запрос Генеральному директору ОАО «МТС» Дальневосточный филиал от 22.12.2015 о предоставлении сведений, ответ от 03.02.2016 советника директора филиала по безопасности ФИО11 о направлении сведений о принадлежности абонентских номеров; Запрос Генеральному директору ОАО «ВымпелКом» от 25.01.2016 о предоставлении сведений, ответ от 03.02.2016 ведущего специалиста по взаимодействию с правоохранительными органами Хабаровского филиала ПАО «Вымпелком» ФИО12 о направлении сведений о принадлежности абонентских номеров; Запрос Генеральному директору ОАО «теле2» от 22.12.2015 о предоставлении сведений, ответ директора по безопасности и рискам Макрорегиона «Дальний Восток» ФИО13 о направлении сведений о принадлежности абонентских номеров от 02.02.2015; Сопроводительное письмо директора по безопасности и рискам Макрорегиона «Дальний Восток» ФИО13 о направлении сведений о соединениях от 11.04.2016; Конверт, выполненный из листа белой нелинованной бумаги с DVD диском, содержащим сведения о телефонных соединениях, опечатанный; Сопроводительное письмо от 05.02.2016 руководителя по безопасности ФИО14 о предоставлении на основании постановления Биробиджанского районного суда ЕАО по уголовному делу № сведений о соединениях; Конверт из бумаги белого цвета с таблицей связи на 9 листах - хранящиеся в материалах уголовного дела – хранить в материалах уголовного дела. Приговор может быть обжалован в апелляционном порядке в суд Еврейской автономной области в течение десяти суток со дня провозглашения, а осужденным, содержащимся под стражей, в тот же срок со дня вручения ему копии приговора суда через Биробиджанский районный суд. Осужденная вправе в течение 10 суток со дня вручения ей копии апелляционного представления или апелляционной жалобы, затрагивающих ее интересы, ходатайствовать о своем участии в рассмотрении уголовного дела судом апелляционной инстанции, о чем она должна указать в возражениях на апелляционное представление или апелляционную жалобу, в заявлении либо в своей апелляционной жалобе (в случае ее подачи). Осужденная вправе поручать осуществление своей защиты избранному ею защитнику либо ходатайствовать перед судом о назначении защитника. Осужденная вправе знакомиться с материалами уголовного дела, о чем должна заявить ходатайство в течение 3 суток с момента вручения ей копии приговора. Судья А.В. Околов Суд: Биробиджанский районный суд Еврейской автономной области (Еврейская автономная область) (подробнее) Судьи дела: Околов Александр Васильевич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