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в неустановленный в ходе предварительного следствия период времени до ДАТА, в нарушение Федерального Закона от 08.01.1998 года № 3-ФЗ «О наркотических средствах и психотропных веществах», в неустановленном в ходе предварительного следствия месте на территории города Копейска Челябинской области незаконно приобрел у неустановленного в ходе предварительного следствия лица наркотическое средство – вещество, содержащее диацетилморфин (героин), суммарной массой не менее 2,375 граммов, в значительном размере, с целью последующего незаконного сбыта неопределенному кругу лиц, и данное наркотическое средство ФИО2 с целью незаконного сбыта в значительном размере незаконно хранил по месту своего проживания в квартире АДРЕС. После чего, ФИО2, с целью реализации своего преступного умысла, направленного на незаконный сбыт части указанного наркотического средства – вещества, содержащего диацетилморфин (героин), суммарной массой не менее 1,78 граммов в значительном размере, заранее разделив данное наркотическое средство на две части, разместив в два бумажных свертка в каждом из которых находилось соответственно не менее 0,59 граммов и не менее 1,19 граммов данного наркотического средства - вещества, содержащего диацетилморфин (героин), ДАТА в период времени с 12 часов 21 минуты до 12 часов 49 минут, действуя умышленно, с корыстной целью, находясь по указанному месту жительства в квартире АДРЕС, в ходе телефонного разговора с ранее ему знакомой М.О.А., достиг с последней договоренности о сбыте ей наркотического средства – вещества, содержащего диацетилморфин (героин), в значительном размере суммарной массой не менее 1,78 граммов, за денежное вознаграждение, назначив М.О.А. место встречи для сбыта последней данного наркотического средства – вещества, содержащего диацетилморфин (героин), в значительном размере, суммарной массой не менее 1,78 граммов на площадке пятого этажа подъезда АДРЕС. После чего, в этот же день ДАТА около 13 часов 15 минут, М.О.А., действуя в своих личных интересах, а также в интересах Б.В.А. и Г.Д.Ф., прибыла совместно с Б.В.А. и Г.Д.Ф. к оговоренному с ФИО2 указанному месту встречи, то есть на площадку пятого этажа подъезда НОМЕР АДРЕС по проспекту Победы в городе Копейске Челябинской области, где ФИО2 встретился с М.О.А., Б.В.А. и Г.Д.Ф., и, реализуя свой преступный умысел, ФИО2 при данной встрече умышленно передал, и, таким образом незаконно сбыл в значительном размере указанное наркотическое средство – вещество, содержащее диацетилморфин (героин), суммарной массой не менее 1,78 граммов, М.О.А., получив взамен от последней денежное вознаграждение. После чего, в этот же день ДАТА М.О.А., Б.В.А. и Г.Д.Ф. поделили между собой указанное наркотическое средство на части, имеющие соответствующие массы не менее 0,59 грамма, не менее 0,62 грамма и не менее 0,57 грамма, и незаконно хранили при себе без цели сбыта для личного употребления до момента их задержания около АДРЕС по проспекту Коммунистическому в городе Копейске Челябинской области около 13 часов 30 минут ДАТА сотрудниками полиции, и в этот же день ДАТА в кабинете НОМЕР Отдела МВД России по городу Копейску Челябинской области, расположенного по адресу: &lt;...&gt; сотрудниками полиции из незаконного оборота в период времени с 14 часов 00 минут до 14 часов 10 минут данное наркотическое средство - вещество, содержащее диацетилморфин (героин), массой 0,62 грамма, в значительном размере изъято у Б.В.А., в кабинете НОМЕР в период времени с 14 часов 30 минут до 14 часов 40 минут данное наркотическое средство – вещество, содержащее диацетилморфин (героин), массой 0,57 грамма, в значительном размере изъято у Г.Д.Ф., и в период времени с 14 часов 55 минут до 15 часов 05 минут данное наркотическое средство – вещество, содержащее диацетилморфин (героин), массой 0,59 грамма, в значительном размере изъято у М.О.А., а всего в значительном размере суммарной массой 1,78 граммов. А оставшуюся часть указанного наркотического средства – вещества, содержащего диацетилморфин (героин), суммарной массой не менее 0,595 грамма ФИО2 продолжил незаконно хранить при себе с целью дальнейшего незаконного сбыта в значительном размере неопределенному кругу лиц. В соответствии со справкой об исследовании НОМЕР от ДАТА, представленное на исследование вещество содержит героин (диацетилморфин), который отнесен к наркотическим средствам. Масса вещества составляет 0,62 грамма (в ходе исследования израсходовано 0,01 грамма вещества). В соответствии с заключением эксперта НОМЕР от ДАТА, представленное на экспертизу вещество содержит диацетилморфин (героин), который отнесен к наркотическим средствам. Масса вещества составляет 0,61 грамма. В ходе проведения экспертизы израсходовано 0,03 грамма вещества. В соответствии со справкой об исследовании НОМЕР от ДАТА, представленное на исследование вещество содержит героин (диацетилморфин), который отнесен к наркотическим средствам. Масса вещества составляет 0,57 грамма (в ходе исследования израсходовано 0,03 грамма вещества). В соответствии с заключением эксперта НОМЕР от ДАТА, представленное на экспертизу вещество содержит в своем составе диацетилморфин (героин), который отнесен к наркотическим средствам. Масса вещества составляет 0,54 грамма. В ходе проведения экспертизы израсходовано 0,02 грамма вещества. В соответствии со справкой об исследовании НОМЕР от ДАТА, представленное на исследование вещество содержит героин (диацетилморфин), который отнесен к наркотическим средствам. Масса вещества составляет 0,59 грамма (в ходе исследования израсходовано 0,01 грамма вещества). В соответствии с заключением эксперта НОМЕР от ДАТА, представленное на экспертизу вещество содержит в своем составе диацетилморфин (героин), который отнесен к наркотическим средствам. Масса вещества составляет 0,58 грамма. В ходе проведения экспертизы израсходовано 0,02 грамма вещества. На основании «Списка 1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утвержденного Постановлением Правительства Российской Федерации № 681 от 30 июня 1998 года (с последующими изменениями и дополнениями), героин (диацетилморфин) отнесен к наркотическим средствам. В соответствии с Постановлением Правительства № 1002 от 01.10.2012 года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значительным размером наркотического средства – смеси, содержащей диацетилморфин (героин), признается размер свыше 0,5 грамма и не более 2,5 граммов. Согласно Постановлению Пленума Верховного Суда РФ № 14 от 15.06.2006 года «О судебной практике по делам о преступлениях, связанных с наркотическими средствами, психотропными, сильнодействующими и ядовитыми веществами» (в редакции Постановлений Пленума Верховного Суда РФ от 23.12.2010 № 31, от 30.06.2015 № 30), если наркотическое средство или психотропное вещество, включенное в список I (или в списки II и III, если средство, вещество выделено сноской) входит в состав смеси (препарата), содержащей одно наркотическое средство или психотропное вещество, его размер определяется весом всей смеси.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он же ФИО2, имея при себе оставшуюся часть указанного наркотического средства – вещества, содержащего диацетилморфин (героин) суммарной массой не менее 0,595 грамма, в значительном размере, приобретенного им при вышеуказанных обстоятельствах, а именно: в неустановленный в ходе предварительного следствия период времени до ДАТА, в нарушение Федерального Закона от 08.01.1998 года № 3-ФЗ «О наркотических средствах и психотропных веществах», в неустановленном в ходе предварительного следствия месте на территории города Копейска Челябинской области незаконно приобрел у неустановленного в ходе предварительного следствия лица наркотическое средство – вещество, содержащее диацетилморфин (героин), суммарной массой не менее 0,595 грамма, в значительном размере, с целью последующего незаконного сбыта неопределенному кругу лиц и данное наркотическое средство ФИО2 с целью незаконного сбыта в значительном размере незаконно хранил по месту своего проживания в квартире АДРЕС. После чего, ФИО2, с целью реализации своего преступного умысла, направленного на незаконный сбыт указанного наркотического средства в значительном размере массой не менее 0,595 грамма, имея преступный умысел, направленный на незаконный сбыт указанного наркотического средства – вещества, содержащего диацетилморфин (героин), суммарной массой не менее 0,595 грамма, в значительном размере, заранее разделив данное наркотическое средство на две части, разместив в два бумажных свертка, в каждом из которых находилось, соответственно, не менее 0,59 грамма и не менее 0,005 грамма, ДАТА в период времени с 14 часов 07 минут до 14 часов 30 минут, действуя умышленно, из корыстных побуждений, находясь по указанному месту жительства в квартире АДРЕС, в ходе телефонного разговора с ранее ему знакомым Х.А.А., достиг с последним договоренности о сбыте ему наркотического средства – вещества, содержащего диацетилморфин (героин), в значительном размере суммарной массой не менее 0,595 грамм, за денежное вознаграждение, назначив при этом Х.А.А. место встречи для сбыта последнему данного наркотического средства – вещества, содержащего диацетилморфин (героин), в значительном размере суммарной массой не менее 0,595 грамма на площадке первого этажа подъезда АДРЕС. После чего, в этот же день ДАТА около 15 часов 50 минут, Х.А.А., действуя в своих личных интересах, а также в интересах У.Е.А., прибыл совместно с У.Е.А. к оговоренному с ФИО2 указанному месту встречи, то есть на площадку первого этажа подъезда НОМЕР АДРЕС по проспекту Победы в городе Копейске Челябинской области, где ФИО2 встретился с Х.А.А. и У.Е.А., и, реализуя свой преступный умысел, ФИО2 при данной встрече умышленно передал, и, таким образом, незаконно сбыл указанное наркотическое средство - вещество, содержащее диацетилморфин (героин), суммарной массой не менее 0,595 грамма Х.А.А. и У.Е.А., получив взамен от последних денежное вознаграждение. После чего, в этот же день ДАТА Х.А.А. и У.Е.А. поделили между собой указанное наркотическое средство на части, при этом свою часть наркотического средства – вещества, содержащего диацетилморфин (героин) Х.А.А. пересыпал в стеклянный флакон и употребил путем внутривенной инъекции, после чего, оставшееся в стеклянном флаконе наркотическое средство – вещество, содержащее диацетилморфин (героин), массой не менее 0,005 грамма незаконно хранил при себе без цели сбыта для личного употребления, а У.Е.А. свою часть данного наркотического средства – вещества, содержащего диацетилморфин (героин), массой не менее 0,59 грамма хранил при себе для личного употребления, до момента задержания Х.А.А. и У.Е.А. около дома АДРЕС около 16 часов 00 минут ДАТА сотрудниками полиции, и в этот же день ДАТА в кабинете НОМЕР Отдела МВД России по городу Копейску Челябинской области, расположенного по адресу: &lt;...&gt;, сотрудниками полиции в период времени с 16 часов 30 минут до 16 часов 40 минут данное наркотическое средство – вещество, содержащее диацетилморфин (героин) массой 0,59 грамма, изъято у У.Е.А. из незаконного оборота, и в кабинете НОМЕР в период времени с 17 часов 00 минут до 17 часов 10 минут стеклянный флакон с данным наркотическим средством – веществом, содержащим диацетилморфин (героин), массой 0,005 грамма, изъято у Х.А.А. из незаконного оборота, а всего в значительном размере суммарной массой 0,595 грамма. В соответствии со справкой об исследовании НОМЕР от ДАТА, представленное на исследование вещество содержит героин (диацетилморфин), который отнесен к наркотическим средствам. Масса вещества составляет 0,59 грамма (в ходе исследования израсходовано 0,01 грамма вещества). В соответствии с заключением эксперта НОМЕР от ДАТА, представленное на экспертизу вещество содержит диацетилморфин (героин), который отнесен к наркотическим средствам. Масса вещества составляет 0,58 грамма. В ходе проведения экспертизы израсходовано 0,02 грамма вещества. В соответствии со справкой об исследовании НОМЕР от ДАТА, представленное на исследование вещество содержит героин (диацетилморфин), который отнесен к наркотическим средствам. Масса вещества составляет 0,005 грамма (в ходе исследования вещество израсходовано полностью). В соответствии с заключение эксперта НОМЕР от ДАТА, на внутренней поверхности стеклянного флакона с этикеткой «Цефазолин» имеются следовые количества диацетилморфина (героина), который отнесен к наркотическим средствам. На основании «Списка 1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утвержденного Постановлением Правительства Российской Федерации № 681 от 30 июня 1998 года (с последующими изменениями и дополнениями), героин (диацетилморфин) отнесен к наркотическим средствам. В соответствии с Постановлением Правительства № 1002 от 01.10.2012 года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значительным размером наркотического средства – смеси, содержащей диацетилморфин (героин), признается размер свыше 0,5 грамма и не более 2,5 граммов. Согласно Постановлению Пленума Верховного Суда РФ № 14 от 15.06.2006 года «О судебной практике по делам о преступлениях, связанных с наркотическими средствами, психотропными, сильнодействующими и ядовитыми веществами» (в редакции Постановлений Пленума Верховного Суда РФ от 23.12.2010 № 31, от 30.06.2015 № 30), если наркотическое средство или психотропное вещество, включенное в список I (или в списки II и III, если средство, вещество выделено сноской) входит в состав смеси (препарата), содержащей одно наркотическое средство или психотропное вещество, его размер определяется весом всей смеси. Подсудимый ФИО2 виновным себя в предъявленном ему обвинении признал полностью, и, воспользовавшись положениями ст. 51 Конституции РФ, от дачи показаний отказался, полностью подтвердив правильность и правдивость своих показаний, данных им при производстве предварительного расследования. В судебном заседании, в порядке ст. 276 УПК РФ , были оглашены показания ФИО2, данные им производстве предварительного расследования. Будучи допрошенным при производстве предварительного расследования, ФИО2 свою вину в объеме предъявленного обвинения признал в полном объеме, и, воспользовавшись положениями ст. 51 Конституции РФ, от дачи показаний отказался. том № 2 л.д. 73-75. 87-88, 97-100.</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Виновность подсудимого ФИО2 в содеянном по факту сбыта наркотического средства - героина ДАТА М.О.А., Б.В.А. и Г.Д.Ф., подтверждается следующими доказательствами: Показаниями свидетеля М.О.А., данными ею при производстве предварительного следствия на л.д. 123-127 том № 1, оглашенными в судебном заседании, в порядке ст. 281 УПК РФ , о том, что она употребляет наркотическое средство героин, которое приобретает совместно с Г.Д.Ф. и Б.В.А., с которыми она созванивается для приобретения героина. Встретившись, они складываются денежными средствами, которые отдают ей. Она договаривается с ФИО2 о встрече для приобретения у последнего героина. Затем, она с Г.Д.Ф. едет на указанный ФИО2 адрес, Б.В.А. остается ожидать их. По возвращении они делят между собой приобретенное наркотическое средство героин. ДАТА в утреннее время к ней она предложила Б.В.А. приобрести 2 грамма героина у ФИО2, тот согласился, и пояснил, что у него есть 900 рублей, у нее было 800 рублей. Так как, денег не хватало, они встретились с Г.Д.Ф., которому она предложила сложиться деньгами, и приобрести у ФИО2 героин, тот согласился, и передал ей 300 рублей. Она позвонила ФИО2, и спросила, можно ли у него приобрести героин, тот сказал, что можно, и для этого нужно приехать к нему домой на АДРЕС, и попросил купить в аптеке ему «Тропикамид», а остальные деньги в сумме 1500 рублей отдать ему за героин. Они поехали к ФИО2, по дороге купили в аптеке «Тропикамид». Приехав к дому ФИО2, они поднялись на 5 этаж, где на площадке около своей квартиры НОМЕР их ожидал ФИО2 Она передала ФИО2 «Тропикамид» и денежные средства в сумме 1 500 рублей за героин, а ФИО2 передал ей два бумажных свертка с героином. После чего, ФИО2 зашел домой, а они спустились на 1 этаж указанного дома, где Б.В.А. отсыпал из одного свертка часть наркотического средства героина в фольгу от пачки сигарет, а оставшееся наркотическое средство героин отдал Г.Д.Ф., который указанный сверток поместил в левый боковой карман куртки. Второй сверток, который находился у нее, она положила в левый боковой карман куртки. Они вышли на улицу, и у дома АДРЕС их задержали сотрудники полиции, которые доставили их в Отдел МВД России по г. Копейску. В ОМВД в присутствии двух женщин-понятых был проведен ее личный досмотр, перед производством которого ей были разъяснены права. Затем на вопрос о наличии при ней запрещенных в гражданском обороте предметов, наркотических средств, она пояснила, что у нее при себе имеется наркотическое средство героин. После чего, сотрудником женского пола был произведен ее личный досмотр, в ходе которого у нее в левом боковом кармане куртки был обнаружен бумажный сверток с порошкообразным веществом светлого цвета, который был изъят, упакован и опечатан, также был составлен протокол личного досмотра, с которым она и понятые ознакомились, и поставили свои подписи. Затем у нее были получены смывы с рук, и по данному факту был составлен протокол, в котором она и понятые расписались. После чего, сотрудником полиции у нее было отобрано объяснение по данному факту, где она все подробно рассказала. Будучи допрошенной в судебном заседании, М.О.А., воспользовавшись положениями ст. 51 Конституции РФ, отказалась от дачи показаний, пояснив, что подписи в протоколе допроса принадлежат ей. Показаниями свидетеля Б.В.А., данными им при производстве предварительного следствия, которые были оглашены в судебном заседании, в порядке ст. 281 УПК РФ , из которых видно, что он употребляет наркотическое средство героин, который приобретает совместно с Г.Д.Ф. и М.О.А. Перед приобретением героина они созваниваются по телефону, и договариваются о встрече. Встретившись, они складываются денежными средствами, все деньги отдают М.О.А., и она созванивается с ФИО2, с которым договаривается о встрече для приобретения у того героина. Приобретенный М.О.А. героин они делят между собой. ДАТА около 11 часов 30 минут он приехал к М.О.А., та предложила ему приобрести 2 грамма героин у ФИО2, он согласился, и пояснил, что у него есть 900 рублей, у М.О.А. было 800 рублей. Затем они встретились с Г.Д.Ф., которому М.О.В. предложила сложиться деньгами, и приобрести у ФИО2 героин, тот согласился, и передал М.О.А. 300 рублей. М.О.А. договорилась по телефону с ФИО2 о приобретении наркотического средства героина. ФИО2 предложил приехать к нему домой по адресу: АДРЕС, и попросил купить в аптеке «Тропикамид», а остальные деньги в сумме 1 500 рублей отдать ему за наркотическое средство героин. Они поехали к ФИО2, по пути заехали в одну из аптек. Приехав по указанному адресу, они зашли в один из подъездов АДРЕС, поднялись на 5 этаж, где расположена квартира ФИО2, который находился на площадке около своей квартиры НОМЕР. М.О.А. передала ФИО2 «Тропикамид» и денежные средства в сумме 1 500 рублей за героин, а ФИО2 передал ей два бумажных свертка с героином. ФИО2 зашел домой, а они спустились на 1 этаж указанного, где он отсыпал из одного из свертков себе часть героина в фольгу от пачки сигарет, а оставшийся героин отдал Г.Д.Ф., который указанный сверток поместил в левый боковой карман куртки. Второй сверток, который находился у М.О.А., та положила в левый боковой карман куртки. У дома АДРЕС их задержали сотрудниками полиции, которые доставили их в Отдел МВД России по г. Копейску Челябинской области. В кабинете ОМВД в присутствии двух мужчин-понятых был проведен его личный досмотр, перед производством которого ему были разъяснены его права, и ему был задан вопрос о наличии при нем запрещенных в гражданском обороте предметов, наркотических средств, на что он пояснил, что у него при себе имеется наркотическое средство героин. В ходе личного досмотра у него в левом заднем кармане джинс был обнаружен бумажный сверток с порошкообразным веществом светлого цвета, который был изъят, упакован, опечатан, он и понятые поставили свои подписи. По окончании личного досмотра был составлен протокол личного досмотра, с которым он и понятые ознакомились, и поставили свои подписи. Также у него были получены смывы с его рук на ватные тампоны. Затем у него было отобрано объяснение по данному факту, где он все подробно рассказал. том № 1 л.д. 112-116. Показаниями свидетеля Г.Д.Ф., данными им при производстве предварительного следствия, которые были оглашены в судебном заседании, в порядке ст. 281 УПК РФ , из которых видно, что он употребляет наркотическое средство героин, которое приобретает совместно с М.О.А. и Б.В.А. ДАТА он, М.О.А. и Б.В.А. встретились у магазина «Дикси», и М.О.А. предложила ему сложиться деньгами для приобретения 2 граммов наркотического средства героина у ФИО2, он согласился. Они сложились деньгами, Б.В.А. отдал 900 рублей, у него было 300 рублей, у М.О.А. 800 рублей. М.О.А. по телефону договорилась с ФИО2 о приобретении у того 2 граммов героина. По просьбе ФИО2 они приобрели тому в аптеке «Тропикамид», и приехали по указанному ФИО2 адресу, где на лестничной площадке около своей квартиры их ожидал ФИО2 М.О.А. передала ФИО2 «Тропикамид» и остальные денежные средства в сумме 1 500 рублей за героин, а ФИО2 передал ей два бумажных свертка с героин. На 1 этаже этого дома Б.В.А. отсыпал себе часть героин из свертка в фольгу от пачки сигарет, а оставшееся наркотическое средство героин отдал ему, и он этот сверток поместил в левый боковой карман куртки. У дома АДРЕС их задержали трое сотрудников полиции, которые доставили в Отдел МВД России по г. Копейску. В кабинете ОМВД в присутствии понятых был проведен его личный досмотр, перед производством которого на вопрос о наличии при нем запрещенных в гражданском обороте предметов, наркотических средств, он пояснил, что у него при себе имеется наркотическое средство героин. После чего, сотрудником полиции был произведен его личный досмотр, в ходе которого у него в левом боковом кармане куртки был обнаружен бумажный сверток с порошкообразным веществом светлого цвета, который был изъят, упакован и опечатан, он и понятые поставили свои подписи. Также, у него был изъят принадлежащий ему сотовой телефон «Флай» с сим-картой оператора сотовой связи «Теле2», были получены смывы с рук, и было отобрано объяснение по данному факту, где он все подробно рассказал. том № 1 л.д. 118-121. Показаниями свидетеля Ш.А.В., допрошенного в судебном заседании, который подтвердил правильность и правдивость своих показаний, данных им при производстве предварительного следствия на л.д. 216-222 том № 1, оглашенными в судебном заседании, в порядке ст. 281 УПК РФ , о том, что работает в должности оперуполномоченного ОНК ОМВД России по г. Копейску Челябинской области, куда поступили сведения о том, что Б.В.А., Г.Д.Ф., М.О.А. систематически приобретают и хранят при себе наркотическое средство героин на территории г. Копейска Челябинской области в значительных и крупных размерах, а ФИО2 систематически сбывает и хранит при себе наркотическое средство героин на территории г. Копейска Челябинской области в значительных и крупных размерах. ДАТА в ОНК ОМВД России по г. Копейску Челябинской области было принято решение о проведении ОРМ «Наблюдение» в отношении ФИО2 и ОРМ «Наблюдение» в отношении Б.В.А., Г.Д.Ф., М.О.А. ДАТА в утреннее время было установлено оперативное наблюдение за ФИО2, который проживает по адресу: АДРЕС. В 13 часов 15 минут у вышеуказанного дома были замечены Б.В.А., М.О.А. и Г.Д.Ф., которые зашли в подъезд дома АДРЕС, в котором расположена квартира ФИО2, и находились в нем около 10 минут. Затем Б.В.А., М.О.А. и Г.Д.Ф. вышли из подъезда, и у дома АДРЕС были ими задержаны, и доставлены в Отдел МВД России по г. Копейску Челябинской области. В ОМВД России по г. Копейску в присутствии понятых мужского пола в период времени с 14 часов до 14 часов 10 минут ДАТА Б.В.А. был досмотрен. Перед началом досмотра Б.В.А. на вопрос о наличии у него при себе наркотических средств, других предметов, запрещенных к гражданскому обороту, в том числе денежных средств, добытых преступным путем, Б.В.А. заявил, что имеет при себе наркотическое средство «героин». В ходе личного досмотра у Б.В.А. из левого заднего кармана джинс был изъят фольгированный сверток с порошкообразным веществом светлого цвета, который был упакован и опечатан, был составлен протокол, который понятые и Б.В.А. после личного ознакомления, подписали. Затем было произведено изъятие у Б.В.А. образцов смывов с рук. Далее в присутствии тех же понятых мужского пола в период времени с 14 часов 30 минут до 14 часов 40 минут ДАТА Г.Д.Ф. был досмотрен. Перед началом досмотра на вопрос о наличии у него при себе наркотических средств, оружия, других предметов, запрещенных к гражданскому обороту, в том числе денежных средств, добытых преступным путем, Г.Д.Ф. заявил, что имеет при себе наркотическое средство «героин». В ходе личного досмотра Г.Д.Ф. из левого бокового кармана куртки был изъят бумажный сверток с порошкообразным веществом бежевого цвета, который был упакован и опечатан. Также был изъят телефон «Флай» с сим-картой оператора сотовой связи «Теле2», было произведено изъятие у Г.Д.Ф. образцов смывов. Затем был приглашен сотрудник женского пола, со слов которой ему стало известно, что в присутствии понятых женского пола в период времени с 14 часов 55 минут до 15 часов 05 минут ДАТА М.О.А. была досмотрена. Перед началом досмотра на вопрос о наличии у нее при себе наркотических средств, оружия, других предметов, запрещенных к гражданскому обороту, в том числе денежных средств, добытых преступным путем, М.О.А. заявила, что имеет при себе наркотическое средство «героин». В ходе личного досмотра М.О.А. из левого бокового кармана куртки был изъят бумажный сверток с порошкообразным веществом бежевого цвета, который был упакован и опечатан, был составлен соответствующий протокол, который понятые и М.О.А. после личного ознакомления, подписали. Затем было произведено изъятие у М.О.А. образцов смывов с рук. В 19 часов из подъезда дома АДРЕС вышел ФИО2, который был задержан и доставлен в ОМВД России по г. Копейску Челябинской области, где в присутствии понятых мужского пола в период времени с 19 часов 20 минут до 19 часов 40 минут ДАТА ФИО2 был досмотрен. Перед началом досмотра на вопрос о наличии у него при себе наркотических средств, оружия, других предметов, запрещенных к гражданскому обороту, в том числе денежных средств, добытых преступным путем, ФИО2 заявил, что имеет при себе денежные средства в сумме 3 500 рублей, полученные от продажи наркотических средств. В ходе личного досмотра у ФИО2 из левого бокового кармана дубленки изъяты денежные средства в сумме 3 500 рублей, одна купюра номиналом 1 000 рублей, три денежные купюры номиналом 500 рублей, десять денежных купюр номиналом 100 рублей. Данные денежные средства были упакованы и опечатаны. Кроме того, были изъяты банковские чеки в количестве 5 штук банка «Сбербанк России», банковская карта «Сбербанк», сотовый телефон «Нокиа» с сим-картой оператора сотовой связи «Теле2», срезы с правого и левого кармана дубленки, образцы смывов с рук. За время проведения указанных мероприятий, на участвующих лиц никакого давления не оказывалось. Показаниями свидетеля Ф.А.О., допрошенного в судебном заседании, который подтвердил правильность и правдивость своих показаний, данных им при производстве предварительного следствия на л.д. 224-230 том № 1, оглашенными в судебном заседании, в порядке ст. 281 УПК РФ , и которые аналогичны показаниям свидетеля Ш.А.В. ДАТА в ходе ОРМ «Наблюдение» у дома АДРЕС были задержаны Б.В.А., М.О.А. и Г.Д.Ф., которые вышли из подъезда дома АДРЕС, в котором расположена квартира ФИО2 Позже, в 19 часов при выходе из подъезда дома АДРЕС был задержан ФИО2 После чего, в Отделе МВД России по г. Копейску Челябинской области Б.В.А., М.О.А. и Г.Д.Ф., а также ФИО2 были досмотрены, в ходе досмотра у которых было обнаружено и изъято: у Б.В.А. - из левого заднего кармана джинс был изъят фольгированный сверток с порошкообразным веществом светлого цвета, у Г.Д.Ф. - из левого бокового кармана куртки был изъят бумажный сверток с порошкообразным веществом бежевого цвета, телефон «Флай» с сим-картой оператора сотовой связи «Теле2», у М.О.А. - из левого бокового кармана куртки был изъят бумажный сверток с порошкообразным веществом бежевого цвета, у ФИО2 – из левого бокового кармана дубленки изъяты денежные средства в сумме 3 500 рублей, сотовый телефон «Нокиа» с сим-картой оператора сотовой связи «Теле2», банковские чеки в количестве 5 штук банка «Сбербанк России», банковская карта «Сбербанк», срезы с правого и левого кармана дубленки, образцы смывов с рук. ФИО2 заявил, что изъятые у него денежные средства в сумме 3 500 рублей получены от продажи наркотических средств. За время проведения указанных мероприятий, на участвующих лиц никакого давления не оказывалось. Показаниями свидетеля Ф.А.В.,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208-214 том № 1, оглашенными в судебном заседании, в порядке ст. 281 УПК РФ , о том, что он работает в должности инспектора ППСП ОМВД России по г. Копейску Челябинской области. ДАТА он принимал участие в проводимых в отношении Б.В.А., М.О.А., Г.Д.Ф. и Белоцерковского ОРМ «Наблюдение», в ходе которых ими были задержаны Б.В.А., М.О.А. и Г.Д.Ф., вышедшие из подъезда дома АДРЕС, в котором расположена квартира ФИО2, а позже при выходе из подъезда своего дома был задержан ФИО2 В Отделе МВД России по г. Копейску Челябинской области в присутствии понятых Б.В.А., М.О.А. и Г.Д.Ф., а также ФИО2 были досмотрены, в ходе досмотра у которых было обнаружено и изъято: у Б.В.А. - из левого заднего кармана джинс был изъят фольгированный сверток с порошкообразным веществом светлого цвета, у Г.Д.Ф. - из левого бокового кармана куртки был изъят бумажный сверток с порошкообразным веществом бежевого цвета, телефон «Флай» с сим-картой оператора сотовой связи «Теле2», у М.О.А. - из левого бокового кармана куртки был изъят бумажный сверток с порошкообразным веществом бежевого цвета, у ФИО2 – из левого бокового кармана дубленки изъяты денежные средства в сумме 3 500 рублей, сотовый телефон «Нокиа» с сим-картой оператора сотовой связи «Теле2», банковские чеки в количестве 5 штук банка «Сбербанк России», банковская карта «Сбербанк», срезы с правого и левого кармана дубленки, образцы смывов с рук. ФИО2 заявил, что изъятые у него денежные средства в сумме 3 500 рублей получены от продажи наркотических средств. За время проведения указанных мероприятий, на участвующих лиц никакого давления не оказывалось. Показаниями свидетеля В.М.А.,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240-246 том № 1, оглашенными в судебном заседании, в порядке ст. 281 УПК РФ , о том, он работает в должности инспектора ППСП ОМВД России по г. Копейску Челябинской области. ДАТА в утреннее время в рамках проводимого ОРМ «Наблюдение» было установлено оперативное наблюдение за ФИО2, проживающим по адресу: АДРЕС. В 13 часов 15 минут у вышеуказанного дома были замечены Б.В.А., М.О.А. и Г.Д.Ф., которые зашли в подъезд дома АДРЕС, где находились около 10 минут. После того, как Б.В.А., М.О.А. и Г.Д.Ф. вышли из подъезда, то у дома АДРЕС, были задержаны, и доставлены в Отдел МВД России по г. Копейску Челябинской области, где были досмотрены в присутствии понятых. В ходе личного досмотра Б.В.А., М.О.А. и Г.Д.Ф. было обнаружено и изъято: у Б.В.А. - из левого заднего кармана джинс был изъят фольгированный сверток с порошкообразным веществом светлого цвета, у Г.Д.Ф. - из левого бокового кармана куртки был изъят бумажный сверток с порошкообразным веществом бежевого цвета, а также телефон «Флай» с сим-картой оператора сотовой связи «Теле2», у М.О.А. - из левого бокового кармана куртки был изъят бумажный сверток с порошкообразным веществом бежевого цвета. В 19 часов при выходе из подъезда дома АДРЕС был задержан ФИО2, и доставлен в ОМВД России по городу Копейску Челябинской области, где в присутствии понятых ФИО2 был досмотрен. Перед началом досмотра ФИО2 было предложено добровольно выдать имеющиеся у него при себе наркотические средства, другие предметы, запрещенные к гражданскому обороту, в том числе денежные средства, добытые преступным путем. ФИО2 заявил, что имеет при себе денежные средства в сумме 3500 рублей, полученные от продажи наркотических средств. В ходе личного досмотра ФИО2, из левого бокового кармана его дубленки изъяты денежные средства в сумме 3500 рублей, одна купюра номиналом 1000 рублей, три денежные купюры номиналом 500 рублей, десять денежных купюр номиналом 100 рублей. Также у ФИО2 было изъято: сотовый телефон «Нокиа» с сим-картой оператора сотовой связи «Теле2», банковские чеки в количестве 5 штук банка «Сбербанк России», банковская карта «Сбербанк», срезы с правого и левого кармана дубленки, образцы смывов с рук. За время проведения указанных мероприятий, на участвующих лиц никакого давления не оказывалось. Показаниями свидетеля Г.А.И.,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248-254 том № 1, оглашенными в судебном заседании, в порядке ст. 281 УПК РФ , о том, он работает в должности младшего оперуполномоченного ОУР ОМВД России по г. Копейску Челябинской области. ДАТА в утреннее время с целью изобличения преступной деятельности, связанной с незаконным хранением и сбытом наркотического средства героин было установлено оперативное наблюдение за ФИО2, который проживает по адресу: АДРЕС. В 13 часов 15 минут у вышеуказанного дома были замечены Б.В.А., М.О.А. и Г.Д.Ф., которые зашли в подъезд вышеуказанного дома, где находились около 10 минут. Когда Б.В.А., М.О.А. и Г.Д.Ф. вышли из подъезда, то у дома АДРЕС были задержаны, и доставлены в Отдел МВД России по г. Копейску Челябинской области. В Отделе МВД России по г. Копейску Челябинской области в присутствии Б.В.А., М.О.А., Г.Д.Ф. были досмотрены. В ходе производства личного досмотра Б.В.А., М.О.А., Г.Д.Ф., было обнаружено и изъято: у Б.В.А. - из левого заднего кармана джинс был изъят фольгированный сверток с порошкообразным веществом светлого цвета, у Г.Д.Ф. - из левого бокового кармана куртки был изъят бумажный сверток с порошкообразным веществом бежевого цвета, а также был изъят телефон «Флай» с сим-картой оператора сотовой связи «Теле2», у М.О.А. - из левого бокового кармана куртки был изъят бумажный сверток с порошкообразным веществом бежевого цвета. В 19 часов был задержан ФИО2, который вышел из подъезда дома АДРЕС. В ОМВД России по г. Копейску Челябинской области в присутствии понятых ФИО2 был досмотрен. Перед началом досмотра на вопрос о наличии у него при себе наркотических средств, других предметов, запрещенных к гражданскому обороту, в том числе денежных средств, добытые преступным путем, ФИО2 заявил, что имеет при себе денежные средства в сумме 3500 рублей, полученные от продажи наркотических средств. В ходе личного досмотра ФИО2, у последнего из левого бокового кармана дубленки изъяты денежные средства в сумме 3500 рублей, одна купюра номиналом 1000 рублей, три денежные купюры номиналом 500 рублей, десять денежных купюр номиналом 100 рублей. Также у ФИО2 было изъято: сотовый телефон «Нокиа» с сим-картой оператора сотовой связи «Теле2», банковские чеки в количестве 5 штук банка «Сбербанк России», банковская карта «Сбербанк», срезы с правого и левого кармана дубленки, образцы смывов с рук. За время проведения указанных мероприятий, на участвующих лиц никакого давления не оказывалось. том № 1 л.д. 248-254. Показаниями свидетеля Г.Д.А., данными им при производстве предварительного следствия, и которые были оглашены в судебном заседании, в порядке ст. 281 УПК РФ , из которых видно, что он работает в должности оперуполномоченного ОУР ОМВД России по г. Копейску Челябинской области. В ОНК ОМВД России по г. Копейску Челябинской области поступили сведения о том, что Б.В.А., Г.Д.Ф., М.О.А. систематически приобретают и хранят при себе наркотическое средство героин на территории г. Копейска Челябинской области в значительных и крупных размерах, а ФИО2 систематически сбывает и хранит при себе наркотическое средство героин на территории г. Копейска Челябинской области в значительных и крупных размерах. ДАТА в ОНК ОМВД России по г. Копейску Челябинской области было принято решение о проведении ОРМ «Наблюдение» в отношении ФИО2 и в отношении Б.В.А., Г.Д.Ф., М.О.А. ДАТА в утреннее время было установлено оперативное наблюдение за ФИО2, проживающим по адресу: АДРЕС. В 13 часов 15 минут у вышеуказанного дома были замечены Б.В.А., М.О.А. и Г.Д.Ф., которые зашли в подъезд дома НОМЕР по указанному адресу, в котором расположена квартира ФИО2, и находились в нем около 10 минут. После того, как Б.В.А., М.О.А. и Г.Д.Ф. вышли из подъезда, то у дома АДРЕС, где ими были задержаны и доставлены в Отдел МВД России по г. Копейску Челябинской области. Оперативное наблюдение за адресом проживания ФИО2 было продолжено. В Отделе МВД России по г. Копейску Челябинской области в период времени с 14 часов до 14 часов 10 минут ДАТА Б.В.А. был досмотрен. Перед началом досмотра на вопрос о наличии при себе наркотических средств, других предметов, запрещенных к гражданскому обороту, в том числе денежных средств, добытых преступным путем, Б.В.А. заявил, что имеет при себе наркотическое средство «героин». В ходе личного досмотра у Б.В.А. из левого заднего кармана джинс был изъят фольгированный сверток с порошкообразным веществом светлого цвета, который был упакован и опечатан. В период времени с 14 часов 30 минут до 14 часов 40 минут ДАТА был досмотрен Г.Д.Ф., который на вопрос о наличии у него при себе наркотических средств, оружия, других предметов, запрещенных к гражданскому обороту, в том числе денежных средств, добытых преступным путем, заявил, что имеет при себе наркотическое средство «героин». Затем был произведен личный досмотр Г.Д.Ф., его вещей, в ходе которого у последнего из левого бокового кармана куртки был изъят бумажный сверток с порошкообразным веществом бежевого цвета, который был упакован и опечатан. Также был изъят телефон «Флай» с сим-картой оператора сотовой связи «Теле2», которые не упаковывались. По данному факту составлен протокол, который понятые и Г.Д.Ф. после личного ознакомления, подписали. После чего, было произведено изъятие у Г.Д.Ф. образцов смывов с рук. Затем был приглашен сотрудник женского пола, со слов которой, ему известно, что в присутствии понятых женского пола в период времени с 14 часов 55 минут до 15 часов 05 минут ДАТА была досмотрена М.О.А., которая перед началом на вопрос о наличии у нее при себе наркотических средств и других предметов, запрещенных к гражданскому обороту, заявила, что имеет при себе наркотическое средство «героин». В ходе личного досмотра М.О.А., у последней из левого бокового кармана куртки был изъят бумажный сверток с порошкообразным веществом бежевого цвета, который был упакован и опечатан, был составлен протокол, который понятые и М.О.А. после личного ознакомления, подписали. Также было произведено изъятие у М.О.А. образцов смывов с рук В 19 часов при выходе из подъезда дома АДРЕС был задержан ФИО2 В ОМВД России по г. Копейску Челябинской области в присутствии понятых мужского пола в период времени с 19 часов 20 минут до 19 часов 40 минут ДАТА ФИО2 был досмотрен. Перед началом досмотра на вопрос о наличии у него при себе наркотических средств, других предметов, запрещенных к гражданскому обороту, в том числе денежных средств, добытых преступным путем, ФИО2 заявил, что имеет при себе денежные средства в сумме 3 500 рублей, полученные от продажи наркотических средств. В ходе личного досмотра у ФИО2 из левого бокового кармана дубленки изъяты денежные средства в сумме 3 500 рублей, одна купюра номиналом 1000 рублей, три денежные купюры номиналом 500 рублей, десять денежных купюр номиналом 100 рублей, которые были упакованы и опечатаны. Также у ФИО2 были изъяты: сотовый телефон «Нокиа» с сим-картой оператора сотовой связи «Теле2», банковские чеки в количестве 5 штук банка «Сбербанк России», банковская карта «Сбербанк», срезы с правого и левого кармана дубленки, образцы смывов с рук. За время проведения указанных мероприятий, на участвующих лиц никакого давления не оказывалось. том № 1 л.д. 232-238. Показаниями свидетеля К.И.В., данными ею на предварительном следствии на л.д. 256-262 том НОМЕР, оглашенными в судебном заседании, в порядке ст. 281 УПК РФ , и которые аналогичны показаниям Ф.А.В., Ш.А.В., Ф.А.О., Г.Д.А., В.М.А., Г.А.И. Также, из показаний К.И.В. видно, что в присутствии понятых женского пола в период времени с 14 часов 55 минут до 15 часов 05 минут ДАТА ею была досмотрена М.О.А. Перед началом досмотра на вопрос о наличии у нее при себе наркотических средств, других предметов, запрещенных к гражданскому обороту, в том числе денежных средств, добытых преступным путем, М.О.А. заявила, что имеет при себе наркотическое средство «героин». В ходе личного досмотра М.О.А., ее вещей, у последней из левого бокового кармана куртки был изъят бумажный сверток с порошкообразным веществом бежевого цвета, который был упакован и опечатан. По данному факту составлен протокол, который понятые и М.О.А. после личного ознакомления, подписали. Затем было произведено изъятие у М.О.А. образцов смывов с рук. Рапортом оперуполномоченного ОНК Ф.А.О., из которого следует, что ДАТА в 19 часов в ходе проведения оперативно-розыскного мероприятия «Наблюдение» около дома АДРЕС, был задержан ФИО2, проживающий по адресу: АДРЕС, который незаконно сбыл Б.В.А., Г.Д.Ф. и М.О.А. порошкообразное вещество бежевого цвета. том № 1 л.д. 12. Рапортом старшего оперуполномоченного Г.Д.А., согласно которого ДАТА в 13 часов 30 минут в ходе проведения оперативно-розыскного мероприятия «Наблюдение» около дома АДРЕС, был задержан Б.В.А., у которого в ходе личного досмотра был обнаружен и изъят фольгированный сверток с порошкообразным веществом светлого цвета. том № 1 л.д. 13. Рапортом оперуполномоченного ОНК Ф.А.О., согласно которого ДАТА в 13 часов 30 минут в ходе проведения оперативно-розыскного мероприятия «Наблюдение» около дома АДРЕС, был задержан Г.Д.Ф., у которого в ходе личного досмотра был обнаружен и изъят бумажный сверток с порошкообразным веществом бежевого цвета. том НОМЕР л.д. 14. Рапортом оперуполномоченного ОНК Ф.А.О., согласно которого ДАТА в 13 часов 30 минут в ходе проведения оперативно-розыскного мероприятия «Наблюдение» около дома АДРЕС, была задержана М.О.А., у которой в ходе личного досмотра был обнаружен и изъят бумажный сверток с порошкообразным веществом бежевого цвета. том № 1 л.д. 15. Протоколом личного досмотра, согласно которого ДАТА в период времени с 14 часов 00 минут до 14 часов 10 минут в кабинете НОМЕР Отдела МВД России по г. Копейску Челябинской области по ул. Ленина, 62, в присутствии понятых был произведен досмотр Б.В.А., которому перед началом досмотра было предложено добровольно выдать имеющиеся при себе запрещенные к обороту предметы и вещи. Б.В.А. заявил, что имеет при себе наркотическое средство героин. В ходе досмотра Б.В.А. было обнаружено и изъято из левого заднего кармана джинс фольгированный сверток с порошкообразным веществом светлого цвета, упаковано в самодельный бумажный пакет белого цвета, опечатано фрагментом листа белой бумаги с оттиском круглой печати «НОМЕР ОМВД России по городу Копейску Челябинской области». том. № 1 л.д. 32. Справкой об исследовании НОМЕР от ДАТА, согласно выводам которой, представленное на исследование вещество, изъятое у Б.В.А. ДАТА, содержит героин (диацетилморфин), который отнесен к наркотическим средствам. Масса вещества составляет 0,62 грамма (в ходе исследования израсходовано 0,01 грамма вещества). том № 1 л.д. 34. Заключением эксперта НОМЕР от ДАТА, согласно которого предоставленное на исследование вещество в фольгированном свертке, изъятое ДАТА в ходе личного досмотра у Б.В.А., содержит диацетилморфин (героин), который отнесен к наркотическим средствам. Масса вещества составляет 0,61 грамма. В ходе проведения экспертизы израсходовано 0,03 грамма вещества. том № 1 л.д. 37-39. Протоколом личного досмотра, согласно которого ДАТА в период времени с 14 часов 30 минут до 14 часов 40 минут в кабинете НОМЕР Отдела МВД России по г. Копейску Челябинской области по ул. Ленина, 62 в присутствии понятых был произведен досмотр Г.Д.В., которому перед началом досмотра было предложено добровольно выдать имеющиеся при себе запрещенные к обороту предметы и вещи. Г.Д.Ф. заявил, что имеет при себе наркотическое средство героин. В ходе досмотра Г.Д.Ф. было обнаружено и изъято из левого бокового кармана куртки бумажный сверток с порошкообразным веществом бежевого цвета, упаковано в самодельный бумажный пакет белого цвета, опечатано фрагментом листа белой бумаги с оттиском круглой печати «НОМЕР ОМВД России по городу Копейску Челябинской области», а также сотовый телефон «Флай» с сим-картой оператора сотовой связи «Теле2», которые не упаковывались. Том № 1 л.д. 48. Справкой об исследовании НОМЕР от ДАТА, согласно выводам которой, представленное на исследование вещество, изъятое ДАТА у Г.Д.Ф., содержит героин (диацетилморфин), который отнесен к наркотическим средствам. Масса вещества составляет 0,57 грамма (в ходе исследования израсходовано 0,03 грамм вещества). том № 1 л.д. 50. Заключением эксперта НОМЕР от ДАТА, согласно которого предоставленное на исследование вещество в бумажном свертке, изъятое ДАТА в ходе личного досмотра у Г.Д.Ф., содержит в своем составе диацетилморфин (героин), который отнесен к наркотическим средствам. Масса вещества составляет 0,54 грамма. В ходе проведения экспертизы израсходовано 0,02 грамма вещества. том № 1 л.д. 53-55. Протоколом личного досмотра, согласно которого ДАТА в период времени с 14 часов 55 минут до 15 часов 05 минут в кабинете НОМЕР Отдела МВД России по г. Копейску Челябинской области по ул. Ленина, 62, в присутствии понятых был произведен досмотр М.О.А., которой перед началом досмотра было предложено добровольно выдать имеющиеся при себе запрещенные к обороту предметы и вещи. М.О.А. заявила, что имеет при себе наркотическое средство героин. В ходе досмотра М.О.А. было обнаружено и изъято из левого бокового кармана куртки бумажный сверток с порошкообразным веществом бежевого цвета, упаковано в самодельный бумажный пакет белого цвета, опечатано фрагментом листа белой бумаги с оттиском круглой печати «НОМЕР ОМВД России по городу Копейску Челябинской области». том № 1 л.д. 64. Справкой об исследовании НОМЕР от ДАТА, согласно которой, представленное на исследование вещество, изъятое у М.О.А., содержит героин (диацетилморфин), который отнесен к наркотическим средствам. Масса вещества составляет 0,59 грамма (в ходе исследования израсходовано 0,01 грамма вещества). том 1 л.д. 66. Заключением эксперта НОМЕР от ДАТА, согласно которого предоставленное на исследование вещество в бумажном свертке, изъятое ДАТА в ходе личного досмотра у М.О.А., содержит в своем составе диацетилморфин (героин), который отнесен к наркотическим средствам. Масса вещества составляет 0,58 грамма. В ходе проведения экспертизы израсходовано 0,02 грамма вещества. том 1 л.д. 69-71. Протоколом личного досмотра, согласно которого ДАТА в период времени с 19 часов 20 минут до 19 часов 40 минут в кабинете НОМЕР Отдела МВД России по г. Копейску Челябинской области по ул. Ленина, 62, в присутствии понятых был произведен досмотр ФИО2, которому перед началом досмотра было предложено добровольно выдать имеющиеся при себе запрещенные к обороту предметы и вещи. ФИО2 заявил, что имеет при себе денежные средства в сумме 3500 рублей от продажи наркотических средств. В ходе досмотра ФИО2 было обнаружено и изъято из левого бокового кармана дубленки денежные средства в сумме 3500 рублей, одна купюра номиналом 1000 рублей, три купюры номиналом 500 рублей, десять купюр номиналом 100 рублей, упаковано в самодельный бумажный пакет белого цвета, опечатано фрагментом листа белой бумаги с оттиском круглой печати «НОМЕР ОМВД России по г. Копейску Челябинской области», а также банковские чеки в количестве 5 штук, упаковано в самодельный бумажный пакет белого цвета, опечатано фрагментом листа белой бумаги с оттиском круглой печати «НОМЕР ОМВД России по г. Копейску Челябинской области», сотовый телефон «Сони» с сим-картой оператора сотовой связи «Теле2», который не упаковывался. том № 1 л.д. 80. Протоколом осмотра предметов, из которого видно, что были осмотрены: - сверток, изъятый у Б.В.А. ДАТА, выполненный из фрагмента фольгированной бумаги серебристо-белого цвета с веществом светло-бежевого цвета в виде порошка и комочков. - смывы с правой и левой рук Б.В.А. ДАТА, контрольный смыв. - сверток, изъятый у Г.Д.Ф. ДАТА, выполненный из фрагмента бумаги белого цвета с печатным текстом на одной из сторон. В свертке содержится вещество светло-бежевого цвета в виде порошка и комочков. - смывы с правой и левой рук Г.Д.Ф. ДАТА, контрольный смыв. - сверток, изъятый у М.О.А. ДАТА, выполненный из фрагмента бумаги белого цвета с печатным текстом на одной из сторон. В свертке содержится вещество светло-бежевого цвета в виде порошка и комочков. - смывы с правой и левой рук М.О.А., контрольный смыв - срезы с правого и левого боковых карманов дубленки ФИО2 При вскрытии из каждого пакета извлечено по одному фрагменту меха коричневого цвета. - смывы с правой и левой рук ФИО2, контрольный смыв. том № 2 л.д. 16-20, 21-23, 24-26, 27. Протоколом осмотра предметов, в ходе которого были осмотрены: - денежные средства в сумме 3 500 (три тысячи пятьсот рублей), изъятые гр. ФИО2, а именно: билеты банка России: номиналом 100 рублей серии СЯ НОМЕР, СЯ НОМЕР, СЭ НОМЕР, ЧК НОМЕР, СЬ НОМЕР, СЬ НОМЕР, ЧВ НОМЕР, СН НОМЕР, СЭ НОМЕР, ЧЛ НОМЕР, номиналом 500 рублей серии ЗО НОМЕР, ЗЛ НОМЕР, ЗЭ НОМЕР, номиналом 1000 рублей серии ЛС НОМЕР. том № 2 л.д. 32-39, 40-42. Протоколом осмотра предметов, из которого видно, что были осмотрены: - сотовый телефон «Nokia» (Нокиа) в корпусе черного цвета, внутри корпуса телефона указан имей-код НОМЕР, в телефоне имеется одна сим-карт оператора сотовой связи «Теле2», после ввода комбинации *201#, на экране телефоне высветился абонентский номер НОМЕР, находящийся в пользовании ФИО2 После получения доступа в личный кабинет, установлено, что абонентский номер зарегистрирован на имя ФИО2, а затем получена детализация абонентских соединений указанного номера за период с ДАТА по ДАТА, которая выполнена на 33 листах бумаги формата А4. В ходе осмотра указанной детализации ДАТА обнаружены и зафиксированы соединения указанного абонента с абонентом, имеющим абонентский номер – НОМЕР, которым пользовался Г.Д.Ф., а именно следующие входящие смс-сообщения и звонки: входящие - в 12 часов 21 минуту 12 секунд, в 12 часов 25 минут 15 секунд, в 12 часов 43 минуты 20 секунд, в 12 часов 49 минут 02 секунды. - сотовый телефон «fly» (Флай) в корпусе черного цвета, внутри корпуса телефона указан имей-код НОМЕР, в телефоне имеется одна сим-карт оператора сотовой связи «Теле2», после ввода комбинации *201#, на экране телефоне высветился абонентский номер НОМЕР, находящийся в пользовании Г.Д.Ф. После доступа в личный кабинет, установлено, что абонентский номер абонентский номер зарегистрирован на имя Г.Г.С., а затем получена детализация абонентских соединений указанного номера за период с ДАТА по ДАТА, которая выполнена на 11 листах. В ходе осмотра указанной детализации обнаружены и зафиксированы соединения ДАТА указанного абонента с абонентом, имеющим абонентский номер – НОМЕР, которым пользовался ФИО2, а именно следующие входящие смс-сообщения и исходящие звонки: исходящие в 12 часов 21 минуту 03 секунды, в 12 часов 24 минуты 57 секунд, исходящие в 12 часов 43 минуты 10 секунд, в 12 часов 48 минут 44 секунды. - сотовый телефон «Sony» (Сони) в корпусе черного цвета, внутри корпуса телефона указан имей-код НОМЕР, в телефоне имеется одна сим-карт оператора сотовой связи «Теле2». том № 2 л.д. 43-53, 54-56. В судебном заседании достоверно установлено, что именно ФИО2, а не кто-то другой, незаконно сбыл ДАТА Б.В.А., М.О.А. и Г.Д.Ф. наркотическое средство – героин в значительном размере, что подтверждается как показаниями свидетелей Б.В.А., М.О.А. и Г.Д.Ф., свидетелей – сотрудников полиции, принимавших участие в ОРМ «Наблюдение», так и показаниями подсудимого ФИО2, а также всей совокупностью исследованных в судебном заседании доказательств. Показания свидетелей Б.В.А., М.О.А., Г.Д.Ф., Ш.А.В., Ф.А.О., Г.Д.А., Ф.А.В., В.М.А., Г.А.И., К.И.В., последовательные, постоянные, соответствуют фактическим обстоятельствам уголовного дела, согласуются между собой, и с показаниями подсудимого ФИО2, а также объективно подтверждаются материалами уголовного дела. Оснований для оговора ФИО2 у перечисленных выше свидетелей не имеется. Оснований не доверять показаниям свидетелей, у суда не имеется. Таким образом, суд, исследовав материалы уголовного дела, подвергнув анализу все исследованные в судебном заседании доказательства, пришел к выводу о том, что действия ФИО2 выразившиеся в незаконном сбыте наркотического средства – героина в значительном размере Б.В.А., Г.Д.Ф., М.О.А. ДАТА, следует правильно квалифицировать по п. «б» ч. 3 ст. 228.1 Уголовного кодекса Российской Федерации – незаконный сбыт наркотических средств, совершенный в значительном размере.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Виновность подсудимого ФИО2 в содеянном по факту сбыта ДАТА наркотического средства - героина У.Е.А. и Х.А.А. подтверждается следующими доказательствами: Показаниями свидетеля У.Е.А., допрошенного в судебном заседании, который подтвердил правильность и правдивость своих показаний, данных им на предварительном следствии на л.д. 178-181 том № 1, оглашенными в судебном заседании, в порядке ст. 281 УПК РФ , о том, что он с сентября 2016 года он снова начал употреблять наркотическое средство героин. Его знакомый Х.А.А. тоже употребляет наркотическое средство героин. ДАТА около 14 часов он встретился со своим знакомым Х.А.А., с которым они решили употребить наркотическое средство героин. У него и у Х.А.А. было по одной тысячи рублей. Х.А.А. сказал, что героин можно приобрести у его знакомого Белоцерковского Димы. Х.А.А. позвонил со своего телефона Белоцерковскому Диме на НОМЕР, и договорился о встрече в подъезде НОМЕР АДРЕС, где живет Дима. Они пришли к Белоцерковскому Диме в подъезд НОМЕР АДРЕС. На лестничной площадке первого этажа данного подъезда стоял ФИО2, которому он и Х.А.А. передали каждый по 1 000 рублей, ФИО2 передал ему и Х.А.А. по бумажному свертку, в которых находилось наркотическое средство «героин». Свой сверток с героином он убрал в правый боковой карман куртки. ФИО2 поднялся домой. Х.А.А. пересыпал находящийся в своем свертке героин, который он приобрел у ФИО2 в стеклянный бутылек, который был у него, после чего он употребил данный героин, а бумажную упаковку свертка выбросил в данном подъезде на 1 этаже на лестничной площадке. Около АДРЕС к ним подошли сотрудники полиции, которые их задержали и доставили в Отдел МВД России по г. Копейску. Показаниями свидетеля Х.А.А., допрошенного в судебном заседании, который подтвердил правильность и правдивость своих показаний, данных им на предварительном следствии на л.д. 182-185 том НОМЕР, оглашенными в судебном заседании, в порядке ст. 281 УПК РФ , о том, что он употреблял наркотическое средство героин. Его знакомый У.Е.А. тоже употребляет наркотическое средство героин. ДАТА около 14 часов, он встретился с У.Е.А., с которым они решили употребить наркотическое средство героин. У них было по 1 тысячи рублей. Он пояснил, что героин можно приобрести у его знакомого ФИО2. Он позвонил со своего телефона с номером НОМЕР ФИО2 на номер НОМЕР, и договорился о встрече в подъезде АДРЕС, где живет Д., чтобы приобрести у того наркотическое средство героин по 1000 рублей за 1 грамм. Он ранее приобретал у ФИО2 наркотическое средство героин. ДАТА около 14 часов 30 минут они с У.Е.А. подошли в подъезд АДРЕС, где на лестничной площадке первого этажа данного подъезда находился ФИО2, которому он и У.Е.А. передали каждый по 1000 рублей, за это тот передал ему и У.Е.А. по бумажному свертку, в которых находилось наркотическое средство «героин». У.Е.А. свой сверток с героином убрал в правый боковой карман куртки. ФИО2 ушел. Он пересыпал находящийся в его свертке героин, который приобрел у ФИО2, в имеющийся у него стеклянный бутылек, после чего он употребил данный героин. Бумажную упаковку свертка он выбросил в данном подъезде на 1 этаже на лестничной площадке, шприц после употребления героина он выкинул на улице. Пузырек, в который он пересыпал героин для употребления, находился у него в правом боковом кармане куртки. Около АДРЕС к ним подошли сотрудниками полиции, которые их задержали и доставили в Отдел МВД России по г. Копейску. Показаниями свидетеля Ф.А.В., допрошенного в судебном заседании, который подтвердил правильность и правдивость своих показаний, данных им на предварительном следствии на л.д. 208-214 том № 1, оглашенными в судебном заседании, в порядке ст. 281 УПК РФ , о том, что он работает в должности инспектора ППСП ОМВД России по г. Копейску Челябинской области. ДАТА в утреннее время с целью изобличения преступной деятельности, связанной с незаконным хранением и сбытом наркотического средства героин было установлено оперативное наблюдение за ФИО2, который проживает по адресу: АДРЕС Около 17 часов у дома АДРЕС были замечены У.Е.А. и Х.А.А., которые зашли в подъезд АДРЕС, где находились в нем около 5 минут. Когда они вышли из подъезда, то были ими задержаны, и доставлены в ОМВД России по г. Копейску Челябинской области, где в присутствии понятых в период времени с 16 часов 30 минут до 16 часов 40 минут ДАТА У.Е.А. был досмотрен. Перед началом досмотра на вопрос о наличии у него при себе наркотических средств, других предметов, запрещенных к гражданскому обороту, У.Е.А. заявил, что имеет при себе наркотическое средство «героин». В ходе личного досмотра У.Е.А., его вещей, у последнего с правого кармана куртки изъят бумажный сверток с порошкообразным веществом бежевого цвета, который был упакован и опечатан. Также у У.Е.А. был изъят сотовый телефон «Сони» с сим-картой оператора сотовой связи «Теле2», образцы смывов с рук. Затем в период времени с 17 часов до 17 часов 10 минут ДАТА был досмотрен Х.А.А., которому перед началом досмотра было предложено добровольно выдать имеющиеся у него при себе наркотические средства, оружие, другие предметы, запрещенные к гражданскому обороту. Х.А.А. заявил, что не имеет при себе ничего запрещенного. В ходе личного досмотра, у Х.А.А. из правого бокового кармана куртки изъят сотовый телефон «Нокиа» с сим-картой оператора сотовой связи «Теле2», а также стеклянный бутылек с надписью «Цефазолин», образцы смывов с рук. В 19 часов из подъезда АДРЕС вышел ФИО2, который был задержан и доставлен в ОМВД России по г. Копейску Челябинской области, где в присутствии понятых мужского пола в период времени с 19 часов 20 минут до 19 часов 40 минут ДАТА ФИО2 был досмотрен. Перед началом досмотра ФИО2 на вопрос о наличии у него при себе наркотических средств, других предметов, запрещенных к гражданскому обороту, в том числе денежных средств, добытых преступным путем, ФИО2 заявил, что имеет при себе денежные средства в сумме 3 500 рублей, полученные от продажи наркотических средств. В ходе личного досмотра ФИО2, у последнего из левого бокового кармана дубленки изъяты денежные средства в сумме 3 500 рублей, одна купюра номиналом 1000 рублей, три денежные купюры номиналом 500 рублей, десять денежных купюр номиналом 100 рублей. Также у ФИО2 были изъяты: сотовый телефон «Нокиа» с сим-картой оператора сотовой связи «Теле2», банковские чеки в количестве 5 штук банка «Сбербанк России», банковская карта «Сбербанк», срезы с правого и левого кармана дубленки, образцы смывов с рук. Показаниями свидетеля Ш.А.В., допрошенного в судебном заседании, который подтвердил правильность и правдивость своих показаний, данных им на предварительном следствии на л.д. 216-222 том № 1, оглашенными в судебном заседании, в порядке ст. 281 УПК РФ , о том, что он работает в должности оперуполномоченного ОНК ОМВД России по г. Копейску Челябинской области, куда поступили сведения о том, что У.Е.А. и Х.А.А. систематически приобретают и хранят при себе наркотическое средство героин на территории г. Копейска Челябинской области, а ФИО2 систематически сбывает и хранит при себе наркотическое средство героин на территории г. Копейска Челябинской области. ДАТА в утреннее время в рамках ОРМ «Наблюдение» было установлено оперативное наблюдение за ФИО2, который проживает по адресу: АДРЕС. Около 17 часов у дома АДРЕС были замечены У.Е.А. и Х.А.А., которые зашли в подъезд дома АДРЕС, где находились около 5 минут. Когда они вышли из подъезда, то были задержаны и доставлены в ОМВД России по г. Копейску Челябинской области, где в присутствии понятых были досмотрены. В ходе личного досмотра У.Е.А. и Х.А.А. было обнаружено и изъято: у У.Е.А. - из правого кармана его куртки изъят бумажный сверток с порошкообразным веществом бежевого цвета, а также сотовый телефон «Сони» с сим-картой оператора сотовой связи «Теле2», у Х.А.А. - из правого бокового кармана его куртки изъят сотовый телефон «Нокиа» с сим-картой оператора сотовой связи «Теле2», а также стеклянный бутылек с надписью «Цефазолин». В 19 часов из подъезда дома АДРЕС вышел ФИО2, который был задержан и доставлен в ОМВД России по г. Копейску Челябинской области, где в присутствии понятых мужского пола в период времени с 19 часов 20 минут до 19 часов 40 минут ДАТА ФИО2 был досмотрен. Перед началом досмотра на вопрос о наличии у него при себе наркотических средств, других предметов, запрещенных к гражданскому обороту, в том числе денежных средств, добытых преступным путем, ФИО2 заявил, что имеет при себе денежные средства в сумме 3 500 рублей, полученные от продажи наркотических средств. В ходе личного досмотра ФИО2 из левого бокового кармана его дубленки изъяты денежные средства в сумме 3 500 рублей, одна купюра номиналом 1000 рублей, три денежные купюры номиналом 500 рублей, десять денежных купюр номиналом 100 рублей. Данные денежные средства были и опечатаны. Также у ФИО2 были изъяты: сотовый телефон «Нокиа» с сим-картой оператора сотовой связи «Теле2», банковские чеки в количестве 5 штук банка «Сбербанк России», банковская карта «Сбербанк», срезы с правого и левого кармана дубленки, образцы смывов с рук. За время проведения указанных мероприятий, на участвующих лиц никакого давления не оказывалось. Показаниями свидетеля Ф.А.О., допрошенного в судебном заседании, который подтвердил правильность и правдивость своих показаний, данных им на предварительном следствии на л.д. 224-230 том № 1, оглашенными в судебном заседании, в порядке ст. 281 УПК РФ , о том, что он работает в должности оперуполномоченного ОНК ОМВД России по г. Копейску Челябинской области, куда поступили сведения о том, что У.Е.А. и Х.А.А. систематически приобретают и хранят при себе наркотическое средство героин на территории г. Копейска Челябинской области, а ФИО2 систематически сбывает и хранит при себе наркотическое средство героин на территории г. Копейска Челябинской области. ДАТА в утреннее время было установлено оперативное наблюдение за ФИО2, который проживает по адресу: АДРЕС. Около 17 часов у дома АДРЕС были замечены У.Е.А. и Х.А.А., которые зашли в подъезд дома АДРЕС, где находились около 5 минут. Когда они вышли из подъезда, то были задержаны и доставлены в ОМВД России по г. Копейску Челябинской области, где в присутствии понятых были досмотрены. В ходе личного досмотра У.Е.А. и Х.А.А., было обнаружено и изъято: у У.Е.А. - из правого кармана его куртки изъят бумажный сверток с порошкообразным веществом бежевого цвета, а также был изъят сотовый телефон «Сони» с сим-картой оператора сотовой связи «Теле2», у Х.А.А. - из правого бокового кармана его куртки изъят сотовый телефон «Нокиа» с сим-картой оператора сотовой связи «Теле2», а также стеклянный бутылек с надписью «Цефазолин». В 19 часов из подъезда дома АДРЕС вышел ФИО2, который был задержан и доставлен в ОМВД России по г. Копейску, где в присутствии понятых в период времени с 19 часов 20 минут до 19 часов 40 минут ДАТА ФИО2 был досмотрен. Перед началом досмотра ФИО2 было предложено добровольно выдать имеющиеся у него при себе наркотические средства, другие предметы, запрещенные к гражданскому обороту, в том числе денежные средства, добытые преступным путем ФИО2 заявил, что имеет при себе денежные средства в сумме 3 500 рублей, полученные от продажи наркотических средств. В ходе личного досмотра ФИО2, из левого бокового кармана его дубленки изъяты денежные средства в сумме 3500 рублей, одна купюра номиналом 1 000 рублей, три денежные купюры номиналом 500 рублей, десять денежных купюр номиналом 100 рублей. Данные денежные средства были упакованы и опечатаны. Также у ФИО2 было изъято: сотовый телефон «Нокиа» с сим-картой оператора сотовой связи «Теле2», банковские чеки в количестве 5 штук банка «Сбербанк России», банковская карта «Сбербанк», срезы с правого и левого кармана дубленки, образцы смывов с рук. За время проведения указанных мероприятий, на участвующих лиц никакого давления не оказывалось. Показаниями свидетеля В.М.А., допрошенного в судебном заседании, который подтвердил правильность и правдивость своих показаний, данных им на предварительном следствии на л.д. 240-246 том НОМЕР, оглашенными в судебном заседании, в порядке ст. 281 УПК РФ , о том, что он работает в должности инспектора ППСП ОМВД России по г. Копейску Челябинской области. ДАТА в утреннее время было установлено оперативное наблюдение за ФИО2, проживающего по адресу: АДРЕС. Около 17 часов у вышеуказанного дома НОМЕР были замечены У.Е.А. и Х.А.А., которые зашли в подъезд вышеуказанного дома, где находились около 5 минут. Когда они вышли из подъезда, то были задержаны, и доставлены в ОМВД России по г. Копейску Челябинской области, где в присутствии понятых были досмотрены. В ходе личного досмотра было обнаружено и изъято: у У.Е.А. – из правого кармана куртки изъят бумажный сверток с порошкообразным веществом бежевого цвета, а также был изъят сотовый телефон «Сони» с сим-картой оператора сотовой связи «Теле2», у Х.А.А. - из правого бокового кармана куртки изъят сотовый телефон «Нокиа» с сим-картой оператора сотовой связи «Теле2», а также стеклянный бутылек с надписью «Цефазолин». В 19 часов из подъезда АДРЕС вышел ФИО2, который был задержан и доставлен в ОМВД России по г. Копейску Челябинской области, где в присутствии понятых мужского пола в период времени с 19 часов 20 минут до 19 часов 40 минут ДАТА ФИО2 был досмотрен. Перед началом досмотра на вопрос о наличии у него при себе наркотических средств, других предметов, запрещенных к гражданскому обороту, в том числе денежных средств, добытых преступным путем, ФИО2 заявил, что имеет при себе денежные средства в сумме 3 500 рублей, полученные от продажи наркотических средств. В ходе личного досмотра ФИО2, у последнего из левого бокового кармана дубленки изъяты денежные средства в сумме 3500 рублей, одна купюра номиналом 1 000 рублей, три денежные купюры номиналом 500 рублей, десять денежных купюр номиналом 100 рублей. Также у ФИО2 было изъято: сотовый телефон «Нокиа» с сим-картой оператора сотовой связи «Теле2», банковские чеки в количестве 5 штук банка «Сбербанк России», банковская карта «Сбербанк», срезы с правого и левого кармана дубленки, образцы смывов с рук. За время проведения указанных мероприятий, на участвующих лиц никакого давления не оказывалось. Показаниями свидетеля Г.А.И., допрошенного в судебном заседании, который подтвердил правильность и правдивость своих показаний, данных им на предварительном следствии на л.д. 248-254 том № 1, оглашенными в судебном заседании, в порядке ст. 281 УПК РФ , о том, что он работает в должности младшего оперуполномоченного ОУР ОМВД России по г. Копейску Челябинской области. ДАТА в утреннее время было установлено оперативное наблюдение за ФИО2, который проживает по адресу: АДРЕС. Около 17 часов у дома АДРЕС были замечены У.Е.А. и Х.А.А., которые зашли в подъезд дома АДРЕС, где находились около 5 минут. Когда они вышли из подъезда, то были задержаны, и доставлены в ОМВД России по г. Копейску Челябинской области, где в присутствии понятых мужского пола были досмотрены. В ходе личного досмотра были обнаружены и изъяты: у У.Е.А. - из правого кармана куртки изъят бумажный сверток с порошкообразным веществом бежевого цвета, а также был изъят сотовый телефон «Сони» с сим-картой оператора сотовой связи «Теле2», у Х.А.А. - из правого бокового кармана куртки изъят сотовый телефон «Нокиа» с сим-картой оператора сотовой связи «Теле2», а также стеклянный бутылек с надписью «Цефазолин». В 19 часов из подъезда дома АДРЕС вышел ФИО2, который был задержан, и доставлен в ОМВД России по г. Копейску Челябинской области, где в присутствии понятых мужского пола в период времени с 19 часов 20 минут до 19 часов 40 минут ДАТА ФИО2 был досмотрен. Перед началом досмотра ФИО2 было предложено добровольно выдать имеющиеся у него при себе наркотические средства, другие предметы, запрещенные к гражданскому обороту, в том числе денежные средства, добытые преступным путем. ФИО2 заявил, что имеет при себе денежные средства в сумме 3 500 рублей, полученные от продажи наркотических средств. В ходе личного досмотра ФИО2, у последнего было изъято: из левого бокового кармана дубленки изъяты денежные средства в сумме 3 500 рублей, одна купюра номиналом 1 000 рублей, три денежные купюры номиналом 500 рублей, десять денежных купюр номиналом 100 рублей, а также были изъяты банковские чеки в количестве 5 штук банка «Сбербанк России», банковская карта «Сбербанк». сотовый телефон «Нокиа» с сим-картой оператора сотовой связи «Теле2», срезы с правого и левого кармана дубленки, образцы смывов с рук в присутствии тех же понятых. Показаниями свидетеля К.И.В., данными ею на предварительном следствии на л.д. 256-262 том № 1, оглашенными в судебном заседании, в порядке ст. 281 УПК РФ , и которые аналогичны показаниям Ф.А.В., Ш.А.В., Ф.А.О., Г.Д.А., В.М.А., Г.А.И. о том, что ДАТА в ходе проводимых ОРМ «Наблюдение» были задержаны У.Е.А., Х.А.А., ФИО2, у которых при производстве личного досмотра были изъяты: у У.Е.А. - из правого кармана куртки изъят бумажный сверток с порошкообразным веществом бежевого цвета, а также был изъят сотовый телефон «Сони» с сим-картой оператора сотовой связи «Теле2», у Х.А.А. - из правого бокового кармана куртки изъят сотовый телефон «Нокиа» с сим-картой оператора сотовой связи «Теле2», а также стеклянный бутылек с надписью «Цефазолин», у ФИО2 - из левого бокового кармана дубленки изъяты денежные средства в сумме 3500 рублей, одна купюра номиналом 1000 рублей, три денежные купюры номиналом 500 рублей, десять денежных купюр номиналом 100 рублей, а также были изъяты банковские чеки в количестве 5 штук банка «Сбербанк России», банковская карта «Сбербанк». сотовый телефон «Нокиа» с сим-картой оператора сотовой связи «Теле2», срезы с правого и левого кармана дубленки, образцы смывов с рук в присутствии тех же понятых. Рапортом оперуполномоченного ОНК Ф.А.О., из которого следует, что ДАТА в 19 часов в ходе проведения оперативно-розыскного мероприятия «Наблюдение» около дома АДРЕС, был задержан ФИО2, который незаконно сбыл У.Е.А. и Х.А.А. порошкообразное вещество бежевого цвета. том № 1 л.д. 12. Рапортом оперуполномоченного ОНК Ф.А.О., из которого видно, что ДАТА в 16 часов в ходе проведения оперативно-розыскного мероприятия «Наблюдение» около дома АДРЕС были задержаны У.Е.А., у которого в ходе личного досмотра был обнаружен и изъят бумажный сверток с порошкообразным веществом бежевого цвета. том НОМЕР л.д. 128. Протоколом личного досмотра, согласно которого ДАТА в период времени с 19 часов 20 минут до 19 часов 40 минут в кабинете НОМЕР ОМВД России по г. Копейску Челябинской области в присутствии понятых был произведен досмотр ФИО2, которому перед началом досмотра было предложено добровольно выдать имеющиеся при себе запрещенные к обороту предметы и вещи. ФИО2 заявил, что имеет при себе денежные средства в сумме 3500 рублей от продажи наркотических средств. В ходе досмотра ФИО2 было обнаружено и изъято из левого бокового кармана дубленки денежные средства в сумме 3 500 рублей, одна купюра номиналом 1 000 рублей, три купюры номиналом 500 рублей, десять купюр номиналом 100 рублей, упаковано в самодельный бумажный пакет белого цвета, опечатано фрагментом листа белой бумаги с оттиском круглой печати «НОМЕР ОМВД России по городу Копейску Челябинской области», а также банковские чеки в количестве 5 штук упаковано в самодельный бумажный пакет белого цвета, опечатано фрагментом листа белой бумаги с оттиском круглой печати «НОМЕР ОМВД России по г. Копейску Челябинской области», сотовый телефон «Сони» с сим-картой оператора сотовой связи «Теле2», который не упаковывался. том № 1 л.д. 80. Протоколом личного досмотра, согласно которого ДАТА в период времени с 16 часов 30 минут до 16 часов 40 минут в кабинете НОМЕР ОМВД России по г. Копейску Челябинской области в присутствии понятых был произведен досмотр У.Е.А. Перед началом досмотра У.Е.А. было предложено добровольно выдать имеющиеся при себе запрещенные к обороту предметы и вещи. У.Е.А. заявил, что имеет при себе наркотическое средство героин. В ходе досмотра У.Е.А. было обнаружено и изъято из правого бокового кармана куртки бумажный сверток с порошкообразным веществом бежевого цвета, упаковано в самодельный бумажный пакет белого цвета, опечатано фрагментом листа белой бумаги с оттиском круглой печати «НОМЕР ОМВД России по городу Копейску Челябинской области», также был изъят сотовый телефон «Сони» с им-картой оператора сотовой связи «Теле2», которые не упаковывались. том № 1 л.д. 137. Справка об исследовании НОМЕР от ДАТА, согласно выводам которой, представленное на исследование вещество, изъятое ДАТА у У.Е.А., содержит героин (диацетилморфин), который отнесен к наркотическим средствам. Масса вещества составляет 0,59 грамма (в ходе исследования израсходовано 0,01 грамм вещества). том № 1 л.д. 139. Заключением эксперта НОМЕР от ДАТА, согласно которого в предоставленном на исследовании веществе, изъятом ДАТА в ходе личного досмотра у У.Е.А., содержится диацетилморфин (героин), который отнесен к наркотическим средствам. Масса вещества составляет 0,58 грамма. В ходе проведения экспертизы израсходовано 0,02 грамма вещества. том № 1 л.д. 142-144. Протоколом личного досмотра, согласно которого ДАТА в период времени с 17 часов 00 минут до 17 часов 10 минут в кабинете НОМЕР ОМВД России по г. Копейску Челябинской области в присутствии понятых был произведен досмотр Х.А.А., которому перед началом досмотра было предложено добровольно выдать имеющиеся при себе запрещенные к обороту предметы и вещи. Х.А.А. заявил, что ничего запрещенного при себе не имеет. В ходе досмотра Х.А.А. было обнаружено и изъято из правого бокового кармана куртки стеклянный бутылек с надписью «Цефазолин», упаковано в самодельный бумажный пакет белого цвета, опечатано фрагментом листа белой бумаги с оттиском круглой печати «НОМЕР ОМВД России по г. Копейску Челябинской области», а также сотовый телефон «Нокиа» с сим-картой оператора сотовой связи «Теле2», которые не упаковывались. том № 1 л.д. 153. Справкой об исследовании НОМЕР от ДАТА, согласно выводам которой, представленное на исследование вещество, изъятое ДАТА у Х.А.А., содержит героин (диацетилморфин), который отнесен к наркотическим средствам. Масса вещества составляет 0,005 грамма (в ходе исследования вещество израсходовано полностью). том № 1 л.д. 155. Заключением эксперта НОМЕР от ДАТА, согласно которого в предоставленном на исследование стеклянном бутыльке с надписью «Цефазолин», изъятом ДАТА в ходе личного досмотра у Х.А.А., имеются следовые количества диацетилморфина (героина), который отнесен к наркотическим средствам. том № 1 л.д. 158-160. Протоколом осмотра предметов, в ходе которого осмотрены: - срезы с правого и левого боковых карманов дубленки ФИО2, - смывы с правой и левой рук ФИО2, и контрольный смыв, - сверток из фрагмента листа бумаги белого цвета в клетку, изъятый у У.Е.А. ДАТА, в котором содержится вещество в виде порошка и комков светло-бежевого цвета. - смывы с правой и левой рук У.Е.А., контрольный смыв. - пустой флакон из прозрачного бесцветного стекла с этикеткой с надписью «ЦЕФАЗОЛИН», изъятый у Х.А.А. ДАТА. Горлышко флакона закрыто ватой. - смывы с правой и левой рук Х.А.А. ДАТА, контрольный смыв. том № 2 л.д. 16-20, 21-23, 24-26, 27. Протоколом осмотра предметов, в ходе которого были осмотрены: - денежные средства в сумме 3 500 (три тысячи пятьсот рублей) изъятые у ФИО2, а именно: билет банка России номиналом 100 рублей серии СЯ НОМЕР, 1997 года выпуска, билет банка России номиналом 100 рублей серии СЯ НОМЕР, 1997 года выпуска, билет банка России номиналом 100 рублей серии СЭ НОМЕР, 1997 года выпуска, билет банка России номиналом 100 рублей серии ЧК НОМЕР, 1997 года выпуска, билет банка России номиналом 100 рублей серии СЬ НОМЕР, 1997 года выпуска, билет банка России номиналом 100 рублей серии СЬ НОМЕР, 1997 года выпуска, билет банка России номиналом 100 рублей серии ЧВ НОМЕР, 1997 года выпуска, билет банка России номиналом 100 рублей серии СН НОМЕР, 1997 года выпуска, билет банка России номиналом 100 рублей серии СЭ НОМЕР, 1997 года выпуска, билет банка России номиналом 100 рублей серии ЧЛ НОМЕР, 1997 года выпуска, билет банка России номиналом 500 рублей серии ЗО НОМЕР, 1997 года выпуска, билет банка России номиналом 500 рублей серии ЗЛ НОМЕР, 1997 года выпуска, билет банка России номиналом 500 рублей серии ЗЭ НОМЕР, 1997 года выпуска, билет банка России номиналом 1000 рублей серии ЛС НОМЕР, 1997 года выпуска. том НОМЕР л.д. 32-39, 40-42. Протоколом осмотра предметов, в ходе которого осмотрены: - сотовый телефон «Nokia» (Нокиа) в корпусе черного - серебристого цвета, внутри корпуса телефона указан имей-код НОМЕР, в телефоне имеется одна сим-карт оператора сотовой связи «Теле2», после ввода комбинации *201#, на экране телефоне высветился абонентский номер НОМЕР, находящийся в пользовании Х.А.А. После получения доступа в личный кабинет, установлено, что абонентский номер зарегистрирован на имя С.М.А.. После получена детализация абонентских соединений абонентского номера НОМЕР «Теле2-Челябинск», находящегося в пользовании Х.А.А., за период с ДАТА по ДАТА, на 13 листах. В ходе осмотра указанной детализации за ДАТА, обнаружены и зафиксированы соединения указанного абонента с абонентом, имеющим абонентский номер – НОМЕР, которым пользовался ФИО2, а именно следующие входящие смс-сообщения и исходящие звонки: исходящий в 14 часов 06 минут 49 секунд, исходящий в 14 часов 09 минут 30 секунд, исходящий в 14 часов 13 минут 25 секунд, исходящий в 14 часов 29 минут 39 секунд. - сотовый телефон «Sony» (Сони) в корпусе черного цвета, внутри корпуса телефона указан имей-код НОМЕР, в телефоне имеется одна сим-карт оператора сотовой связи «Теле2». том № 2 л.д. 43-53, 54-56. В судебном заседании достоверно установлено, что именно ФИО2, а не кто-то другой, незаконно сбыл ДАТА наркотическое средство – героин в значительном размере Х.А.А. и У.Е.А., что подтверждается как показаниями свидетелей - Х.А.А. и У.Е.А., а также свидетелей – сотрудников полиции, принимавших участие в ОРМ, так и показаниями подсудимого ФИО2, а также всей совокупностью исследованных в судебном заседании доказательств. Показания свидетелей, последовательные, постоянные, соответствуют фактическим обстоятельствам уголовного дела, согласуются между собой, подтверждаются показаниями подсудимого ФИО2, а также объективно подтверждаются материалами уголовного дела. Оснований для оговора ФИО2 у вышеперечисленных свидетелей не имеется. Оснований не доверять показаниям свидетелей, у суда не имеется. Таким образом, суд, исследовав материалы уголовного дела, подвергнув анализу все исследованные в судебном заседании доказательства, пришел к выводу о том, что действия ФИО2 выразившиеся в незаконном сбыте ДАТА У.Е.А. и Х.А.А. наркотического средства - героина, следует правильно квалифицировать по п. «б» ч. 3 ст. 228.1 УК РФ – незаконный сбыт наркотических средств, совершенный в значительном размере. В судебном заседании, по ходатайству защиты, были допрошены Б.С.А., Б.О.А., которые охарактеризовали подсудимого ФИО2 с положительной стороны, как хорошего сына, мужа и отца. ФИО2 страдает рядом тяжелых заболеваний. Малолетние дети тяжело переживают разлуку с отцом, который занимался содержанием и воспитанием детей. ФИО2 положительно характеризуется соседями, сотрудниками детского сада, в котором воспитывается младший сын подсудимого, сотрудниками школы, в которой обучается старший сын подсудимого. Также из показаний указанных выше свидетелей следует, что дети и мать подсудимого ФИО2 имеют различные заболевания, которые подтверждаются представленными медицинскими документами. Нарушений норм УПК РФ, влекущих прекращение уголовного дела или оправдание подсудимого ФИО2, при производстве предварительного расследования по настоящему уголовному делу допущено не было. Все указанные в приговоре и исследованные в судебном заседании доказательства являются достаточными, достоверными и допустимыми. При назначении вида и меры наказания подсудимому ФИО2, суд, в соответствии с требованиями статей , , 60 УК РФ , учитывает характер и степень общественной опасности преступления, обстоятельства содеянного, личность виновного, обстоятельства, смягчающие наказание, а также влияние назначенного наказания на исправление осуждённого и на условия жизни его семьи. ФИО2 является судимым, совершил преступления в период отбытия наказания, совершенные им преступления относятся к категории особо тяжких, он в целом положительно характеризуется по месту жительства, занимался общественно-полезным трудом. В качестве обстоятельств, смягчающих наказание ФИО2, суд учитывает его признательные показания, как на протяжении всего предварительного расследования, так и в судебном заседании, чистосердечное раскаяние в содеянном, что свидетельствует о способствовании раскрытию и расследованию преступлений, наличие малолетних детей, положительные характеристики по месту жительства, по месту работы, положительную характеристику от сотрудников детского сада, который посещает младший ребенок, а также состояние его здоровья - наличие у него ряда тяжелых заболеваний, и состояние здоровья членов его семьи: его дети и мать страдают заболеваниями, что подтверждается исследованными в судебном заседании медицинскими документами. Также, судом расценивается, как смягчающее наказание ФИО2 обстоятельство - активное способствование раскрытию и расследованию преступлений, совершенных другими лицами, отраженное в ходатайстве начальника ОНК ОМВД России по г. Копейску Челябинской области И.В.М. о добровольном сотрудничестве ФИО2 с правоохранительными органами. Обстоятельств, отягчающих наказание ФИО2, перечисленных в ст. 63 УК РФ , судом не усматривается. Исходя из вышеизложенного, с учетом личности подсудимого, характера и степени общественной опасности содеянного им, руководствуясь принципом социальной справедливости, суд считает необходимым назначить ФИО2 наказание в виде лишения свободы. При этом, признав исключительными всю совокупность смягчающих наказание ФИО2 обстоятельств, перечисленных выше, суд считает возможным назначить ФИО2 наказание за совершенные им преступления ниже низшего предела, предусмотренного санкцией ч. 3 ст. 228.1 УК РФ . Данное наказание будет соответствовать целям наказания - исправлению осужденного и восстановлению социальной справедливости. Оснований для применения в отношении ФИО2 условий ст. 73 УК РФ , или назначения ему иного вида наказания, не имеется. Учитывая всю совокупность смягчающих наказание ФИО2 обстоятельств, а также его материальное положение, наличие на иждивении малолетних детей, его состояние здоровья, суд считает возможным не назначать ФИО2 дополнительных наказаний в виде штрафа и ограничения свободы. При этом, с учетом личности подсудимого ФИО2, характера, количества и степени общественной опасности содеянного им, суд считает, что оснований для изменения категории преступлений на менее тяжкие, как того предусматривает ч. 6 ст. 15 УК РФ , не имеется. Также суд не находит оснований для возложения на ФИО2 обязанности пройти лечение от наркомании и медицинскую и (или) социальную реабилитацию, в соответствии со ст. - 1 УК РФ , так как ему назначается наказание в виде лишения свободы. Учитывая, что ФИО2 совершил умышленные преступления, относящиеся к категории особо тяжких, в период отбывания наказания, назначенного ему приговором Копейского городского суда Челябинской области от ДАТА, наказание в виде ограничения свободы им полностью не отбыто, поэтому, необходимо назначить ему наказание по совокупности приговоров, в соответствии со ст. 70 УК РФ . На основании изложенного и руководствуясь ст. ст. , , 309 УПК РФ , суд П Р И Г О В О Р И Л: ФИО2 признать виновным в совершении двух преступлений, предусмотренных п. «б» ч. 3 ст. 228.1 УК РФ , и назначить ему наказание в виде лишения свободы, с учетом ст. 64 УК РФ , сроком на шесть лет, без штрафа и без ограничения свободы, за каждое преступление. На основании ч. 3 ст. 69 УК РФ , по совокупности преступлений, путем частичного сложения наказаний, назначить ФИО2 наказание в виде лишения свободы сроком на семь лет, без штрафа и без ограничения свободы. На основании ст. 70 УК РФ , по совокупности приговоров, к назначенному ФИО2 наказанию частично присоединить неотбытую часть наказания, назначенного ему приговором Копейского городского суда Челябинской области от ДАТА, пересчитав ограничение свободы в лишение свободы из расчета: за один день лишения свободы два дня ограничения свободы, и окончательно назначить ФИО2 наказание в виде лишения свободы сроком на семь лет один месяц, без штрафа и без ограничения свободы, с отбыванием наказания в исправительной колонии строгого режима. Срок наказания ФИО2 исчислять с ДАТА. Зачесть в срок наказания ФИО2 время содержания его под стражей с ДАТА по ДАТА. Меру пресечения в отношении ФИО2, до вступления приговора в законную силу, оставить прежнюю в виде заключения под стражу. Вещественные доказательства, по вступлении приговора в законную силу: - наркотические средства – содержащее диацетилморфин (героин): массой 0,58 грамма, находящееся в сейф-пакете НОМЕР; массой 0,52 грамма, находящееся в сейф-пакете НОМЕР; массой 0,56 грамма, находящееся в сейф-пакете НОМЕР; массой 0,56 грамма, находящееся в сейф-пакете НОМЕР; флакон из прозрачного бесцветного стекла с этикеткой с надписью «ЦЕФАЗОЛИН», находящийся в сейф-пакете НОМЕР - уничтожить - денежные средства в сумме 3 500 рублей, хранящиеся в ОМВД по г. Копейску Челябинской области - обратить в доход государства, - детализации абонентских соединений оператора сотовой связи Теле2 абонентского номера НОМЕР, оператора сотовой связи Теле2 абонентского номера НОМЕР, оператора сотовой связи Теле2 абонентского номера НОМЕР, - уничтожить, - сотовый телефон «Nokia» (Нокиа) в корпусе черного цвета, внутри корпуса телефона указан имей-код НОМЕР, в котором имеется аккумуляторная батарея телефона, одна сим-карта оператора сотовой связи «Теле2», хранящийся при уголовном деле – возвратить владельцу ФИО2, - сотовый телефон «Nokia» (Нокиа) в корпусе черного - серебристого цвета, внутри корпуса телефона указан имей-код НОМЕР, в котором имеется аккумуляторная батарея телефона, одна сим-карта оператора сотовой связи «Теле2», хранящийся при уголовном деле – возвратить владельцу Х.А.А., - сотовый телефон «Sony» (Сони) в корпусе черного цвета, внутри корпуса телефона указан имей-код НОМЕР, в котором имеется аккумуляторная батарея телефона, имеется одна сим-карта оператора сотовой связи «Теле2», хранящийся при уголовном деле - возвратить владельцу У.Е.А., - сотовый телефон «Fly» (Флай) в корпусе черного цвета, внутри корпуса телефона указан имей-код НОМЕР, в котором имеется аккумуляторная батарея телефона, имеется одна сим-карта оператора сотовой связи «Теле2», хранящийся при уголовном деле - возвратить владельцу Г.Д.Ф. том № 2 л.д. 21-23, 24-26, 27, 40-42, 54-56. Приговор может быть обжалован в апелляционном порядке в Челябинский областной суд через Копейский городской суд Челябинской области в течение 10 суток со дня провозглашения, а осужденным ФИО2 - со дня получения копии приговора. В случае подачи апелляционной жалобы или представления осужденный ФИО2 вправе ходатайствовать об участии в рассмотрении уголовного дела судом апелляционной инстанции. Судья: Габриелян Л.А. Суд: Копейский городской суд (Челябинская область) (подробнее) Судьи дела: Габриелян Л.А. (судья) (подробнее) Последние документы по делу: Постановление от 29 августа 2017 г. по делу № 1-312/2017 Приговор от 9 августа 2017 г. по делу № 1-312/2017 Приговор от 3 августа 2017 г. по делу № 1-312/2017 Приговор от 25 июля 2017 г. по делу № 1-312/2017 Приговор от 6 июня 2017 г. по делу № 1-312/2017 Приговор от 5 июня 2017 г. по делу № 1-312/2017 Приговор от 31 мая 2017 г. по делу № 1-312/2017 Постановление от 28 мая 2017 г. по делу № 1-312/2017 Приговор от 24 мая 2017 г. по делу № 1-312/2017 Приговор от 22 мая 2017 г. по делу № 1-312/2017 Приговор от 22 мая 2017 г. по делу № 1-312/2017 Приговор от 13 апреля 2017 г. по делу № 1-312/2017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