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1 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 -каннабис, весом – 11,87 гр. хранящееся в камере хранения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14 ноября 2017 г. по делу № 1-112/2017 Постановление от 10 октября 2017 г. по делу № 1-112/2017 Приговор от 2 августа 2017 г. по делу № 1-112/2017 Приговор от 1 августа 2017 г. по делу № 1-112/2017 Приговор от 6 июня 2017 г. по делу № 1-112/2017 Приговор от 11 апреля 2017 г. по делу № 1-112/2017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