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ноября 1968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