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Неустановленное следствием лицо, в отношении которого материалы уголовного дела выделены в отдельное производство, находясь в неустановленном месте, имея умысел на незаконное обогащение и получение постоянного источника дохода за счет средств, добытых преступным путем при систематическом совершении преступлений в сфере незаконного оборота наркотических средств в неустановленное время, обладая организаторскими способностями, лидерскими качествами и достаточным уровнем знаний в области маркетинговых систем, созданных и существующих в глобальной сети Интернет, осознавая, что длительная и эффективная преступная деятельность в данной области невозможна без соучастников, при осуществлении преступной деятельности на территории г.Перми, действуя незаконно, из корыстных побуждений, решил приискать соучастников, с целью получения постоянной финансовой выгоды, путем совместного с соучастниками совершения преступлений, связанных с систематическим незаконным сбытом наркотических средств на территории г. Перми Российской Федерации. Для осуществления задуманного, неустановленным лицом, с использованием информационно - телекоммуникационных сетей, в том числе Интернет, был создан «интернет-магазин Уралмаркет» с ник-неймом – «ФИО7» в приложении «TELEGRAM» – централизованной службе мгновенного обмена сообщениями в сети Интернет, осуществляющего продажу наркотических средств. Информация об «интернет-магазине Уралмаркет» была размещена на неустановленном сайте, которым постоянно пользуются наркопотребители с целью незаконного приобретения наркотических средств. В результате, неустановленное следствием лицо, в отношении которого материалы уголовного дела выделены в отдельное производство, путем размещения публичных объявлений на сайте рекламы «интернет – магазина Уралмаркет» по продаже наркотиков и объявления о наборе соучастников преступления в качестве непосредственных исполнителей – «закладчиков» наркотических средств, объявлений о приеме на высокооплачиваемую работу, в марте 2016 года привлек лицо, способное по своим качествам и жизненным устоям совершать преступления, направленные на сбыт наркотических средств, а именно несовершеннолетнего ФИО1, ДД.ММ.ГГГГ года рождения, предложив вступить в преступный сговор, направленный на систематический сбыт наркотических средств. В один из дней марта 2016 года, точные время и даты не установлены, ФИО1, находясь на территории г. Перми, а также по адресу: &lt;адрес&gt;, умышленно, из корыстной заинтересованности, с целью систематического незаконного сбыта наркотических средств, будучи осведомленным о незаконности данного вида деятельности, а также о порядке и правилах сбыта наркотических средств бесконтактным способом, принял решение о вхождении в состав преступной группы и осуществления указанной незаконной деятельности на территории г. Перми, в качестве непосредственного исполнителя - «закладчика» наркотических средств. Также ФИО1 принял требования соучастника преступной группы о функционировании деятельности в качестве «закладчика», а именно: находиться в глобальной сети Интернет «он-лайн», для получения электронных сообщений и поддерживать связь путем использования интернетмессенджера; использовать для обмена сообщениями в сети программу мгновенного обмена сообщениями « Skype» и уведомлять неустановленное лицо о получении партии наркотического средства для дальнейшей реализации и создания тайников – «закладок»; информировать о месте нахождения тайников – «закладок», виде наркотического средства помещенного в тайник, районе города и местности, в которой он оборудован; придерживаться мер конспирации; соблюдать правила оборудования тайников: надежность и качество закладок, которые должны находиться в тайнике без повреждений в течение нескольких дней, максимально полно описывать места нахождения тайников, направлять электронные сообщения об указании данного тайника, а также отправлять фотографии места тайника. Тем самым, ФИО1 и неустановленное следствием лицо, в отношении которого материалы уголовного дела выделены в отдельное производство, вступили между собой в преступный сговор, направленный на незаконный сбыт наркотических средств, в крупном размере, с использованием информационно - телекоммуникационных сетей, в том числе Интернет. Реализуя свой преступный умысел, ФИО1, в период времени с начала марта 2016 до 23 марта 2016 года, действуя в группе лиц по предварительному сговору с неустановленным следствием лицом, в отношении которого материалы уголовного дела выделены в отдельное производство, используя информационно - телекоммуникационные сети, в том числе Интернет, через тайник - «Закладку», расположенную в неустановленном месте на территории г. Перми, незаконно приобрел, с целью последующего незаконного сбыта неограниченному кругу лиц, наркотические средства: вещество, содержащее N-(1-карбамоил-2,2-диметилпропил)-1-(4-фторфенилметил)-1Н-индазол-3-карбоксамид (ADB-FUBINACA), являющееся наркотическим средством - производное N-(1-карбамоил-2-метилпропил)-1-(фенилметил)-1Н-индазол-3-карбоксамида, массой 2,72 грамма, что является крупным размером, и вещество, содержащее ?-PVP, являющееся наркотическим средством – производное N-метилэфедрона, массой 0,285 грамма, что является значительным размером. После этого, в указанный период времени ФИО1, незаконно храня при себе наркотические средства - вещество, содержащее N-(1-карбамоил-2,2-диметилпропил)-1-(4-фторфенилметил)-1Н-индазол-3-карбоксамид (ADB-FUBINACA), являющееся наркотическим средством - производное N-(1-карбамоил-2-метилпропил)-1-(фенилметил)-1Н-индазол-3-карбоксамида, массой 2,72 грамма, что является крупным размером и вещество, содержащее ?-PVP, являющееся наркотическим средством – производное N-метилэфедрона, массой 0,285 грамма, что является значительным размером, передвигаясь по улицам г. Перми, действуя в интересах группы лиц по предварительному сговору, выполняя взятые на себя обязательства, с целью сбыта наркотических средств неопределенному кругу лиц, поместил указанные наркотические средства в 2 тайника- «Закладки», а именно: &lt;адрес&gt;, в тамбуре 5-го подъезда в потолке у пластиковой трубы - вещество, содержащее N-(1-карбамоил-2,2-диметилпропил)-1-(4-фторфенилметил)-1Н-индазол-3-карбоксамид (ADB-FUBINACA), являющееся наркотическим средством - производное N-(1-карбамоил-2-метилпропил)-1-(фенилметил)-1Н-индазол-3-карбоксамида, массой 2,72 грамма, что является крупным размером, и по адресу: &lt;адрес&gt;, в тамбуре подъезда №, с тыльной стороны патрона лампочки дневного света - вещество, содержащее ?-PVP, являющееся наркотическим средством – производное N-метилэфедрона, массой 0,285 грамма, что является значительным размером. Продолжая свои преступные действия, ФИО1, в период с начала марта 2016 до 23 марта 2016 года, адреса и точное описание местоположения тайников записал в виде текстового сообщения и сделал фотографии с местом нахождения указанных наркотических средств, для последующей передачи данных сведений неустановленному следствием лицу, в отношении которого материалы уголовного дела выделены в отдельное производство. В этот же период времени ФИО1, находясь в неустановленном месте г. Перми и по адресу: &lt;адрес&gt;, в сети Интернет «он-лайн», используя в сети программу мгновенного обмена сообщениями «Skype», направил неустановленному следствием лицу, в отношении которого материалы уголовного дела выделены в отдельное производство, текстовые сообщения и фотографии с указанием адресов и точного местоположения тайников с вышеуказанными наркотическими средствами, тем самым совершил действия, направленные на незаконный сбыт наркотических средств, потенциальным наркопотребителям. Однако, ФИО1 и неустановленное следствием лицо, в отношении которого материалы уголовного дела выделены в отдельное производство, довести свои преступные действия, направленные на незаконный сбыт наркотических средств до конца не смогли по не зависящим от них обстоятельствам, в связи с тем, что сотрудниками УФСКН России по Пермскому краю в ходе проведения оперативно-розыскных мероприятий «Обследование помещений, участков местности, зданий, сооружений», 23.03.2016 г. в период времени с 18 часов 10 минут до 18 часов 20 минут по адресу: &lt;адрес&gt;, в тамбуре подъезда № в потолке у пластиковой трубы было обнаружено и 23.03.2016 г. в период времени с 18 часов 22 минут до 18 часов 38 минут изъято вещество, содержащее N-(1-карбамоил-2,2-диметилпропил)-1-(4-фторфенилметил)-1Н-индазол-3-карбоксамид (ADB-FUBINACA), являющееся наркотическим средством – производное N-(1-карбамоил-2-метилпропил)-1-(фенилметил)-1Н-индазол-3-карбоксамида, массой 2,72 грамма, что является крупным размером, а также 23.03.2016 г. в период времени с 19 часов 25 минут до 19 часов 42 минут по адресу: &lt;адрес&gt;, в тамбуре подъезда №, с тыльной стороны патрона лампочки дневного света было обнаружено и 23.03.2016 г. в период времени с 19 часов 45 минут до 20 часов 10 минут изъято - вещество, содержащее ?-PVP, являющееся наркотическим средством – производное N-метилэфедрона, массой 0,285 грамма, что является значительным размером.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Неустановленное следствием лицо, в отношении которого материалы уголовного дела выделены в отдельное производство, находясь в неустановленном месте, имея умысел на незаконное обогащение и получение постоянного источника дохода за счет средств, добытых преступным путем при систематическом совершении преступлений в сфере незаконного оборота наркотических средств в неустановленное время, обладая организаторскими способностями, лидерскими качествами и достаточным уровнем знаний в области маркетинговых систем, созданных и существующих в глобальной сети Интернет, осознавая, что длительная и эффективная преступная деятельность в данной области невозможна без соучастников, при осуществлении преступной деятельности на территории г. Перми, действуя незаконно, из корыстных побуждений, решил приискать соучастников, с целью получения постоянной финансовой выгоды, путем совместного с соучастниками совершения преступлений, связанных с систематическим незаконным сбытом наркотических средств на территории г. Перми Российской Федерации. Для осуществления задуманного, неустановленным лицом, с использованием информационно - телекоммуникационных сетей, в том числе Интернет, был создан «интернет-магазин Уралмаркет» с ник-неймом – «ФИО7» в приложении «TELEGRAM» – централизованной службе мгновенного обмена сообщениями в сети Интернет, осуществляющего продажу наркотических средств. Информация об «интернет-магазине Уралмаркет» была размещена на неустановленном сайте, которым постоянно пользуются наркопотребители с целью незаконного приобретения наркотических средств. В результате, неустановленное следствием лицо, в отношении которого материалы уголовного дела выделены в отдельное производство, путем размещения публичных объявлений на сайте рекламы «интернет – магазина Уралмаркет» по продаже наркотиков и объявления о наборе соучастников преступления в качестве непосредственных исполнителей – «закладчиков» наркотических средств, объявлений о приеме на высокооплачиваемую работу, в марте 2016 года привлек лицо, способное по своим качествам и жизненным устоям совершать преступления, направленные на сбыт наркотических средств, а именно ФИО1 предложив вступить в преступный сговор, направленный на систематический сбыт наркотических средств. В один из дней марта 2016 года, точные время и даты не установлены, ФИО1, находясь на территории г. Перми, а также по адресу: &lt;адрес&gt;, умышленно, из корыстной заинтересованности, с целью систематического незаконного сбыта наркотических средств, будучи осведомленным о незаконности данного вида деятельности, а также о порядке и правилах сбыта наркотических средств бесконтактным способом, принял решение о вхождении в состав преступной группы и осуществления указанной незаконной деятельности на территории г. Перми, в качестве непосредственного исполнителя - «закладчика» наркотических средств. Также ФИО1 принял требования соучастника преступной группы о функционировании деятельности в качестве «закладчика», а именно: находиться в глобальной сети Интернет «он-лайн», для получения электронных сообщений и поддерживать связь путем использования интернетмессенджера; использовать для обмена сообщениями в сети программу мгновенного обмена сообщениями «Skype» и уведомлять неустановленное лицо о получении партии наркотического средства для дальнейшей реализации и создания тайников – «закладок»; информировать о месте нахождения тайников – «закладок», виде наркотического средства помещенного в тайник, районе города и местности, в которой он оборудован; придерживаться мер конспирации; соблюдать правила оборудования тайников: надежность и качество закладок, которые должны находиться в тайнике без повреждений в течение нескольких дней, максимально полно описывать места нахождения тайников, направлять электронные сообщения об указании данного тайника, а также отправлять фотографии места тайника. Тем самым, ФИО1 и неустановленное следствием лицо, в отношении которого материалы уголовного дела выделены в отдельное производство, вступили между собой в преступный сговор, направленный на незаконный сбыт наркотических средств, в значительном размере, с использованием информационно - телекоммуникационных сетей, в том числе Интернет. Реализуя свой преступный умысел, ФИО1, в период времени с начала марта 2016 до 31 марта 2016 года, действуя в группе лиц по предварительному сговору с неустановленным следствием лицом, в отношении которого материалы уголовного дела выделены в отдельное производство, используя информационно - телекоммуникационные сети, в том числе Интернет, через тайник- «Закладку», расположенную в неустановленном месте на территории г. Перми, незаконно приобрел, с целью последующего незаконного сбыта неограниченному кругу лиц, наркотическое средство - вещество, содержащее в своем составе производное наркотического средства N-метилэфедрона – ? – пирролидиновалерофенон, являющееся наркотическим средством, массой 0, 378 грамма и 0,451 грамма, общей массой 0, 829 грамма, что является значительным размером. После этого, в указанный период времени ФИО1, незаконно храня при себе наркотическое средство - вещество, содержащее в своем составе производное наркотического средства N-метилэфедрона – ? – пирролидиновалерофенон и являющееся наркотическим средством, массой 0, 829 грамма, что является значительным размером, передвигаясь по улицам г. Перми, действуя в интересах группы лиц по предварительному сговору, выполняя взятые на себя обязательства, с целью сбыта наркотических средств неопределенному кругу лиц, поместил указанные наркотические средства в 2 тайника- «Закладки», а именно: &lt;адрес&gt;, в тамбуре подъезда №, слева от входа в стене над лампой дневного света в нише - вещество, содержащее в своем составе производное наркотического средства N-метилэфедрона – ? – пирролидиновалерофенон, являющееся наркотическим средством массой 0, 378 грамма, что является значительным размером и по адресу: &lt;адрес&gt;, в тамбуре подъезда №, слева в плафоне дневного света - вещество, содержащее в своем составе производное наркотического средства N-метилэфедрона – ? – пирролидиновалерофенон, являющееся наркотическим средством массой 0, 451 грамма, что является значительным размером. Продолжая свои преступные действия, ФИО1, в период с начала марта 2016 г. до 31 марта 2016 года, адреса и точное описание местоположения тайников, записал в виде текстового сообщения и сделал фотографии с местом нахождения указанных наркотических средств, для последующей передачи данных сведений неустановленному следствием лицу, в отношении которого материалы уголовного дела выделены в отдельное производство. В этот же период времени ФИО1, находясь в неустановленном месте г. Перми и по адресу: &lt;адрес&gt;, в сети Интернет «он-лайн», используя в сети программу мгновенного обмена сообщениями «Skype», направил неустановленному следствием лицу, в отношении которого материалы уголовного дела выделены в отдельное производство, текстовые сообщения и фотографии, с указанием адресов и точного местоположения тайников с вышеуказанными наркотическими средствами, тем самым совершил действия, направленные на незаконный сбыт наркотических средств, потенциальным наркопотребителям. Однако, ФИО1 и неустановленное следствием лицо, в отношении которого материалы уголовного дела выделены в отдельное производство, довести свои преступные действия, направленные на незаконный сбыт наркотического средства - вещества, содержащего в своем составе производное наркотического средства N-метилэфедрона – ? – пирролидиновалерофенон и являющееся наркотическим средством, массой 0,829 грамма, что является значительным размером, до конца не смогли по не зависящим от них обстоятельствам, в связи с тем, что сотрудниками УФСКН России по Пермскому краю в ходе проведения оперативно-розыскных мероприятий «Обследование помещений, участков местности, зданий, сооружений», 30.03.2016 г. в период времени с 20 часов 00 минут до 20 часов 08 минут обнаружено и 30.03.2016 г. в период времени с 20 часов 09 минут до 20 часов 20 минут изъято по адресу: &lt;адрес&gt;, в подъезде №, в тамбуре, слева от входа в стене над лампой дневного света в нише - вещество, содержащее в своем составе производное наркотического средства N-метилэфедрона – ? – пирролидиновалерофенон, являющееся наркотическим средством массой 0, 378 грамма, что является значительным размером, а также 31.03.2016 в период времени с 16 часов 35 минут до 16 часов 42 минут обнаружено и 31.03.2016 г. в период времени с 16 часов 43 минут до 16 часов 51 минуты изъято по адресу: &lt;адрес&gt;, в тамбуре подъезда №, слева в плафоне дневного света - вещество, содержащее в своем составе производное наркотического средства N-метилэфедрона – ? – пирролидиновалерофенон, являющееся наркотическим средством массой 0, 451 грамма, что является значительным размером.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Неустановленное следствием лицо, в отношении которого материалы уголовного дела выделены в отдельное производство, находясь в неустановленном месте, имея умысел на незаконное обогащение и получение постоянного источника дохода за счет средств, добытых преступным путем при систематическом совершении преступлений в сфере незаконного оборота наркотических средств в неустановленное время, обладая организаторскими способностями, лидерскими качествами и достаточным уровнем знаний в области маркетинговых систем, созданных и существующих в глобальной сети Интернет, осознавая, что длительная и эффективная преступная деятельность в данной области невозможна без соучастников, при осуществлении преступной деятельности на территории г.Перми, действуя незаконно, из корыстных побуждений, решил приискать соучастников, с целью получения постоянной финансовой выгоды, путем совместного с соучастниками совершения преступлений, связанных с систематическим незаконным сбытом наркотических средств на территории г. Перми Российской Федерации. Для осуществления задуманного, неустановленным лицом, с использованием информационно - телекоммуникационных сетей, в том числе Интернет, был создан «интернет-магазин Уралмаркет» с ник-неймом – «ФИО7» в приложении «TELEGRAM» – централизованной службе мгновенного обмена сообщениями в сети Интернет, осуществляющего продажу наркотических средств. Информация об «интернет-магазине Уралмаркет» была размещена на неустановленном сайте, которым постоянно пользуются наркопотребители с целью незаконного приобретения наркотических средств. В результате, неустановленное следствием лицо, в отношении которого материалы уголовного дела выделены в отдельное производство, путем размещения публичных объявлений на сайте рекламы «интернет – магазина Уралмаркет» по продаже наркотиков и объявления о наборе соучастников преступления в качестве непосредственных исполнителей – «закладчиков» наркотических средств, объявлений о приеме на высокооплачиваемую работу, привлек лиц, способных по своим качествам и жизненным устоям совершать преступления, направленные на сбыт наркотических средств, а именно ФИО1 и ФИО3, в один из дней мая 2016 года, предложив вступить в преступный сговор, направленный на систематический сбыт наркотических средств. 12.05.2016 г. в дневное время по адресу: &lt;адрес&gt;, ФИО1 и ФИО3, из корыстной заинтересованности, зная о порядке и правилах сбыта наркотических средств бесконтактным способом, вступили между собой и с неустановленным следствием лицом, в отношении которого материалы уголовного дела, выделены в отдельное производство, в предварительный сговор, направленный на незаконный сбыт наркотических средств в крупном размере на территории г. Перми, с использованием информационно - телекоммуникационных сетей, в том числе Интернет. 12.05.2016 г. в дневное время неустановленное следствием лицо, в отношении которого материалы уголовного дела выделены в отдельное производство, с использованием информационно - телекоммуникационных сетей, в сети Интернет «он-лайн», используя для обмена сообщениями в сети программу мгновенного обмена сообщениями «Skype», направило ФИО1 фотоизображение и текстовое сообщение с местом тайника – «Закладки» наркотического средства- «Пермь Дзер. Ск. 0.5 х 40 Парковый 10\2. Пад. 4. Торец. Прямо болерная, за ней гараж. Правый ближний угол к дороге. За доской хирург перчатка». 12.05.2016 г. в дневное время ФИО1 находясь по адресу: &lt;адрес&gt;, сведения о месте нахождения тайника «закладки» с наркотическим средством сообщил ФИО3 ФИО3, действуя в группе лиц по предварительному сговору с ФИО1 и неустановленным следствием лицом, в отношении которого материалы уголовного дела выделены в отдельное производство, из корыстной заинтересованности, выполняя свою преступную роль, 12.05.2016 г. в дневное время приехал к гаражу, расположенному рядом с домом № по пр. Парковый г. Перми, где из тайника забрал «закладку»- вещество, содержащее в своем составе наркотическое средство производное N-метилэфедрона, массой 9, 995 грамма, что является крупным размером, тем самым незаконно приобрел указанное наркотическое средство для дальнейшего сбыта неограниченному кругу лиц. После этого, ФИО3 с целью дальнейшего сбыта, незаконно храня при себе - вещество, содержащее в своем составе наркотическое средство производное N-метилэфедрона, массой 9, 995 грамма, что является крупным размером, передвигаясь на общественном транспорте по улицам г. Перми привез указанное наркотическое средство, в квартиру по адресу: &lt;адрес&gt;, где передал ФИО1 вещество, содержащее в своем составе наркотическое средство производное N- метилэфедрона, массой 9, 995 грамма, что является крупным размером. ФИО1, поддерживая преступные действия неустановленного следствием лица, в отношении которого материалы уголовного дела выделены в отдельное производство и ФИО3, направленные на незаконный сбыт данного наркотического средства, находясь по адресу: &lt;адрес&gt;, в период времени с дневного времени 12.05.2016 г. до 20 часов 25 минут 13.05.2016 г., стал незаконного хранить по указанному адресу вещество, содержащее в своем составе наркотическое средство производное N-метилэфедрона, массой 9,995 грамма, что является крупным размером, с целью последующего сбыта неограниченному кругу лиц путем закладки в тайники. Однако, ФИО1, ФИО3 и неустановленное следствием лицо, в отношении которого материалы уголовного дела выделены в отдельное производство, не смогли довести свои преступные действия, направленные на незаконный сбыт наркотического средства до конца по не зависящим от них обстоятельствам, в связи с тем, что сотрудниками УФСКН России по Пермскому краю 13.05.2016 г. в период времени с 20 часов 25 минут до 21 часа 05 минут в ходе проведения обыска по адресу: &lt;адрес&gt;, вещество, содержащее в своем составе наркотическое средство производное N-метилэфедрона, массой 9, 995 грамма, что является крупным размером, было обнаружено и изъято. Подсудимый ФИО1 в судебном заседании вину в совершении преступлений признал полностью, пояснил следующее. С 01.09.2014 г. он учится в институте железнодорожного транспорта, в период с 01.09.2014 г. по май 2016 года он проживал в общежитии по адресу: &lt;адрес&gt;, в комнате жил вместе с ФИО3. В начале марта 2016 года он решил устроиться в интернет-магазин «Уралмаркет» закладчиком наркотических средств, находясь в комнате общежития, он зарегистрировался в сети «Телеграмм», где связался с лицом под ником «Уралмаркет», неизвестное ему лицо представилось именем Кристина, которая сказала ему зарегистрироваться в «Skype» и отправить ей его логин, затем Кристина сказала ему заполнить анкету, которую она ему отправила в данной сети, отправить ей копию лицевой стороны его паспорта, что он и сделал, Кристина ему сообщила, что одна закладка с наркотиком будет стоить 150 рублей, он согласился осуществлять закладки с наркотиком. После того, как он оформился на сайте «Уралмаркет», через программу «Skype» Кристина отправила ему фото с местом закладки наркотического средства, а также с указанием адреса закладки. В марте 2016 года он впервые забрал из закладки наркотик, который был упакован в фольгированный сверток, развернув сверток, он в нем обнаружил три пакетика с веществом бледно-желтого цвета, он понял, что это наркотическое средство. Эти три пакетика с наркотическими средствами он в этот же день разложил по закладкам в Мотовилихинском районе г. Перми, адреса закладок выбирал сам. Таким образом, он получал адреса от Кристины с закладками наркотических средств, в которых находилось от 15 до 40 свертков, которые он в дальнейшем раскладывал в тайники – закладки с периодичностью примерно один раз в три дня, он делал фотографии закладок, в блокнот записывал адреса закладок, через программу «Skype» отправлял Кристине адреса закладок и фотографии для получения наркотиков наркопотребителями, за это получал от Кристины деньги. В середине марта 2016 года он сказал ФИО3, что он делает закладки с наркотиком, через интернет получает от Кристины адрес с закладкой наркотика и раскладывает наркотики по тайникам, Кристине через интернет отправляет адреса закладок и фотографии, получает за это деньги. Он наркотики не употреблял. 22.03.2016 г. от Кристины в сети «Skype» ему пришло сообщение с местом очередной закладки с наркотическими средствами, адрес закладки не помнит, он забрал наркотик, в закладке было 20 пакетов с наркотиком, в период с 22-23.03.2016 г. все пакеты он разложил по закладкам, среди этих закладок он положил один пакет в тайник по адресу: &lt;адрес&gt; в тамбуре пятого подъезда в потолке у пластиковой трубы, один пакет положил в тайник по адресу: &lt;адрес&gt; в тамбуре четвертого подъезда с тыльной стороны патрона лампочки дневного света. Адреса всех тайников он записал в блокнот, сфотографировал на телефон, в комнате общежития через программу «Skype» с помощью интернета отправил Кристине адреса закладок. 24.03.2016 г. ему от Кристины через интернет пришло сообщение с указанием адреса новой закладки, он забрал закладку, в закладке было 20 пакетов с наркотиком, в этот же день 24.03.2016 г. все пакеты он разложил по закладкам, среди этих закладок он положил один пакет в тайник по адресу: &lt;адрес&gt;, в подъезде №, в тамбуре, слева от входа в стене над лампой дневного света в нише, один пакет положил в тайник по адресу: &lt;адрес&gt;, в тамбуре подъезда №, слева в плафоне дневного света. Адреса всех тайников он записал в блокнот, сфотографировал на телефон, в комнате общежития через программу «Skype» с помощью интернета отправил Кристине адреса закладок. В начале мая 2016 он и ФИО3 стали снимать квартиру по адресу: &lt;адрес&gt;. Он продолжал делать закладки с наркотиками. Один раз ФИО3 ходил вместе с ним, когда он делал закладки с наркотиком. 12.05.2016 года ему через интернет пришло сообщение от Кристины, в котором было указано, что по адресу: &lt;адрес&gt;, находится 40 пакетиков с наркотиками, он сказал об этом ФИО3, ФИО3 ему должен был 3 500 рублей, ФИО3 предложил ему съездить за наркотиком, а он простит долг, он согласился, он отправил ФИО3 адрес закладки с наркотиками, ФИО3 было известно, что в закладке находятся наркотики, 12.05.2016 г. ФИО3 привез в &lt;адрес&gt; г. Перми печатку, в которой находилось 40 пакетиков с наркотиками и передал ему. В этот же день он 20 пакетиков с наркотиками разнес по адресам, сделав закладки, адреса тайников он записал в блокнот, сфотографировал на телефон, в квартире через программу «Skype» с помощью интернета отправил Кристине адреса 20 закладок. Оставшиеся 20 пакетиков с наркотиками он разложить не успел, убрал в карман своей куртки, которая находилась в &lt;адрес&gt; г. Перми. 13.05.2016 г. ему Кристина написала, что люди не получили наркотиков по адресам сделанных им закладок. 13.05.2016 г. он с ФИО3 пошли проверять наркотики в тайниках, которые он положил 12.05.2016 г., они были задержаны сотрудниками полиции. 13.05.2016 г. сотрудники полиции в ходе обыска по адресу: &lt;адрес&gt;, изъяли 20 пакетиков с наркотиками, которые он не успел сбыть. Вину признает полностью, в содеянном раскаивается. Подсудимый ФИО3 в судебном заседании вину в совершении преступления не признал и пояснил следующее. С 2014 года он знаком с ФИО4, вместе проживали в одной комнате общежития. В марте 2016 года ФИО4 ему сказал, что устроился в магазин «Уралмаркет», через интернет от Кристины получает большую партию наркотика, раскладывает пакеты с наркотиком по адресам, адреса отправляет Кристине через интернет, ФИО1 ему предложил совместно ходить и делать закладки наркотиков, он отказался. Весной 2016 года он ходил с ФИО4, ФИО4 заходил в подъезды, выходил, он стоял на улице, он предполагал, что ФИО4 делал закладки с наркотиком. Он сам закладки с наркотиком не делал, он наркотики не употребляет. В начале мая 2016 года ФИО4 снял квартиру по адресу: &lt;адрес&gt;, они стали проживать вместе в квартире. Он занимал у ФИО4 3 500 рублей, он предложил ФИО4 отработать долг, ФИО4 согласился, ФИО4 сказал ему, что ФИО4 от Кристины через интернет пришло сообщение с указанием адреса закладки, сказал ему съезди забери закладку, партию, что именно было в закладке он не знал, ФИО1 со своего телефона направил фотографию места закладки и адрес. 12.05.2016 г. он поехал за закладкой, под доской за гаражом, около &lt;адрес&gt; он нашел закладку, сверток, он вернулся домой, в &lt;адрес&gt; г. Перми он передал ФИО1 сверток, что в свертке были наркотики он не знал. После этого ФИО4 ушел, он не видел, чтобы ФИО4 распаковывал сверток, он также ушел из квартиры. Утром он вернулся в квартиру, ФИО4 ему сказал, что люди не могут найти наркотики в тайниках, пошел проверять тайники, он пошел вместе с ФИО4. Когда он и ФИО4 ходили по подъездам, то их задержали сотрудники полиции. Вечером в квартире по адресу: &lt;адрес&gt;, сотрудниками полиции был проведен обыск, в ходе которого из куртки ФИО4 были изъяты наркотики. Умысла на сбыт наркотиков у него не было. Показания, которые он дал в ходе предварительного следствия подтвердил частично, при допросе следователь ему сказала, что изъятое в квартире вещество является наркотиком, поэтому он в ходе следствия при допросах указывал, что ФИО4 сказал ему съездить, забрать пакет с наркотическим средством и что он привез и передал ФИО4 пакет с наркотиком. В ходе предварительного следствия подсудимый ФИО3 пояснил следующее. В 2014 году он поступил учиться в Пермский институт железнодорожного транспорта на 1 курс, в связи с учебой он стал проживать в общежитии по адресу: &lt;адрес&gt;. В октябре 2014 года он познакомился с ФИО1, который также как и он учился в институте, жил в общежитии, с осени 2015 года он и ФИО1 стали проживать вместе в комнате № &lt;адрес&gt; по ФИО5 г. Перми. В январе 2016 года ему ФИО1 предложил совместно ходить и делать закладки наркотиков, можно так заработать деньги. Конкретную сумму ФИО1 не говорил. Он не согласился с предложением ФИО1, испугался уголовной ответственности. В феврале 2016 года ФИО1 собирался идти делать закладки, и он пошел с ФИО1 просто из-за интереса, наркотики находились у ФИО1 Помнит, что он и ФИО1 подходили к домам на территории Мотовилихинского района, адреса он не помнит, а затем ФИО1 заходил в подъезды, где прятал наркотики. Он в это время просто стоял на улице и ждал ФИО1, он не должен был предупреждать ФИО1 об опасности. В марте 2016 года он взял в займы у ФИО4 3 500 рублей, дату возврата он и ФИО1 не обговаривали У него был в пользовании ноутбук «Дексп» и телефон «Самсунг», у ФИО4 ноутбук «Асус» и телефон «Леново». Ноутбуки его и ФИО1 постоянно находились в комнате общежития, иногда ФИО1 пользовался его ноутбуком, В мае 2016 года ФИО4 снял квартиру по адресу: &lt;адрес&gt;, и предложил вместе жить, но он за квартиру квартплату не платил, у него с ФИО1 не было договоренности, что он будет ходить совместно с ФИО1 и делать закладки наркотиков. Он не смог отдать долг ФИО1 в сумме 3 500 рублей, то 11 мая 2016 года он предложил ФИО4 помощь в сбыте наркотиков. 12.05.2016 года, днем, он и ФИО1 находились в квартире по адресу: &lt;адрес&gt;, где он задал ФИО1 вопрос, помнит ли ФИО1 про разговор и то, что он может отработать долг. ФИО1 ответил согласием и сказал, что нужно съездить за партией наркотиков, которые лежат за гаражом, по адресу: &lt;адрес&gt;, при этом ФИО1 со своего телефона направил фотографию места закладки наркотика и адрес. Он согласился и после разговора на общественном транспорте уехал за наркотиками. Под доской за гаражом, около дома по пр. Парковый он нашел партию наркотиков, во что упакованы были упакованы, он не помнит. Взяв сверток, он вернулся домой, в &lt;адрес&gt; г. Перми он передал ФИО1 сверток с наркотиками. Далее ФИО1 куда-то ушел, он не видел, чтобы тот распаковывал сверток. Через некоторое время ему позвонил ФИО1 и сказал, чтобы он освободил квартиру на ночь, он уехал в общежитие. Утром он вернулся в квартиру, где ФИО1 сказал, что покупатели не могут найти наркотики в тайниках, которые ФИО4 раскладывал без его участия, ФИО4 пошел проверять тайники, он пошел вместе с ФИО1 Когда он и ФИО4 ходили по подъездам, то их задержали сотрудники полиции. Вечером в квартире по адресу: &lt;адрес&gt;, был проведен обыск, в ходе которого из куртки ФИО1 были изъяты наркотики. Он наркотики в квартире не хранил, это были наркотики ФИО1 (т. 2 л. д. 22-25; т. 3 л.д. 5 – 13, 88 – 97, 241 - 245). Виновность подсудимых подтверждается следующими доказательствами. Свидетель Свидетель №16, показания которого в ходе предварительного следствия были оглашены в судебном заседании, пояснил следующее. Он работал оперуполномоченным УФСКН России по Пермскому краю, в их отделе имелась информация о том, что неустановленные лица в составе преступной группы, организовали сбыт наркотических средств синтетического происхождения через интернет-магазин «Уралмаркет», посредством тайников-закладок на территории г. Перми, преимущественно в Мотовилихинском районе. В ходе проведения оперативно-розыскных мероприятий установлен номер мобильного телефона №, который использовался неизвестным лицом при сбыте наркотических средств синтетического происхождения на территории г. Перми. С целью изобличения в преступной деятельности неустановленных лиц им было получено разрешение на прослушивание телефонных переговоров и снятие информации с технических каналов связи. По результатам полученной информации было установлено, что неустановленное лицо направляет партии наркотиков, а затем человек делает закладки-тайники наркотиков, в основном, на территории Мотовилихинского района г. Перми и раскладывает закладки с наркотическими средствами через интернет-магазин «Уралмаркет». 23.03.2016 г. была получена информация о том, что неустановленное лицо осуществил закладки с наркотическими средствами синтетического происхождения в Мотовилихинском районе г. Перми, 23.03.2016 г. около 18 часов 45 минут, в ходе проведения оперативно-розыскного мероприятия «Обследование помещений, участков местности, зданий, сооружений», в тамбуре 5 подъезда &lt;адрес&gt; г. Перми, в потолке у пластиковой трубы, обнаружен и изъят пакетик из прозрачного полимерного материала с застежкой, с веществом коричневого цвета. 23.03.2016 г. около 19 часов 45 минут, в ходе проведения оперативно-розыскного мероприятия «Обследование помещений, участков местности, зданий, сооружений», в тамбуре 4 подъезда &lt;адрес&gt; г. Перми, с тыльной стороны патрона лампочки дневного света, обнаружен и изъят пакетик из прозрачного полимерного материала с застежкой, с веществом белого цвета. 30.03.2016 г. была получена информация о том, что неустановленное лицо осуществил закладки с наркотическими средствами синтетического происхождения в Мотовилихинском районе г. Перми. 30.03.2016 г. около 20 часов 00 минут, в ходе проведения оперативно-розыскного мероприятия «Обследование помещений, участков местности, зданий, сооружений», в тамбуре 4 подъезда &lt;адрес&gt; г. Перми, над лампочкой дневного света обнаружен и изъят пакетик из прозрачного полимерного материала с застежкой, с веществом бежевого цвета. 31.03.2016 г. была получена информация о том, что неустановленное лицо осуществил закладки с наркотическими средствами синтетического происхождения в Мотовилихинском районе г. Перми. 31.03.2016 г. около 16 часов 35 минут, в ходе проведения оперативно-розыскного мероприятия «Обследование помещений, участков местности, зданий, сооружений», в тамбуре 1 подъезда &lt;адрес&gt; г. Перми, в плафоне с лампочкой дневного света обнаружен и изъят пакетик из прозрачного полимерного материала с застежкой, с веществом белого цвета. В момент изъятия наркотиков по адресам: &lt;адрес&gt;, &lt;адрес&gt;, &lt;адрес&gt;, данные ФИО1 и ФИО3 ими не были установлены, им только было известно, что через интернет-магазин «Уралмаркет» лицо направляет партии наркотиков, а затем человек делает закладки-тайники наркотиков, в основном, на территории Мотовилихинского района г. Перми. Данные ФИО1 и ФИО3 ими были установлены в мае 2016 года, за день до их задержания. Проведенными ОРМ ими было установлено, что ФИО4 совместно с ФИО3 изъятые наркотики приготовили для дальнейшего сбыта, ФИО4 и ФИО3 снимали квартиру по адресу: &lt;адрес&gt;. С целью задержания ФИО1 и ФИО3 сотрудниками УФСКН России по Пермскому краю было организовано оперативно – розыскное мероприятие «Наблюдение». 12.05.2016 г. он, Свидетель №2, ФИО34, вели наблюдение за ФИО1 и ФИО3 Днем ФИО3 вышел из &lt;адрес&gt;, на общественном транспорте доехал до Дзержинского района г. Перми, где прошел за &lt;адрес&gt; г. Перми, за гаражи, а потом вышел из гаражей и вернулся на остановку общественного транспорта, уехав обратно к дому № по &lt;адрес&gt; г. Перми. Через некоторое время ФИО1 вышел из &lt;адрес&gt; г. Перми и поехал на общественном транспорте в сторону Мотовилихинского района г. Перми, однако ФИО1 потеряли из вида, поэтому в тот день ФИО4 не был задержан. 13.05.2016 г. около 13 часов 50 минут ФИО1, совместно с ФИО3, вышли из 2 подъезда &lt;адрес&gt; г. Перми, стали заходить в подъезды домов и при выходе из 3 подъезда &lt;адрес&gt; г. Перми, ФИО1 и ФИО3 были задержаны сотрудниками УФСКН России по Пермскому краю и в сопровождении сотрудников полиции доставлены в здание Управления ФСКН России по Пермскому краю по адресу: &lt;адрес&gt;, где в присутствии двух понятых были произведены их личные досмотры. В ходе личного досмотра ФИО1 и ФИО3 запрещенных предметов, веществ обнаружено не было. 13.05.2016 г. в период времени с 20 часов 25 минут до 21 часа 05 минут, сотрудники полиции произвели обыск в жилище по адресу: &lt;адрес&gt;, по месту проживания ФИО1 и ФИО3, в котором были обнаружены и изъяты 20 пакетиков из прозрачного полимерного материала с застежками, внутри каждого находилось вещество белого цвета (т. 2 л. д. 50 – 51, т. 4 л. д. 18 - 22). Свидетели Свидетель №2 и ФИО8, показания которых в ходе предварительного следствия были оглашены в судебном заседании, пояснил следующее. Они работали в УФСКН России по Пермскому краю в должности оперуполномоченных. В их отделе имелась информация о том, что неустановленные лица на территории Мотовилихинского района г. Перми делают закладки наркотического средства через интернет-магазин «Уралмаркет». Инициатором данной разработки был оперуполномоченный УФСКН России по г. Перми Свидетель №16, который получал оперативную информацию о тайниках закладок, которые разложили неустановленные лица. Они в составе группы Свидетель №16, Свидетель №1, ФИО9, выезжали по адресам: &lt;адрес&gt;, &lt;адрес&gt;, &lt;адрес&gt;, где в подъездах были обнаружены наркотики синтетического происхождения. В мае 2016 года ими было установлено, что сбытом наркотиков занимаются ФИО1 и ФИО3, и полные данные этих лиц. 12.05.2016 г. они с Свидетель №16 вели наблюдение за подсудимыми, в ходе наблюдения ФИО3 днем вышел из &lt;адрес&gt; г. Перми, на общественном транспорте доехал до &lt;адрес&gt;, зашел за гаражи, где ФИО3 забрал закладку, а именно, сверток с наркотиками, который привез по адресу: &lt;адрес&gt;, в этот же день из вышеуказанного дома вышел ФИО1, уехал в неизвестном направлении, задержать ФИО4 в этот день им не удалось. 13.05.2016 г. было принято решение о задержании ФИО1 и ФИО3 Они вели наблюдение за ФИО1 и ФИО3, которые днем вышли из &lt;адрес&gt; г. Перми и стали заходить в подъезды домов, у одного из домов по &lt;адрес&gt; и &lt;адрес&gt; г. Перми ФИО1 и ФИО3. были задержаны и доставлены в здание УФСКН России по Пермскому краю. 13.05.2016 г. вечером с участием ФИО1, по адресу: &lt;адрес&gt;, был проведен обыск, в ходе которого обнаружены 20 пакетиков с наркотиками в куртке ФИО1 ФИО1 сказал, что наркотики принадлежат ему. (т. 4 л. д. 12 – 17, 23 - 28). Свидетель Свидетель №1, показания которого в ходе предварительного следствия были оглашены в судебном заседании, пояснил следующее. Он работал в должности оперуполномоченного в УФСКН России по Пермскому краю, у них в отделе имелась оперативная информация о том, что молодой человек делает закладки наркотиков синтетического происхождения на территории г. Перми. Он совместно с Свидетель №16, Свидетель №2, Свидетель №3, данную информацию проверяли, проводили оперативные мероприятия, направленные на установление мест хранения наркотиков и лиц их сбывающих. В марте 2016 года, он совместно с Свидетель №2 и Свидетель №16 на территории Мотовилихинского района г. Перми, проводили оперативные мероприятия, в ходе которых при обследовании подъездов домов № по &lt;адрес&gt; и № по &lt;адрес&gt; г. Перми в присутствии понятых были обнаружены и изъяты наркотики синтетического происхождения по 1 пакетику на каждом адресе, пакеты были упакованы в бумажные конверты, опечатаны печатью, заверены подписями понятых. На тот момент они не обладали информацией о лице, кто делал тайники с наркотиками, т. е. о ФИО4. В мае 2016 года оперативным путем было установлено, что к совершению сбыта наркотиков причастен ФИО1, проживающий по адресу: &lt;адрес&gt;. В один из дней мая 2016 года, в день задержания за ФИО1 было установлено за ними наблюдение, в ходе наблюдения ФИО1 и ФИО3 вышли из &lt;адрес&gt; г. Перми и пошли по улицам, заходя в подъезды домов. Они решили, что ФИО1 и ФИО3 делают тайники с наркотиками, ими было принято решение о задержании. При задержании ФИО4 и ФИО3 пояснили, что заходили в подъезды и проверяли места, где ранее был оставлен наркотик, так как Кристина написала, что в тайниках нет наркотиков. ФИО3 сказал, что просто ходил с ФИО1 Им было взяло объяснение с ФИО3, который пояснил, что ФИО1 занимался закладками наркотиков, в мае 2016 года ездил за наркотиками в м/р «Парковый», где взял партию наркотиков, которую передал ФИО1 В этот же день у ФИО1 в жилище был проведен обыск по адресу: &lt;адрес&gt;, в ходе которого он принял участие. При понятых в ходе обыска были изъяты из куртки ФИО4 20 пакетов с наркотиками, а также 2 ноутбука, телефоны, блокноты с записями тайников закладок. При изъятии 20 пакетиков с наркотиками ФИО1, пояснил, что наркотики его, не успел их разложить. (т. 4 л. д. 150 - 156). Свидетели Свидетель №11 и Свидетель №8 в судебном заседании пояснили следующее. 23.03.2016 г. в вечернее время они были приглашены сотрудниками УФСКН России по Пермскому краю принять участие в качестве понятых. В их присутствии в ходе обследования тамбура № подъезда &lt;адрес&gt; г. Перми, в отверстии потолка, у трубы серого цвета, сотрудники полиции обнаружили и изъяли пакет из прозрачного полимерного материала с застежкой, в котором находилось вещество коричневого цвета. Пакет с веществом сотрудники полиции упаковали в бумажный конверт, на котором они поставили свои подписи, по факту производства обследования и обнаружения вещества сотрудниками полиции были составлены акты, в которых они поставили свои подписи. Свидетели Свидетель №12 и Свидетель №4, показания которых в ходе предварительного следствия были оглашены в судебном заседании, пояснили следующее. 30.03.2016 г. в вечернее время они были приглашены сотрудниками УФСКН России по Пермскому краю, принять участие в качестве понятых. В их присутствии в ходе обследования тамбура № подъезда &lt;адрес&gt; г. Перми, с левой стороны на стене в лампочке с патроном, сотрудники полиции обнаружили и изъяли пакет из прозрачного полимерного материала с застежкой, в котором находилось порошкообразное вещество белого цвета. Пакет с веществом упаковали в бумажный конверт, на котором они поставили свои подписи. По факту производства обследования и обнаружения вещества сотрудниками полиции были составлены акты, в которых они поставили свои подписи. (т. 2 л. д. 39; т. 4 л. д. 7-11). Свидетель Свидетель №14, показания которого в ходе предварительного следствия были оглашены в судебном заседании, пояснил следующее. 13.05.2016 г. в дневное время, он был приглашен сотрудниками УФСКН России по Пермскому краю, принять участие в качестве понятого. В его присутствии, а также в присутствии второго понятого, в здании УФСКН России по Пермскому краю по адресу: &lt;адрес&gt;, сотрудники полиции произвели осмотр ФИО4 и ФИО3. В ходе личного досмотра ФИО4 сотрудники полиции обнаружили и изъяли мобильный телефон «Леново», сим-карты. Запрещенных предметов у ФИО1 не было обнаружено. Затем в его присутствии и второго понятого, сотрудники полиции произвели личный досмотр ФИО3, у которого обнаружили и изъяли сотовый телефон «Самсунг». Запрещенных предметов у ФИО3 не было обнаружено. (т. 2 л. д. 62). Свидетель Свидетель №9, показания которого в ходе предварительного следствия были оглашены в судебном заседании, пояснил следующее. С сентября 2015 он проживал в комнате № &lt;адрес&gt;по ФИО5 г. Перми. В сентябре 2015 года вместе с ФИО4 и ФИО3. Зимой или ближе к весне 2016 года, он заметил, что ФИО1 часто стал уходить из общежития и приходить поздно. Со слов ФИО1 ему стало известно, что ФИО1 оставляет наркотики на адресах и за это получает деньги. Весной 2016 ему ФИО1 показал блокнот, в котором были написаны адреса, где были наркотики. Он наркотики не распространял, с ФИО1 закладки не делал. ФИО1 один ходил и делал закладки. В мае 2016 года, ФИО3 и ФИО1 сняли квартиру. В один из дней мая 2016 года в общежитие по адресу: &lt;адрес&gt;, приехали ФИО1 и ФИО3, оба рассказали, что их задержали сотрудники полиции, когда они проверяли тайники с наркотиками. Ему не известно, сколько получал ФИО1 денег за закладки наркотиков. (т. 3 л. д. 206 - 213) Свидетель ФИО10, показания которого в ходе предварительного следствия были оглашены в судебном заседании, пояснил следующее. С 01 сентября 2015 года он обучается в Пермском железнодорожном техникуме, стал проживать в общежитии по адресу: &lt;адрес&gt;, где познакомился с ФИО4 и с ФИО3. Весной 2016 года ФИО1 ему рассказал, что работает и получает большие деньги, до 100 000 рублей и пояснил, что на сайте нашел магазин по сбыту наркотиков, Кристина ему поставляет наркотики, а ФИО1 делает закладки наркотиков в домах. Он спрашивал у ФИО1, что действительно Кристина – это девушка, ФИО1 ответил что не знает, так как с Кристиной общается только с помощью переписки. Делал ли ФИО3 вместе с ФИО1 закладки, он не знает. Он вместе с ФИО1 закладки наркотиков не делал. У ФИО1 был блокнот, в котором ФИО4 записывал адреса закладок. Весной 2016 года ФИО4 и ФИО3 съехали из общежития и стали проживать в квартире в доме, расположенном по &lt;адрес&gt; г. Перми. В мае 2016 года ФИО4 ему рассказал, что ФИО4 и ФИО3 задержали сотрудники полиции и в квартире изъяли наркотики, которые ФИО4 не успел разнести по закладкам. (т. 3 л. д. 81-85). Свидетель Свидетель №15 и Свидетель №6, показания которых в ходе предварительного следствия были оглашены в судебном заседании, пояснили следующее. 30.03.2016 г. в вечернее время они была приглашена сотрудниками УФСКН России по Пермскому краю принять участие в качестве понятых. В их присутствии в ходе обследования тамбура № подъезда &lt;адрес&gt; по бульвару Гагарина г. Перми, слева от входа, над лампочкой, в нише, сотрудники полиции обнаружили и изъяли пакет из прозрачного полимерного материала с застежкой, в котором находилось порошкообразное вещество бежевого цвета. Пакет с веществом сотрудники полиции упаковали в бумажный конверт, на котором они поставили свои подписи. Сотрудники полиции составили акт обследования подъезда и акт изъятия, в которых они расписались. (т. 2 л. д. 30; т. 3 л. д. 233 - 237). Свидетель Свидетель №13, показания которой в ходе предварительного следствия были оглашены в судебном заседании, пояснила следующее. 31.03.2016 г. в дневное время она была приглашена сотрудниками УФСКН России по Пермскому краю принять участие в качестве понятой. В ее присутствии, а также в присутствии второй понятой, в ходе обследования тамбура 1 подъезда &lt;адрес&gt; г. Перми, слева в плафоне, сотрудники полиции обнаружили и изъяли пакетик из прозрачного полимерного материала с застежкой, в котором находилось вещество бежевого цвета. Пакет с веществом упаковали в бумажный конверт, на котором она и вторая понятая поставили свои подписи. По факту производства обследования и обнаружения вещества сотрудниками полиции были составлены акты, в которых она и второй понятой поставили свои подписи. (т. 2 л. д. 40). Свидетель Свидетель №18 и ФИО11, показания которых в ходе предварительного следствия были оглашены в судебном заседании, пояснили следующее. 13.05.2016 г. в вечернее время они были приглашены сотрудниками УФСКН России по Пермскому краю принять участие в качестве понятых. В их присутствии и в присутствии ФИО4 сотрудники полиции произвели обыск в квартире по адресу: &lt;адрес&gt;. В ходе обыска сотрудники полиции обнаружили и изъяли в прихожей на вешалке в курточке, принадлежащей ФИО1, 20 пакетиков из прозрачного полимерного материала с застежками «zip» с веществом белого цвета в каждом пакетике. В прихожей на трюмо студенческий билет на имя ФИО1, в обложке которого была банковская карта. При входе в большую комнату слева от телевизора обнаружены и изъяты: мобильный телефон, паспорт на имя ФИО3, тетрадь с записями, договор на аренду жилого помещения, копия паспорта на имя ФИО1, ноутбук. С кровати в большой комнате обнаружены и изъяты: мобильный телефон, ноутбук. Во второй комнате сотрудники полиции обнаружили и изъяли блокнот с записями. 20 пакетиков с веществом белого цвета сотрудники полиции упаковали в бумажный конверт, на котором они поставили свои подписи. Изъятые тетрадь и два блокнота были упакованы сотрудниками полиции в бумажный конверт, на котором они поставили свои подписи. По факту производства обыска в квартире и обнаружения предметов и веществ сотрудники полиции составили протокол, в котором они поставили свои подписи. (т. 2 л. д. 63, т. 3 л. д. 246 - 250). Свидетель Свидетель №7, показания которой в ходе предварительного следствия были оглашены в судебном заседании, пояснила следующее. В период времени с 11.02.2005 г. по 23.12.2016 года, она была собственником квартиры &lt;адрес&gt;. В мае 2016 года в интернете она разместила объявление о сдаче квартиры, в мае 2016 года она встретилась с двумя молодыми людьми, которые ей сказали, что их выгнали из общежития, жить им негде, им нужна квартира на 1 месяц, чтобы сдать сессию. Молодые люди выглядели прилично, подозрений не вызывали, поэтому она с ними заключила договор об аренде квартиры, ей были переданы деньги в сумме 15 000 рублей. Через 1 месяц в июне 2016 года молодые люди съехали из квартиры. О том, что в квартире был обыск и нашли наркотики, она не знала. (т. 3 л. д. 225 - 232). Свидетель ФИО36. в судебном заседании пояснил следующее. Подсудимый ФИО1 является его сыном. С 01.09.2014 г. сын учится в Пермском институте железнодорожного транспорта. На время учебы сначала проживал в общежитии, затем стал снимать квартиру. Он контролирует сына, характеризует его с положительной стороны, сын наркотики не употребляет. Свидетель Свидетель №17 в судебном заседании пояснила следующее. Подсудимый ФИО3, является ее сыном. Сын с 2014 года учится в Пермском институте железнодорожного транспорта, проживал в общежитии по адресу: &lt;адрес&gt;, где познакомился с ФИО4, стали дружить, с мая 2016 года они снимали квартиру по &lt;адрес&gt; г. Перми. Она характеризует сына с положительной стороны, сын наркотики не употребляет. Вина подсудимых подтверждается материалами уголовного дела: - рапортом об обнаружении признаков преступления, согласно которого 23.03.2016 г. в ходе ОРМ «обследование помещений, участков местности, зданий, сооружений», около 18 часов 22 минут в тамбуре 5-го подъезда &lt;адрес&gt; г. Перми, в потолке у пластиковой трубы, обнаружен и изъят пакетик из прозрачного полимерного материала с застежкой «ZIP», с веществом, которое согласно справки об исследовании № от - актом обследования от 23.03.2016 г., согласно которого, что 23.03.2016 г. с 18 часов 10 минут до 18 часов 20 минут в присутствии понятых проведено обследование тамбура пятого подъезда &lt;адрес&gt; г. Перми. В результате обследования установлено: при входе в пятый подъезд &lt;адрес&gt; г. Перми, расположен тамбур, в котором у правой стены вертикально с пола к потолку, расположена пластиковая труба серого цвета. В потолке у трубы имеется отверстие, в котором находится пакет из прозрачного полимерного материала с застежкой типа «zip», в котором находится вещество коричневого цвета. (т. 1 л. д. 3); - актом изъятия от 23.03.2016 г., согласно которого, 23.03.2016 г. с 18 часов 22 минут до 18 часов 38 минут в присутствии понятых, проведено изъятие пакета из прозрачного полимерного материала с застежкой типа «zip», в котором находится вещество коричневого цвета, находящегося по адресу: &lt;адрес&gt;, в тамбуре пятого подъезда. (т. 1 л. д. 4); - рапортом, согласно которого сотрудникам полиции разрешено проведение ОРМ «обследование сооружений, зданий, участков местности 23.03.2016 г. на территории г. Перми в отношении неустановленных лиц, занимаются незаконным сбытом наркотических средств синтетического происхождения через интернет-магазин «Урал-маркет» посредством тайников в г. Перми (т. 1 л. &lt;...&gt;); - справкой об исследовании, согласно выводам которой, представленное на исследование вещество коричневого цвета со специфическим запахом из полимерного пакета, содержащее N-(1-карбамоил-2, 2-диметилпропил)-1-(4-фторфенилметил)-1Н-индазол-3-карбоксамид (ADB-FUBINACA), является наркотическим средством – производное N-(1-карбамоил-2-метилпропил)-1-(фенилметил)-1Н-индазол-3-карбоксамида. Масса наркотического средства составила 2, 72 г. (т. 1 л. д. 13 - 16); - протоколом осмотра предметов, согласно которого, осмотрен конверт, внутри которого пакет с веществом коричневого цвета внутри, изъятый 23.03.2016 в ходе обследования тамбура 5-го подъезда &lt;адрес&gt; г. Перми, целостность упаковки конверта нарушений не имеет. (т. 1 л. д. 22 - 23); - заключением эксперта, согласно выводам которого, представленное на исследование вещество, содержащее N-(1-карбамоил-2, 2-диметилпропил)-1-(4-фторфенилметил)-1Н-индазол-3-карбоксамид (ADB-FUBINACA), изъятое в ходе обследования тамбура 5-го подъезда &lt;адрес&gt; г. Перми 23.03.2016 г., является наркотическим средством – производное N-(1-карбамоил-2-метилпропил)-1-(фенилметил)-1Н-индазол-3-карбоксамида. Масса наркотического вещества составила 2, 63 г. (т. 1 л. д. 27 - 30); - протоколом личного досмотра, согласно которого у ФИО4 при личном досмотре были обнаружены и изъяты: сотовый телефон «Lenovo», сим – карты МТС, Билайн (т. 1 л. д. 32); - протоколом личного досмотра, согласно которого у ФИО3 при личном досмотре обнаружен и изъят сотовый телефон «Самсунг» (т. 1 л. д. 33); - протоколом явки с повинной ФИО1, где ФИО1 указал следующее. Он нигде не работает и в связи с тяжелым материальным положением решил устроиться интернет-магазин «Уралмаркет» закладчиком наркотических средств. Примерно в начале марта 2016 года в сети «Телеграмм» он связался с лицом, под ником «Уралмаркет напиши 10 сообщений и я отвечу», в ходе переписки он сообщил, что хочет работать закладчиком. По указанию он зарегистрировался в «Скайпе» и скинул свой ник. В сети «Скайп» человек представился именем Кристина, и сказал, что необходимо заполнить анкету и направить фотографию лицевого разворота паспорта, что он и сделал. После этого Кристина отправила фото с местонахождения тайника с закладкой наркотического средства. В данной закладке находились свертки, перевязанные либо изоляционной лентой разных цветов, либо из фольгированной бумаги. Он разложил закладки в Мотовилихинском районе, фото с адресами и описанием он отправил через «Скайп» Кристине, Кристина перечислила ему в качестве заработной платы сумму из расчета 150 рублей за одну закладку. Таким образом, он получал адреса с крупными закладками, в которых находилось от 15 до 40 свертков, и раскладывал их в потайные места с периодичностью примерно раз в три дня. 22.03.2016 г. или 23.03.2016 г. в сети «Скайп» ему пришло сообщение от Кристины, в котором указывалось место с очередной партией наркотического средства. Он съездил, забрал закладку, затем пошел делать тайники с закладками наркотического средства. Все адреса он не помнит, но запомнил, что один из тайников с закладкой наркотического средства находился в тамбуре 4-го подъезда &lt;адрес&gt; г. Перми, с тыльной стороны патрона лампочки дневного света. В этот же день он сделал закладку с наркотическим средством в тамбуре 5-го подъезда &lt;адрес&gt; г. Перми, в потолке у пластиковой трубы. 29.03.2016 г. или 30.03.2016 г. в сети «Скайп» ему пришло сообщение от Кристины, в котором указывалось место с очередной партией наркотического средства. Он съездил, забрал закладку, затем он сделал один из тайников с закладкой наркотического средства в тамбуре 4-го подъезда &lt;адрес&gt; г. Перми, над лампочкой дневного света. 12.05.2016 г. в сети «Скайп» ему пришло сообщение от Кристины, в котором указывалось место с очередной партией наркотического средства в количестве 40 свертков. Данная закладка была расположена вблизи &lt;адрес&gt; г. Перми. Он очень хотел спать, то попросил своего друга ФИО3, съездить и забрать закладку с наркотическим средством. ФИО3 достоверно знал, что он его отправляет забрать наркотик, так как часто ходил с ним делать закладки. Примерно около 15 часов 00 минут ФИО3 приехал домой в квартиру по адресу: &lt;адрес&gt;, передал ему хирургическую перчатку, в которой находились 40 прозрачных пакетиков с застежкой, в которых находился белый порошок. Около 17 часов 00 минут он вышел на улицу и поехал делать тайники с закладками, он заходил в различные подъезды домов, где в тамбуре делал тайники с закладками из прозрачных пакетиков с наркотическим веществом внутри, адрес и описание закладок он записывал в блокнот, а место их нахождения фотографировал на телефон. В этот день он сделал 20 закладок и вернулся домой по адресу: &lt;адрес&gt;. Дома он спрятал оставшиеся 20 пакетиков с наркотическим средством в карман куртки, которая висит в прихожей. Далее он выгрузил фотографии в файлообменник, в сети «Скайп» сообщением отправил Кристине места нахождения тайников с закладками. Около 23 часов 55 минут от Кристины ему пришло сообщение с местонахождением тайника с оптовой закладкой наркотического средства, которое расположено вблизи &lt;адрес&gt; г. Перми за гаражом под остатками матраца. Данную закладку он не брал. В ней должно находиться 40 свертков с наркотическим средством. 13.05.2016 около 14 часов 00 минут у третьего подъезда &lt;адрес&gt; г. Перми он вместе с ФИО3 был задержан сотрудниками полиции. (т. 1 л. д. 37 - 38); - протоколом обыска, согласно которому в жилище ФИО1 и ФИО3 проведен обыск по адресу: &lt;адрес&gt;. В ходе обыска в прихожей квартиры, в куртке, принадлежащей ФИО1, обнаружено и изъято 20 пакетов из прозрачного полимерного материала с застежкой типа «zip», с веществом белого цвета, а также в квартире обнаружены и изъяты: банковская карта «Сбербанк», 2 блокнота с записями внутри, сотовый телефон «Леново», договор на аренду жилого помещения от 02.05.2016, ноутбук «Dexp», сотовый телефон «Micromax», ноутбук «Asus». (т. 1 л. д. 49 - 56); - рапортом, согласно которого 23.03.2016 г. в ходе ОРМ «обследование помещений, участков местности, зданий, сооружений» около 19 часов 45 минут в тамбуре подъезда № &lt;адрес&gt; г. Перми, с тыльной стороны патрона лампочки дневного света, обнаружен и изъят пакетик из прозрачного полимерного материала с застежкой «ZIP», с веществом белого цвета, которое согласно справки об исследовании № от 11.04.2016, содержит в своем составе ?-PVP, является наркотическим средством – производное N-метилэфедрона. Масса наркотического средства составила 0, 285 г., что является значительным размером. (т. 1 л. &lt;...&gt;); - актом обследования от 23.03.2016 г., согласно которого 23.03.2016 г. с 19 часов 25 минут до 19 часов 42 минут в присутствии понятых проведено обследование тамбура четвертого подъезда &lt;адрес&gt; г. Перми. В результате обследования установлено, что с левой стороны на стене расположена лампа с патроном, с тыльной стороны патрона обнаружен пакет из прозрачного полимерного материала с застежкой «Зип», с находящимся внутри порошкообразным веществом белого цвета. (т. 1 л. д. 84); - актом изъятия от 23.03.2016 г., согласно которого 23.03.2016 г. с 19 часов 45 минут до 20 часов 10 минут в присутствии понятых изъят пакет из прозрачного полимерного материала с застежкой типа «zip», с находящимся внутри порошкообразным веществом белого цвета, изъятого в тамбуре четвертого подъезда &lt;адрес&gt; г. Перми. (т. 1 л. д. 85); - справкой об исследовании, согласно выводам которой, представленное на исследование вещество, содержащее ?-PVP, является наркотическим средством – производное N-метилэфедрона. Масса наркотического средства составила 0, 285 г. (т. 1 л. д. 94 - 97); - протоколом осмотра предметов, согласно которого осмотрен конверт внутри которого находится пакетик с застежкой типа «zip» с порошкообразным веществом белого цвета внутри, изъятый в ходе обследования помещения тамбура четвертного подъезда дома, расположенного по адресу: &lt;адрес&gt;, проведенного 23.03.2016 г., целостность упаковки конверта видимых нарушений не имеет. (т. 1, л. д. 102 - 103); - заключением эксперта, согласно выводам которого, представленное на исследование вещество, содержащее ?-PVP, изъятое в ходе обследования тамбура 4-го подъезда &lt;адрес&gt; г. Перми 23.03.2016, является наркотическим средством – производное N-метилэфедрона. Масса наркотического средства составила 0, 275 г. (т. 1 л. д. 107 - 110); - рапортом, согласно которого 30.03.2016 в ходе ОРМ «Обследование помещений, участков местности, зданий, сооружений», в период с 20 часов до 20 часов 20 минут по адресу: &lt;адрес&gt;, в тамбуре подъезда № слева от входа в стене над лампой дневного света в нише – обнаружен и изъят прозрачный пакетик с застежкой «ZIP» с веществом, которое согласно справки об исследовании № от 11.04.2016, содержит в своем составе производное наркотического средства N-метилэфедрона – ? – пирролидиновалерофенон, является наркотическим средством массой 0,378 грамма, что является значительным размером. (т. 1 л. д.114, 130); - актом обследования от 30.03.2016 г., согласно которого 30.03.2016 г. с 20 часов 00 минут до 20 часов 08 минут в присутствии понятых, было произведено обследование тамбура четвертого подъезда &lt;адрес&gt; по б&lt;адрес&gt; г. Перми. В результате обследования установлено следующее: слева от входа, в стене, над лампой дневного света в нише обнаружен прозрачный полимерный пакетик с застежкой «Зип», внутри которого находится порошкообразное вещество бежевого цвета. (т. 1 л. д.115); - актом изъятия от 30.03.2016 г., согласно которого 30.03.2016 г. с 20 часов 09 минут до 20 часов 20 минут тамбура четвертого подъезда &lt;адрес&gt; г. Перми. в присутствии понятых, изъят прозрачный пакетик с застежкой «Зип», внутри которого находится порошкообразное вещество бежевого цвета. (т. 1 л. д.116); - рапортом, согласно которого сотрудникам полиции разрешено проведение ОРМ «обследование сооружений, зданий, участков местности» 30.03.2016 г. на территории г. Перми в отношении неустановленных лиц, которые занимаются незаконным сбытом наркотических средств синтетического происхождения через интернет-магазин «Урал-маркет» посредством тайников в г. Перми (т. 1 л. д. 117); - справкой об исследовании, согласно выводам которой, представленное комкообразное и порошкообразное вещество бежевого и белого цвета, со специфическим запахом, из бесцветного прозрачного полимерного пакета, содержит в своем составе производное наркотического средства N-метилэфедрона – ? – пирролидиновалерофенон и является наркотическим средством. Масса наркотического средства из пакета составила 0,378 г. (т.1 л. д. 125 - 128); - протоколом осмотра предметов, согласно которого осмотрен конверт, внутри которого находится пакетик с застежкой типа «zip», с порошкообразным веществом бежевого цвета внутри, изъятый в ходе обследования помещения четвертного подъезда дома, расположенного по адресу: &lt;адрес&gt;, проведенного 30.03.2016 г., целостность упаковки конверта видимых нарушений не имеет. (т. 1 л. д. 133 - 134); - заключением эксперта, согласно выводам которого, представленное комкообразное и порошкообразное вещество бежевого и белого цвета, со специфическим запахом, из бесцветного прозрачного полимерного пакета, содержит в своем составе производное наркотического средства N-метилэфедрона – ? – пирролидиновалерофенон и является наркотическим средством. Масса наркотического средства из пакета составила 0, 293 г. (т.1. д. 138 - 141); - рапортом, согласно которого 31.03.2016 в ходе ОРМ «Обследование помещений, участков местности, зданий, сооружений», в период с 16 часов 35 минут до 16 часов 53 минут по адресу: &lt;адрес&gt;, в тамбуре подъезда № слева в плафоне дневного света– обнаружен и изъят прозрачный пакетик с застежкой «ZIP» с веществом, которое согласно справки об исследовании № от 11.04.2016, содержит в своем составе производное наркотического средства N-метилэфедрона – ? – пирролидиновалерофенон и является наркотическим средством массой 0,451 грамма, что является значительным размером. (т. 1 л. &lt;...&gt;); - актом обследования от 31.03.2016 г., согласно которого 31.03.2016 г. с 16 часов 35 минут до 16 часов 42 минут в присутствии понятых, было произведено обследование тамбура первого подъезда &lt;адрес&gt; г. Перми. В результате обследования установлено следующее: в плафоне дневного света с левой стороны обнаружен пакетик из прозрачного полимерного материала с веществом бежевого цвета. (т. 1 л.д. 146); - актом изъятия от 31.03.2016 г., согласно которого 31.03.2016 г. с 16 часов 43 минут до 16 часов 51 минуты в присутствии понятых, изъят прозрачный пакет полимерного материала с веществом бежевого цвета. (т. 1 л. д. 147); - рапортом, согласно которого сотрудникам полиции разрешено проведение ОРМ «обследование сооружений, зданий, участков местности» 31.03.2016 г. на территории г. Перми в отношении неустановленных лиц, которые занимаются незаконным сбытом наркотических средств синтетического происхождения через интернет-магазин «Урал-маркет» посредством тайников в г. Перми (т. 1 л. д. 148); - справкой об исследовании, согласно выводам которой, представленное порошкообразное вещество бежевого цвета, большая часть которого в виде бесформенных комочков размером до 7 мм, со специфическим запахом, из бесцветного прозрачного полимерного пакета, содержит в своем составе производное наркотического средства N-метилэфедрона – ? – пирролидиновалерофенон и является наркотическим средством. Масса наркотического средства из пакета составила 0, 451 г. (т.1 л. д. 153 - 155); - протоколом осмотра предметов, согласно которого осмотрен конверт, внутри которого находится пакетик, внутри которого находится вещество бежевого цвета, изъятый из плафона левой стены тамбура первого подъезда &lt;адрес&gt; г. Перми в ходе проведенного ОРМ «Обследование», проведенного 31.03.2016 года, целостность упаковки конверта нарушений не имеет. (т. 1 л. д. 163 - 164); - заключением эксперта, согласно выводам которого, представленное порошкообразное вещество бежевого цвета, большая часть которого в виде бесформенных комочков, со специфическим запахом, из бесцветного прозрачного полимерного пакета, изъятое в ходе обследования тамбура 4-го подъезда &lt;адрес&gt; г. Перми 30.03.2016, содержит в своем составе производное наркотического средства N-метилэфедрона – ? – пирролидиновалерофенон и является наркотическим средством. Масса наркотического средства из пакета составила 0, 431 г. (т. 1 л. д. 168 - 171); - рапортом об обнаружении признаков преступления, согласно которого 13.05.2016 в период времени с 20 часов 25 минут до 21 часа 05 минут по адресу: &lt;адрес&gt;, обнаружено и изъято наркотическо средство- вещество, содержащее ? -PVP, является наркотическим средством- производное N- метилэфедрона, массой 9, 995 грамма, что является крупным размером. (т. 1 л. &lt;...&gt;); - рапортом, согласно которого сотрудникам полиции разрешено проведение ОРМ «наблюдение» 13.05.2016 г. на территории г. Перми в отношении ФИО1 и ФИО3 для пресечения преступной деятельности указанных лиц (т. 1 л. д. 174); - справкой об исследовании, согласно выводам которой представленное на исследование вещество из двадцати полимерных пакетов, содержащее ?-PVP, является наркотическим средством - производное N-метилэфедрона. Масса наркотического средства составила 0,487 г., 0,552 г., 0,509 г., 0,409 г., 0,433 г., 0,518 г., 0,510 г., 0,509 г., 0,521 г., 0,508 г., 0,409 г., 0,482 г., 0,511 г., 0,519 г., 0,496 г., 0,510 г., 0,450 г., 0,497 г., 0,528 г., и 0,505 г. Общая масса вещества составила 9, 995 г. (т. 1 л. д. 176 - 179); - рапортом, согласно которого сотрудникам полиции разрешено проведение ОРМ «обследование сооружений, зданий, участков местности» 13.05.2016 г. на территории г. Перми в отношении неустановленных лиц, которые занимаются незаконным сбытом наркотических средств синтетического происхождения через интернет-магазин «Урал-маркет» посредством тайников в г. Перми (т. 1 л. д. 212); - протоколом осмотра предметов, согласно которого осмотрен конверт, внутри которого пакет с веществом белого цвета, изъятый в ходе обследования помещений 4 подъезда &lt;адрес&gt; 30.03.2016 г.; конверт, внутри которого пакет с веществом белого цвета, изъятый в ходе обследования помещений 4 подъезда &lt;адрес&gt; 23.03.2016 г.; конверт, внутри которого пакет с веществом коричневого цвета, изъятый в ходе обследования помещений тамбура 5 подъезда &lt;адрес&gt; 23.03.2016 г.; конверт, внутри которого пакет с веществом бежевого цвета, изъятый в ходе обследования тамбура 1 подъезда &lt;адрес&gt; 31.03.2016 г. (т. 1 л. д. 244 – 246); - протоколом осмотра предметов, согласно которого осмотрен конверт внутри которого находятся двадцать пакетов из прозрачного бежевого полимерного материала с застежками zip с порошкообразным веществом белого цвета, изъятые 13.05.2016 из кармана куртки в прихожей в ходе обыска в квартире по адресу: &lt;адрес&gt;, целостность упаковки конверта нарушений не имеет. (т. 2 л. д. 32); - заключением эксперта, согласно выводам которого, представленное на исследование вещество из двадцати мешков, массой 0,439 г, 0,473 г, 0,460 г, 0,411 г, 0,388 г, 0,468 г, 0,460 г, 0,485 г, 0,474 г, 0,463 г, 0,442 г, 0,437 г, 0,460 г, 0,469 г, 0,447 г, 0,458 г, 0,405 г, 0,448 г, 0,478 г, и 0,451г, содержит в своем составе наркотическое средство производное N-метилэфедрона, включенное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 июня 1998 г. № 681». (т. 2 л. д. 35 - 36); - протоколом осмотра предметов, согласно которого осмотрены с участием специалиста: телефон «Lenovo» с сим-картами Ростелеком №, «МегаФон 8970102 220 374 3790 9 4G+», телефон «Mi» » с сим-картами: «Yota 020 112 2773», «Теле2 № 3G/4G», телефон «Samsung» с сим-картами: «Ростелеком № 2», «Yota №», ноутбук «Dexp», ноутбук «Asus». Приложение к протоколу осмотра два DVD-диска однократной записи. Общий объем приложения к протоколу осмотра на первом диске составляет 3 886 943 310 байт. Общий объем приложения к протоколу осмотра на втором диске составляет 3 838 266 485 байт. (т. 2 л.д. 41 - 45) - протоколом проверки показаний на месте подозреваемого ФИО1, где ФИО1 указал следующее. Находясь около здания общежития по адресу: &lt;адрес&gt;, ФИО5, 47, ФИО1 показал, что в комнате №, при помощи ноутбука «Асус» списался с Кристиной, которая ответила, что в м/р «Парковый» есть закладка наркотиков по несколько пакетиков, которые он должен разнести. Ему Кристина не указывала адреса, по которым он должен делать закладки наркотиков, он сам выбирал адреса. В один из дней марта 2016, он забрал в м/р «Парковый» партию наркотиков, чтобы их разложить по закладкам, точный адрес не помнит. Он вернулся в общежитие, где выложил из общей упаковки пакетики с наркотиками, сколько их было, точно не помнит. В этот же день, он пошел делать закладки с наркотиками. Подозреваемый ФИО1, указал, что необходимо прибыть к дому № по &lt;адрес&gt; г. Перми, где он спрятал наркотик в один из дней марта 2016 г. ФИО4, находясь около &lt;адрес&gt; г. Перми, показал, что в один из дней марта 2016 ближе к вечеру, в одном из подъезда указанного дома, спрятал пакетик с наркотиком. Спрятав наркотик, он сфотографировал, где лежит наркотик и фотографию со своего телефона направил Кристине. Данный наркотик предназначался для наркопотребителя. Кристина ему сразу деньги за закладку не передавала, зарплата за работу ему приходила раз в месяц. (т. 3 л. д. 19 – 25); - протоколом проверки показаний на месте подозреваемого ФИО1, где ФИО1 указал следующее. В один из дней марта 2016, он получил партию наркотиков, забрав их в м/р «Парковый» г. Перми, точный адрес сейчас не помнит. Он стал разносить пакетики с наркотиками, делать закладки, указав, что необходимо поехать к &lt;адрес&gt; г. Перми. Находясь около &lt;адрес&gt; г. Перми, подозреваемый ФИО1 показал, что он в тот же день в марте 2016 года, в одном из подъездов указанного дома, спрятал пакетик с наркотиком, что и пакетик с наркотиком по адресу: &lt;адрес&gt;. Данные наркотики были из одной партии. Место закладки наркотика в подъезде &lt;адрес&gt; г. Перми, он сфотографировал на свой телефон и отправил Кристине. Деньги за закладку он получил позже, сумма была 50 000 рублей, за месяц работы по сбыту наркотиков, то есть за работу курьером наркотиков. (т. 3 л. д. 26 - 31); - протоколом осмотра предметов и документов, согласно которому осмотрены: 2 блокнота, тетрадь, 4 сим-карты, банковская карта ВТБ24 VISA на имя ФИО13, банковская карта ВТБ24 VISA на имя ФИО1, договор на аренду жилого помещения. Осмотром установлено следующее: - блокнот «FOOTBALL Sport», в котором имеются записи выполненные рукописным текстом, содержащие информацию о датах и местах нахождения тайников- закладок наркотических средств; - тетрадь общая (в клетку) «Россия Copybook», в которой имеются записи, выполненные рукописным текстом, содержащие информацию о датах и местах нахождения тайников- закладок наркотических средств, а также конспекты по предмету «Философия»; - блокнот « MEGAPOLIS», в котором имеются записи выполненные рукописным текстом, содержащие информацию о датах и местах нахождения тайников- закладок наркотических средств, в том числе: 20.03.16 ТВ ФИО6 34/2 на верху в дыре с трубой под 5; Крупской 38 под 4 в лампочке; «30.03. Бул. 79 под 4 слева на досках; под 1 лампа Гайдара 16/2; - банковская карта ВТБ24 VISA владелец карты ФИО1; - банковская карта СБЕРБАНК VISA владелец карты ФИО1; - договор на аренду жилого помещения, заключенный в г. Перми 02 мая 2016 года между арендатором ФИО3 и арендодателем Свидетель №7, согласно договору арендодатель предоставляет в аренду арендатору квартиру по адресу: &lt;адрес&gt;, Луначарского, 21 – 21, сроком со 02 мая по 01 июня 2016 года. В договоре также указано, что на момент заключения договора оплачено пятнадцать тысяч рублей; - 4 сим-карты: 2 сим-карты МТС, 2 сим-карты Билайн (т. 3 л. д. 32 - 69); - протоколом проверки показаний на месте подозреваемого ФИО3, где ФИО3 находясь около подъезда № &lt;адрес&gt; г. Перми, показал, что 11.05.2016 года вечером ФИО1 в &lt;адрес&gt; указанного дома предложил ему съездить за наркотиками вместо него, он согласился съездить за наркотиками, завтра. Он дал свое согласие взять наркотики из тайника, так как должен был ФИО1 3 500 рублей. 12.05.2016 года после 12 часов он пришел с учебы в &lt;адрес&gt; г. Перми, где ФИО1 со своего телефона скинул ему на телефон «Самсунг» смс с текстом, где находится наркотик. В сообщении был указан адрес: &lt;адрес&gt;, за гаражами. Он поехал по указанному адресу. Находясь около &lt;адрес&gt; г. Перми, подозреваемый ФИО3 указал, что нужно перейти дорогу и подойти к &lt;адрес&gt; по проспекту Парковый, дойти до последнего подъезда, затем завернуть за угол дома, пройти через дорогу к гаражам. Находясь около гаражей, подозреваемый ФИО3 указал на три гаража, пояснив, что около одного из гаражей на земле лежала доска, под ней был сверток с наркотиками. Взяв упаковку с наркотиками из тайника, убрал их в карман одежды и на автобусе поехал к дому № по &lt;адрес&gt; г. Перми, чтобы наркотики передать ФИО1 Привез наркотики в &lt;адрес&gt;. 21 по &lt;адрес&gt;, где сверток с наркотиками передал ФИО4 днем 12.05.2016 г., после этого ФИО4 ушел из квартиры (т. 3 л. д. 71 - 80); - протоколом осмотра предметов (документов), согласно которого осмотрены: информация на 5 листах формата А4, на которых содержится информация об аккаунте №; 3 белых листа формата А4, на которых содержится информация счета Сбербанка, принадлежащего ФИО1 (т. 3 л. д. 98 - 105); - протоколом осмотра предметов (документов), согласно которого осмотрены: DVD-диск, на котором имеется информация об абонентском номере №, принадлежащем ФИО1 за период с 01.01.2016 по 31.03.2016; DVD-диск, на котором имеется информация об абонентском номере № принадлежащем ФИО1 за период с 01.01.2016 по 01.04.2016 (т. 3 л. д. 107 - 141); - протоколом осмотра предметов, согласно которого осмотрен DVD-диск, на имеются две папки, с наименованиями «DEXP» и «Lenovo». В папке «DEXP» (ноутбук ФИО3), в которой расположены папки «Интернет», «Переписка», «Файлы», где содержится следующая информация: 31.03.2016 с 8:25:19 по 9:10:40 зафиксированы исходящие сообщения от контакта «colarulit (no name)», контакту «kristikot996 (ФИО7)», содержащие тексты: с указанием адресов закладок «Я подумал, а может тебе частями попробовать скинуть вчерашнюю работу?»; «Я просто не могу в жабе зарегаться»; «прикол приколов - Сегодня 21:23 « 0,5 СК, Бульвар Гагарина, 79 подъезд 4 заходишь слева на досках забираешь; 0,5 СК, Гайдара 16/2 подъезд 1, в лампе слева внутри подъезда и ….т.д.» «Пришло?»; 31.03.2016 в 12:28:30 зафиксировано входящее сообщение от контакта «kristikot996 (ФИО7)», контакту «colarulit (no name)», содержащее текст: «почему-то слишком много жалоб стало на твои адреса»; 31.03.2016 в 12:30:35 зафиксировано исходящее сообщение от контакта «colarulit (no name)», контакту «kristikot996 (ФИО7)», содержащее текст: «Просто я думаю надо менять тактику, надо больше на улице делать, а не в подъездах»; 31.03.2016 с 12:36:39 по 12:36:46 зафиксированы входящие сообщения от контакта «kristikot996 (ФИО7)», контакту «colarulit (no name)», содержащие тексты: «ну тоже верно, и там и там»; «но снег тает, не в снегу»; «погода плохая»; 01.04.2016 в 9:50:01 зафиксировано исходящее сообщение от контакта «colarulit (no name)», контакту «kristikot996 (ФИО7)», содержащее текст: «Надеюсь, около пяти успею всё сделать»; 01.04.2016 с 10:10:19 по 14:43:23 зафиксированы входящие сообщения от контакта «kristikot996 (ФИО7)», контакту «colarulit (no name)», содержащие тексты: «о кей»; «когда?»; «время 19 41»; «1.12.18 адреса пустые»; «я тебя предупреждала?»; 01.04.2016 с 15:33:52 по 15:35:30 зафиксированы исходящие сообщения от контакта «colarulit (no name)», контакту «kristikot996 (ФИО7)», содержащие тексты: «В смысле пустые»; «Просто не нашли?»; «Или что?»; «Ты тут?»; «Кристина, давай знаешь как сделаем, я сейчас сдаю и всё, с завтрашнего дня я просто увольняюсь сам»; 01.04.2016 15:39:40 зафиксировано входящее сообщение от контакта «kristikot996 (ФИО7)», контакту «colarulit (no name)», содержащее текст: «да»; 01.04.2016 15:44:56 по 16:24:01 зафиксированы исходящие сообщения от контакта «colarulit (no name)», контакту «kristikot996 (ФИО7)», содержащие тексты: «А если так сделаем, ты мне заплатишь хоть что-нибудь?»; «Я тебе серьёзно, я просто устал»; «А если будет с деньгами совсем …, я опять приду к тебе»; осмотрена папка «Lenovo» ( телефон ФИО1), в которой расположены папки «SIM карта (мегафон)», «SIM карта (Ростелеком)», «Аудиофайлы», «Видеофайлы», «Графические файлы», «Приложения», «Сообщения.files», и файлы «Журнал событий», «Информация об устройстве», «Объединенные контакты», «Пароли», «Сообщения», «Телефонная книга» и имеется информация: 12.05.2016: «&lt;адрес&gt; 12 подъезд 3, между лестницей и стеной (ссылка); 20) 0,5 СК, ФИО12 12 подъезд 2, слева в доске объявлений (ссылка)»; Изображение «№» содержит фрагмент переписки 12.05.2016 с контактом «Кристи…»: «2. Пермь Дзер. Ск 0,5х40. &lt;адрес&gt;. торец. прямо болерная. за ней гараж. правый ближний угол к дороге. за доской хирург. перчатка («Кристи…»)».«Понял» (т. 3 л. д. 143 - 165); - протоколом осмотра предметов (документов), согласно которого, осмотрен «DVD-R», «4.7 GB Go» «16x speed vitesse» 120 min», на диске размещены три папки, имеющие наименования «ASUS», «Micromax» и «Samsung». В папке «ASUS» (ноутбук, принадлежащий ФИО13), имеется следующая информация: 20.03.2016 с 10:59:35 по 10:59:44 зафиксировано исходящее сообщение от контакта «dominant483 (ФИО1)» контактам «kristikot996 (ФИО7)» и «newpartybrz, (Party Bereza&amp;Solik (newpartybrz))», содержащее текст: «2) тв 3 гр 20 шт Пермь &lt;адрес&gt;. пад послед. за дом. справа бетон гаражи. справа от них плиты на земле. самые ближние. правый ближний угол. под ним в снегу пачака от таблеток. http://i11.pixs.ru/storage/8/7/6/IMG2016031_6435930_21175876.jpg»; 20.03.2016 в 11:10:46 зафиксировано исходящее сообщение от контакта «dominant483 (ФИО1)» контакту «kristikot996 (ФИО7)» содержащее текст: «все нашел не волнуйся»; 20.03.2016 с 15:06:31 по 15:06:52 зафиксированы исходящие сообщения от контакта «dominant483 (ФИО1)» контакту «kristikot996 (ФИО7)», содержащие тексты: «3 ТВ, &lt;адрес&gt;, заходишь справа труба на потолке забираешь»; «&lt;адрес&gt;»; «Мотовилиха»; «Сегодня». Осмотрена папка «Micromax» ( телефон ФИО1), которая содержит папки «SIM карта (Tele2)», «SIM карта (yota)», имеется информация о контактах и номерах телефонов. В папке «Samsung Galaxy S IV Mini Duos (GT-i9192)(№) (телефон ФИО3) имеется следующая информация: 12.05.2016 в 12:15:08 отправлено исходящее сообщение абоненту «ФИО7 (kristikot996)», содержащее текст: «Понял»; 12.05.2016 в 12:28:08 получены входящие сообщения от абонента «ФИО7 (kristikot996)», содержащие тексты: «когда сдашь?»; «давай половину до 18 00 управишься?». 12.05.2016 в 12:30:36 отправлено исходящее сообщение абоненту «ФИО7 (kristikot996)», содержащее текст: «не знаю». 12.05.2016 в 21:19:04 отправлено исходящее сообщение абоненту «ФИО7 (kristikot996)», содержащее текст: « 1)0,5 СК, &lt;адрес&gt;, на косяке второй двери у провода забираешь, 2)0,5 СК, &lt;адрес&gt;, под 3)0,5 СК, &lt;адрес&gt;, у лестницы у стены забираешь внутри , слева в трубе забираешь , слева перед падом в железе забираешь , в дыре у второй двери в потолке , слева в трубе забираешь»; 12.05.2016 в 21:32:21 отправлено исходящее сообщение абоненту «ФИО7 (kristikot996)», содержащее текст: «Всё остальное утром пойду делать сейчас просто не реально делать что либо людей на улице очень много». 12.05.2016 с 23:08:55 по 23:27:54 отправлены исходящие сообщения абоненту «ФИО7 (kristikot996)», содержащие тексты: «Я не могу найти блокнот там всё написано»; «Я всё перевернул»; «Нашел». 13.05.2016 в 12:36:48 получено входящее сообщение от абонента «ФИО7 (kristikot996)», содержащее текст: «где адреса время». (т. 3 л. д. 166 - 183); - заключением эксперта, согласно выводам которого, записи в блокноте «MEGAPOLIS» - «&lt;адрес&gt; на верху в двери с трубой под.№; &lt;адрес&gt; в лампочке; &lt;адрес&gt; слева на досках; под 1 лампа &lt;адрес&gt;», выполнены подозреваемым ФИО1 (т. 4 л. д. 179 - 184); - заключением эксперта, согласно выводам которого, записи в блокноте «MEGAPOLIS», блокноте «FOOTBALL», и в тетради, выполнены подозреваемым ФИО1 (т. 4 л. д. 191 - 198). Оценив собранные по делу доказательства с точки зрения относимости, допустимости, достоверности, а все собранные доказательства в совокупности, суд считает достаточным для признания вины подсудимых. Вину подсудимых установленной. Суд квалифицирует действия подсудимых: - подсудимого ФИО1 по преступлению, совершенному в период времени с начала марта 2016 года до 23.03.2016 г. (1 эпизод) по ст. ч. 3, ст. - ч. 4 п. «г» УК РФ как покушение на незаконный сбыт наркотических средств, совершенное с использованием информационно-телекоммуникационных сетей (включая сеть «Интернет»), группой лиц по предварительному сговору, в крупном размере, при этом преступление не было доведено до конца по не зависящим от этого лица обстоятельствам; - подсудимого ФИО1 по преступлению, совершенному в период времени с начала марта 2016 года до 31.03.2016 г. (2 эпизод) по ст. ч. 3, ст. - ч. 3 п. «а, б» УК РФ как покушение на незаконный сбыт наркотических средств, совершенное с использованием информационно-телекоммуникационных сетей (включая сеть «Интернет»), группой лиц по предварительному сговору, в значительном размере, при этом преступление не было доведено до конца по не зависящим от этого лица обстоятельствам; - подсудимых ФИО1 и ФИО3, каждого, по преступлению, совершенному с 12-13.05.2016 г. (3 эпизод) по ст. ч. 3, ст. - ч. 4 п. «г» УК РФ как покушение на незаконный сбыт наркотических средств, совершенное с использованием информационно-телекоммуникационных сетей (включая сеть «Интернет»), группой лиц по предварительному сговору, в крупном размере, при этом преступление не было доведено до конца по не зависящим от этого лица обстоятельствам; Вина ФИО1 и ФИО3, каждого, в совершении преступления подтверждается: - показаниями свидетелей Свидетель №1, Свидетель №2, ФИО8, Свидетель №16, согласно которым у них была информация, что неустановленные лица в составе преступной группы, организовали сбыт наркотических средств синтетического происхождения через интернет-магазин «Уралмаркет», посредством тайников-закладок на территории г. Перми, в рамках ОРМ «обследование помещений, участков местности, зданий, сооружений», 23.03.2016 г. в тамбуре № подъезда по адресу: &lt;адрес&gt; и в тамбуре № подъезда по адресу: &lt;адрес&gt;; 30.03.2016 г. в тамбуре № подъезда по адресу: &lt;адрес&gt;; 31.03.2016 г. в тамбуре № подъезда по адресу: &lt;адрес&gt; ими были обнаружены пакетики с наркотиком, 12 - 13.05.2016 г. они проводили в отношении подсудимых ОРМ «наблюдение», видели как 12.05.2016 г. ФИО3 из закладки возле &lt;адрес&gt; забрал сверток с наркотиком и привез его по месту проживания подсудимых, 13.05.2016 г. в ходе обыска в квартире у подсудимых обнаружены и изъяты 20 пакетиков с наркотиком; - показаниями свидетелей Свидетель №11 и Свидетель №8, согласно которым в их присутствии 23.03.2016 г. в тамбуре № подъезда &lt;адрес&gt; г. Перми сотрудники полиции изъяли пакет с наркотиком; - показаниями свидетелей Свидетель №12 и Свидетель №4, согласно которым в их присутствии сотрудники полиции в тамбуре № подъезда &lt;адрес&gt; г. Перми изъяли пакет с наркотиком; - показаниями свидетелей Свидетель №15 и Свидетель №6, согласно которым в их присутствии 30.03.2016 г. в тамбуре № подъезда &lt;адрес&gt; г. Перми сотрудники полиции изъяли пакет с наркотиком; - показаниями свидетелей Свидетель №13, согласно которым в ее присутствии 31.03.2016 г. в тамбуре № подъезда &lt;адрес&gt; по Гайдара г. Перми сотрудники полиции изъяли пакет с наркотиком; - показаниями свидетелей Свидетель №18 и Свидетель №5, согласно которым в их присутствии и в присутствии ФИО4 13.05.2016 г. сотрудники полиции по адресу: &lt;адрес&gt;, в куртке, принадлежащей ФИО4 изъяли 20 пакетов с наркотиком, также блокнот с записями адресов закладок; - показаниями свидетеля Свидетель №7, согласно которым в мае 2016 года она на месяц сдавала в аренду квартиру по адресу: &lt;адрес&gt; подсудимым; - показаниями свидетелей ФИО10 и Свидетель №9, согласно которым со слов ФИО4 им известно, что ФИО4 на сайте нашел магазин по сбыту наркотиков, ФИО14 поставляла наркотики, ФИО4 делал закладки наркотиков в домах и получал за это деньги, адреса закладок наркотиков ФИО4 записывал в блокнот; - показаниями свидетеля Свидетель №14, согласно которым в его присутствии у ФИО4 и ФИО3 при личном досмотре изъяли сотовые телефоны; - показаниями подсудимого ФИО1 в ходе предварительного следствия при допросах в качестве подозреваемого, при проверке показаний на месте, при допросе в качестве обвиняемого, в судебном заседании; показаниями подсудимого ФИО3 в ходе предварительного следствия при допросах в качестве подозреваемого, при проверке показаний на месте, при допросе в качестве обвиняемого, где они давали признательные показания, подробно и последовательно поясняли по обстоятельствам совершения преступлений. Суд признает показания вышеуказанных лиц правдивыми и достоверными, поскольку они последовательные и непротиворечивые. Оснований не доверять указанным лицам суд не установил, причин для оговора нет. Показания вышеуказанных лиц согласуются между собой, устанавливают в своей совокупности целостную картину преступления и изобличают подсудимых в совершении преступления. Все результаты оперативно – розыскных мероприятий по сбыту наркотических средств, которые были исследованы в судебном заседании, получены в соответствии с соблюдением норм уголовно – процессуального законодательства и ФЗ от 12.08.1995 года № 144-ФЗ «Об оперативно – розыскной деятельности», поэтому могут быть использованы в качестве доказательств, нет оснований для признании их недопустимыми доказательствами. Представленные органам следствия документы содержали необходимые сведения о фактах и обстоятельствах, достаточных для решения вопроса о возбуждении уголовных дел и проведения необходимых следственных действий. Об умысле ФИО1 на сбыт по преступлению от начала марта 2016 г. до 23 марта 2016 г. (1 эпизод) и по преступлению от начала марта 2016 года до 31.03.2016 г. (2 эпизод) наркотических средств, а также об умысле на сбыт ФИО1 и ФИО3 по преступлению от 12-13.05.2016 г. наркотических средств, с достоверностью свидетельствует их фактическое поведение, материалы уголовного дела, показания вышеуказанных свидетелей. Квалифицирующие признаки незаконного сбыта наркотических средств по всем преступлениям: с использованием информационно-телекоммуникационных сетей (включая сеть «Интернет»), группой лиц по предварительному сговору, нашли подтверждение в судебном заседании. В судебном заседании установлено, что неустановленное следствием лицо, в отношении которого материалы уголовного дела выделены в отдельное производство, путем размещения публичных объявлений на сайте рекламы «интернет – магазина Уралмаркет» по продаже наркотиков и объявления о наборе соучастников преступления в качестве непосредственных исполнителей – «закладчиков» наркотических средств, объявлений о приеме на высокооплачиваемую работу привлек ФИО1 к сбыту наркотиков, ФИО1 на предложение по сбыту наркотиков ответил согласием, по каждому преступлению ФИО1 получал от неустановленного лица адрес закладки с наркотиком через Интернет, после чего раскладывал в тайники наркотики, фотографировал, в сети Интернет «он-лайн», используя в сети программу мгновенного обмена сообщениями «Skype», направлял неустановленному следствием лицу, в отношении которого материалы уголовного дела выделены в отдельное производство, текстовые сообщения и фотографии с указанием адресов и точного местоположения тайников с наркотическими средствами с целью получения наркотиков наркопотребителями. ФИО3, проживая совестно с ФИО1 в одной квартире, знал, что ФИО1 через интернет получает закладки наркотиков, разносит наркотики по адресам и через интернет отправляет адреса закладок неустановленному лицу. 12.05.2016 г. ФИО3 знал, что адрес закладки с наркотиком ФИО4 получил через интернет, данный адрес ФИО4 передал ФИО3 и по указанному адресу ФИО3 забрал наркотики, передал их ФИО4, при этом ФИО3 знал, что данную закладку с наркотиком ФИО4 должен был разнести по адресам и отправить фотографии закладок неустановленному лицу с целью получения наркотиков наркопотребителями. Указанные обстоятельства свидетельствует о совершении преступления от начала марта 2016 г. до 23 марта 2016 г. (1 эпизод) и по преступления от начала марта 2016 года до 31.03.2016 г. (2 эпизод) неустановленного следствием лица и ФИО4, а также преступления от 12-13.05.2016 г. ФИО4, ФИО3 и неустановленного лица, группой лиц по предварительному сговору, поскольку действия соучастников были совместными, согласованными, дополняющими друг друга, направленными на достижение единого преступного результата, объединенные единым умыслом, наличие распределения ролей, а также с использованием информационно-телекоммуникационных сетей (включая сеть «Интернет»). К показаниям ФИО3 в судебном заседании о том, что он не знал, что 12.05.2016 г. забирая сверток, что в свертке находится наркотик, суд относится критически и расценивает как способ защиты и желание уйти от ответственности, поскольку опровергаются показаниями ФИО4, согласно которым ФИО3, знал что ФИО4 забирает из закладки именно наркотики и разносит их по адресам, 12.05.2016 г. ФИО3 сам предложил ФИО4 забрать наркотики в счет долга, Глотов говорил Зайнуллину адрес закладки и что именно наркотики ФИО3 нужно будет забрать, что ФИО3 и сделал, данные обстоятельства ФИО3 последовательно указывал при всех допросах в ходе предварительного следствия, при допросах ФИО3 присутствовал защитник, замечаний к протоколам допросов у ФИО3 не было. Довод защитника адвоката Кумировой Л. П. о том, что действия ФИО1 необходимо квалифицировать как единое продолжаемое преступление суд не может принять во внимание по следующим основаниям. Согласно показаниям ФИО1 в ходе следствия и в судебном заседании, в период с 22-23.03.2016 г. ФИО4 получил от неустановленного лица партию наркотиков 20 пакетов, разложил их в тайники, 2 пакета из его тайников 23.03.2016 г. изъяли сотрудники полиции; после этого новую партию наркотиков ФИО4 получил 24.03.2016 г. 20 пакетов, всю партию разложил по адресам в этот же день, 2 пакета из его тайников 30.03.2016 г. и 31.03.2016 г. изъяли сотрудники полиции; 12.05.2016 г. им была получена новая партия наркотиков, из которой 20 пакетов у ФИО4 дома 13.05.2016 г. изъяли сотрудники полиции, соответственно умысел на сбыт наркотиков у ФИО4 возникал каждый раз при получении каждой партии наркотиков, что исключает квалификацию его действий как единое продолжаемое преступление. Суд, согласно позиции государственного обвинителя, исключает из обвинения ФИО1 по всем преступлениям, а также из обвинения ФИО3 указание на совершение преступления с использованием «электронных» сетей, как излишне вмененное. При назначении наказания суд принимает во внимание характер и степень общественной опасности совершенного преступления, данные о личности подсудимых. Подсудимый ФИО1 не судим, на учете у психиатра и нарколога не состоит (т. 4 л. д. 82 – 84), на учете в ОДН не состоял, по месту жительства, по месту регистрации, по месту учебы, по месту посещения секций характеризуется положительно (т. 4 л. д. 86 – 95), свидетель ФИО2 охарактеризовал его положительно. Смягчающими наказание обстоятельствами подсудимого ФИО1 по всем преступлениям суд признает: активное способствование раскрытию и расследованию преступлений, изобличению и уголовному преследованию других соучастников преступления, о чем свидетельствуют его показания в ходе следствия, в объяснении т. 1 л. д. 39 - 41, при допросах, при проверке показаний на месте, при изъятии наркотика 13.05.2016 г. он указал в квартире место нахождение наркотика, также он указал о закладке наркотика по &lt;адрес&gt; возле &lt;адрес&gt;, который был изъят, а также состояние его здоровья, наличие заболевания, полное признание вины, раскаяние в содеянном; а также по двум преступлениям - по преступлению от начала марта 2016 г. до 23 марта 2016 г. (1 эпизод) и по преступлению от начала марта 2016 года до 31.03.2016 г. (2 эпизод) – явка с повинной т. 1 л. д. 37 – 38, совершение этих преступлений в несовершеннолетнем возрасте. Отягчающих наказание обстоятельств подсудимого ФИО1 судом не установлено. Принимая во внимание, что ФИО1 не судим, совершил преступления, относящиеся к категории особо тяжких, имеющие высокую степень общественной опасности, то суд считает, что наказание ему следует назначить только в виде лишения свободы, без применения ст. 73 УК РФ , поскольку его исправление невозможно без изоляции от общества, а по преступлению от начала марта 2016 г. до 23 марта 2016 г. (1 эпизод) и по преступлению от начала марта 2016 года до 31.03.2016 г. (2 эпизод) суд считает, что наказание ему следует назначить с применением ст. ч. 6-1 УК РФ. Учитывая всю совокупность смягчающих наказание обстоятельств ФИО1, то суд считает возможным назначить ФИО1 наказание по каждому преступлению с применением ст. 64 УК РФ , по 2 преступлениям, предусмотренным ст. ч. 3, 228-1 ч. 4 п. «г» УК РФ без дополнительного наказания в виде лишения права занимать определенные должности или заниматься определенной деятельностью, по ст. ч. 3 ст. - ч. 3 п. «а, б» УК РФ без дополнительного наказания в виде ограничения свободы. С учетом фактических обстоятельств совершенных преступлений, их общественной опасности, полных данных о личности ФИО1, то суд считает, что нет оснований для применения к ФИО1 ст. ч. 6 УК РФ. Учитывая характер и большую степень общественной опасности совершенных преступлений, полные данные о личности подсудимого ФИО1, а также для восстановления социальной справедливости, с целью исправления подсудимого и предупреждения совершения им новых преступлений, суд считает необходимым назначить ФИО1 по каждому преступлению дополнительное наказание в виде штрафа, при этом, определяя размер штрафа, суд учитывает имущественное и семейное положение ФИО1, возраст ФИО1, который является трудоспособным и имеет реальную возможность получать доходы. На основании ст. ч. 1 п. «в» УК РФ отбывание наказания ФИО1 следует определить в исправительной колонии строгого режима. При этом, учитывая общественную опасность совершенного преступления, а также для обеспечения исполнения настоящего приговора до вступления его в законную силу ФИО1 необходимо изменить меру пресечения на заключение под стражу. Подсудимый ФИО3 не судим, на учете у психиатра и нарколога не состоит (т. 4 л. д. 119 – 122), по месту жительства, по месту регистрации, по месту учебы характеризуется положительно (т. 4 л. д. 123 – 148), свидетель Свидетель №17 охарактеризовала его положительно. Смягчающими наказание обстоятельствами подсудимого ФИО3 суд признает активное способствование раскрытию и расследованию преступления, изобличению и уголовному преследованию других соучастников преступления, о чем свидетельствуют его показания в ходе следствия, в объяснении т. 1 л. д. 42 – 43, при допросах, при проверке показаний на месте, где он указал место нахождения наркотика, а также состояние его здоровья, наличие заболевания. Отягчающих наказание обстоятельств подсудимого ФИО3 судом не установлено. Принимая во внимание, что ФИО3 не судим, совершил преступление, относящееся к категории особо тяжких, имеющее высокую степень общественной опасности, то суд считает, что наказание ему следует назначить только в виде лишения свободы, без применения ст. 73 УК РФ , поскольку его исправление невозможно без изоляции от общества. Учитывая всю совокупность смягчающих наказание обстоятельств ФИО3, то суд считает возможным назначить ФИО3 наказание с применением ст. 64 УК РФ и без дополнительного наказания в виде лишения права занимать определенные должности или заниматься определенной деятельностью. С учетом фактических обстоятельств совершения преступления, его общественной опасности, полных данных о личности ФИО3, то суд считает, что нет оснований для применения к ФИО3 ст. ч. 6 УК РФ. Учитывая характер и большую степень общественной опасности совершенного преступления, полные данные о личности подсудимого ФИО3, а также для восстановления социальной справедливости, с целью исправления подсудимого и предупреждения совершения им новых преступлений, суд считает необходимым назначить ФИО3 дополнительное наказание в виде штрафа, при этом, определяя размер штрафа, суд учитывает имущественное и семейное положение ФИО3, возраст ФИО3, который является трудоспособным и имеет реальную возможность получать доходы. На основании ст. ч. 1 п. «в» УК РФ отбывание наказания ФИО3 следует определить в исправительной колонии строгого режима. При этом, учитывая общественную опасность совершенного преступления, а также для обеспечения исполнения настоящего приговора до вступления его в законную силу ФИО3 необходимо изменить меру пресечения на заключение под стражу. Учитывая имущественное и семейное положение подсудимых ФИО1 и ФИО3, их возраст, подсудимые являются трудоспособными и имеют реальную возможность получать доходы, то суд в силу ст. - 132 УПК РФ за осуществление защиты подсудимых в ходе предварительного следствия адвокатами с подсудимых следует взыскать процессуальные издержки в доход государства в размере: с ФИО1 – 1127 рублей, с ФИО3 – 11 270 рублей, при этом суд считает, что нет основания для освобождения подсудимых от уплаты процессуальных издержек. На основании изложенного и руководствуясь ст. ст. - 309 УПК РФ , суд П Р И Г О В О Р И Л: Признать виновным ФИО1 в совершении преступлений, предусмотренных ст. ст. ч. 3, ст. - ч. 4 п. «г»; ст. ч. 3, ст. - ч. 3 п. «а, б»; ст. ч. 3, ст. - ч. 4 п. «г» УК РФ и назначить ему наказание: - по ст. ч. 3, ст. - ч. 4 п. «г» УК РФ, с применением ст. ч. 6-1, ст. 64 УК РФ , в виде 4 лет лишения свободы со штрафом в доход государства в размере 40 000 рублей; - по ст. ч. 3, ст. - ч. 3 п. «а, б» УК РФ, с применением ст. ч. 6-1, ст. 64 УК РФ , в виде 3 лет лишения свободы со штрафом в доход государства в размере 20 000 рублей; - по ст. ч. 3, ст. - ч. 4 п. «г» УК РФ, с применением ст. 64 УК РФ , в виде 6 лет лишения свободы со штрафом в доход государства в размере 80 000 рублей. На основании ст. ч. 2 УК РФ путем частичного сложения назначенных наказаний окончательно определить ФИО1 наказание в виде 7 (семи) лет 6 (шести) месяцев лишения свободы со штрафом в доход государства в размере 100 000 рублей с отбыванием наказания в исправительной колонии строгого режима. В соответствии с ст. ч. 2 УК РФ наказание в виде штрафа ФИО1 исполнять самостоятельно. Срок наказания ФИО1 исчислять с 09.06.2017 г., зачесть в срок наказания время задержания с 13.05.2016 г. по 14.05.2016 г. Меру пресечения ФИО1 до вступления приговора в законную силу изменить с подписки о невыезде и надлежащем поведении, на заключение под стражу, взять под стражу в зале суда. Признать виновным ФИО3 в совершении преступления, предусмотренного ст. ч. 3, 228-1 ч. 4 п. «г» УК РФ и назначить ему наказание по ст. ч. 3, ст. - ч. 4 п. «г» УК РФ, с применением ст. 64 УК РФ , в виде 6 (шести) лет 6 (шести) месяцев лишения свободы со штрафом в доход государства в размере 80 000 рублей с отбыванием наказания в исправительной колонии строгого режима. В соответствии с ст. ч. 2 УК РФ наказание в виде штрафа ФИО3 исполнять самостоятельно. Срок наказания ФИО3 исчислять с 09.06.2017 г. Меру пресечения ФИО3 до вступления приговора в законную силу изменить с подписки о невыезде и надлежащем поведении, на заключение под стражу, взять под стражу в зале суда. Взыскать с ФИО1 в пользу государства процессуальные издержки, связанные с оплатой труда адвоката в ходе предварительного следствия, в размере 1 127 рублей. Взыскать с ФИО3 в пользу государства процессуальные издержки, связанные с оплатой труда адвокатов в ходе предварительного следствия, в размере 11 270 рублей. Вещественные доказательства: все наркотические средства – уничтожить; DVD-диск с информацией об абонентских номерах, об аккаунте №, которым пользовался ФИО1, информацию о счете Сбербанка, блокнот «Megapolis», тетрадь, блокнот «FOOTBALL»; приложение к протоколу осмотра от 25.10.2016 на DVD-диске однократной записи фирмы «Verbatim» с маркировкой «DVD-R», «4.7 GB Go» с информацией о ноутбуке «Asus», телефоне « Micromax», телефоне « Samsung» и приложение к протоколу осмотра от 25.10.2016» на DVD-диске, однократной записи фирмы «Verbatim» с информацией о ноутбуке «DEXP», телефоне «Lenovo»; договор на аренду жилого помещения, - хранить при уголовном деле; банковскую карту ВТБ 24 VISA и банковскую карта СБЕРБАНК VISA – вернуть подсудимому ФИО4; сим-карту МТС №, сим-карту МТС №, сим-карту Билайн №, сим-карту Билайн № – вернуть подсудимому ФИО4; телефон «Lenovo» с сим-картами: «Ростелеком №», «МегаФон № 4G+», телефон Micronax «Mi» с сим-картами: «Yota №», «Теле2 № 3G/4G» - вернуть подсудимому ФИО4; телефон «Samsung» с сим-картами: «Ростелеком №», «Yota №» - вернуть подсудимому ФИО3; ноутбук «Dexp» - вернуть подсудимому ФИО3; ноутбук «Asus» - вернуть подсудимому ФИО1 Приговор может быть обжалован в апелляционном порядке в Пермский краевой суд в течение 10 суток со дня провозглашения через Мотовилихинский районный суд г. Перми, а осужденным, содержащимся под стражей, в тот же срок с момента вручения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сроки, установленные для обжалования приговора. Председательствующий: (подпись) Копия верна – судья - Бурлякова С. В. Секретарь: Суд: Мотовилихинский районный суд г. Перми (Пермский край) (подробнее) Судьи дела: Бурлякова Светлана Валерьевна (судья) (подробнее) Последние документы по делу: Приговор от 22 августа 2017 г. по делу № 1-196/2017 Приговор от 8 июня 2017 г. по делу № 1-196/2017 Приговор от 28 мая 2017 г. по делу № 1-196/2017 Приговор от 24 мая 2017 г. по делу № 1-196/2017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