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ФИО1 к Администрации Сальского городского поселения, Администрации Сальского района Ростовской области, Администрации Екатериновского сельского поселения о признании права собственности на жилой дом,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право собственности на жилой дом Литер АА1, общей площадью 64,5 кв.м., расположенный по адресу: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в окончательной форме. Председательствующий М.В. Ткаченко Решение в окончательной форме изготовлено 16 июня 2017 г. Суд: Сальский городской суд (Ростовская область) (подробнее) Ответчики: Администрация Екатериновского сельского поселения (подробнее) Администрация Сальского городского поселения (подробнее) Администрация Сальского района ростовской области (подробнее) Судьи дела: Ткаченко М.В. (судья) (подробнее) Последние документы по делу: Решение от 26 декабря 2017 г. по делу № 2-810/2017 Решение от 14 декабря 2017 г. по делу № 2-810/2017 Решение от 14 ноября 2017 г. по делу № 2-810/2017 Решение от 29 октября 2017 г. по делу № 2-810/2017 Решение от 17 сентября 2017 г. по делу № 2-810/2017 Решение от 11 сентября 2017 г. по делу № 2-810/2017 Решение от 1 сентября 2017 г. по делу № 2-810/2017 Решение от 21 июня 2017 г. по делу № 2-810/2017 Решение от 12 июня 2017 г. по делу № 2-810/2017 Решение от 31 мая 2017 г. по делу № 2-810/2017 Определение от 26 марта 2017 г. по делу № 2-810/2017 Определение от 19 марта 2017 г. по делу № 2-810/2017 Решение от 15 марта 2017 г. по делу № 2-810/2017 Решение от 13 марта 2017 г. по делу № 2-810/2017 Решение от 12 марта 2017 г. по делу № 2-810/2017 Решение от 5 марта 2017 г. по делу № 2-810/2017 Решение от 20 февраля 2017 г. по делу № 2-810/2017 Решение от 9 января 2017 г. по делу № 2-810/2017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