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обвиняемой в совершении преступления, предусмотренного п. «в» ч.2 ст. 158 УК РФ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ФИО1 меру пресечения в виде подписки о невыезде.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диск СD-RW – хранить при материалах дела; мобильный телефон &lt;данные изъяты&gt; с защитной прозрачной пленкой «ЭКО», flesh картой micro-SD «SMARTBUY» объемом 8ГБ, в кожаном чехле-книжке, кассовый чек и гарантийный талон на мобильный телефон - оставить у потерпевшей Потерпевший №1 Настоящее постановление может быть обжаловано в апелляционном порядке в Брянский областной суд в течение 10 суток со дня его вынесения. Председательствующий &lt;данные изъяты&gt; М.Л. Гузеев &lt;данные изъяты&gt; Суд: Дятьковский городской суд (Брянская область) (подробнее) Судьи дела: Гузеев Михаил Леонидович (судья) (подробнее) Последние документы по делу: Приговор от 20 декабря 2017 г. по делу № 1-103/2017 Приговор от 19 декабря 2017 г. по делу № 1-103/2017 Приговор от 11 декабря 2017 г. по делу № 1-103/2017 Постановление от 6 декабря 2017 г. по делу № 1-103/2017 Приговор от 2 ноября 2017 г. по делу № 1-103/2017 Приговор от 25 сентября 2017 г. по делу № 1-103/2017 Приговор от 29 августа 2017 г. по делу № 1-103/2017 Приговор от 8 августа 2017 г. по делу № 1-103/2017 Постановление от 13 июня 2017 г. по делу № 1-103/2017 Приговор от 28 мая 2017 г. по делу № 1-103/2017 Приговор от 23 мая 2017 г. по делу № 1-103/2017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