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отказ прокурора &lt;адрес&gt; от заявленных требований.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исковому заявлению прокурора &lt;адрес&gt; в интересах неопределенного круга лиц к администрации &lt;адрес&gt; сельского поселения &lt;адрес&gt; о понуждению к совершению действий. Повторное обращение в суд по требованиям, касающимся того же предмета, и по тем же основаниям не допускается. Настоящее определение может быть обжаловано в Брянский областной суд в течение 15 дней. Председательствующий О.А. Геращенко Суд: Стародубский районный суд (Брянская область) (подробнее) Истцы: Прокурор Стародубского района (подробнее) Ответчики: администрация Мохоновского сельского поселения Стародубского района Брянской области (подробнее) Судьи дела: Геращенко Оксана Анатольевна (судья) (подробнее) Последние документы по делу: Решение от 28 декабря 2017 г. по делу № 2-273/2017 Решение от 13 сентября 2017 г. по делу № 2-273/2017 Решение от 13 сентября 2017 г. по делу № 2-273/2017 Решение от 10 сентября 2017 г. по делу № 2-273/2017 Определение от 14 июня 2017 г. по делу № 2-273/2017 Решение от 5 июня 2017 г. по делу № 2-273/2017 Решение от 4 июня 2017 г. по делу № 2-273/2017 Решение от 31 мая 2017 г. по делу № 2-273/2017 Решение от 29 мая 2017 г. по делу № 2-273/2017 Решение от 23 мая 2017 г. по делу № 2-273/2017 Решение от 26 апреля 2017 г. по делу № 2-273/2017 Решение от 23 апреля 2017 г. по делу № 2-273/2017 Определение от 16 апреля 2017 г. по делу № 2-273/2017 Решение от 12 апреля 2017 г. по делу № 2-273/2017 Определение от 5 марта 2017 г. по делу № 2-273/2017 Решение от 7 февраля 2017 г. по делу № 2-273/2017 Решение от 6 февраля 2017 г. по делу № 2-273/2017 Решение от 12 января 2017 г. по делу № 2-273/2017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