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июня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ФИО2 в 2017 году, в период с ДД.ММ.ГГГГ до ДД.ММ.ГГГГ, находясь на территории &lt;адрес&gt; посредством Глобальной сети Интернет с использованием специальных программ, установленных в телефоне ФИО2 «Telegram» и «Signal», с целью совершения преступлений, связанных с незаконным оборотом наркотического средства – смеси, содержащей в своем составе вещество, которое является производным наркотического средства: N-метилэфедрон, в течение продолжительного периода времени вступил в созданную и руководимую неустановленным лицом организованную группу, отличающуюся устойчивым характером, планированием совершаемых преступлений, четким распределением ролей и обязанностей членов группы. В 2016-2017 годах в период, предшествующий ДД.ММ.ГГГГ, неустановленное лицо, имея умысел на создание организованной группы, действуя из корыстных побуждений, обладая информацией о ценах на незаконном рынке сбыта наркотического средства – смеси, содержащей в своем составе вещество, которое является производным наркотического средства N-метилэфедрон на территории &lt;адрес&gt; при розничной продаже потребителям, приняло решение о создании устойчивой организованной группы для осуществления незаконного сбыта наркотических средств на территории &lt;адрес&gt;, в целях распространения наркотических средств среди населения, для извлечения постоянного незаконного дохода. Выполняя возложенную на себя роль, неустановленное лицо разработало структуру создаваемой им организованной группы, определило количество соучастников, их роли, а также план совместной преступной деятельности, приискало канал незаконного приобретения наркотических средств. Неустановленный руководитель организованной группы приискал неустановленное лицо №, которое должно было осуществлять вербовку граждан Российской Федерации, из числа лиц, не имеющих постоянного источника дохода, с целью их вступления в создаваемую неустановленным лицом организованную группу и с возложением на них определенных обязанностей. Неустановленное лицо № в 2016-2017 году в период, предшествующий ДД.ММ.ГГГГ, действуя под контролем неустановленного руководителя организованной группы, приискало в качестве закладчика наркотических средств на территории &lt;адрес&gt; гражданина ФИО2, сообщив ему контакты неустановленного руководителя организованной группы в приложении «Telegram» и «Signal» Глобальной сети Интернет. Неустановленный руководитель организованной группы в период с ДД.ММ.ГГГГ до ДД.ММ.ГГГГ, получив от ФИО2 согласие о вступлении в созданную им организованную группу, распределил преступные роли, согласно которым: Неустановленное лицо, как руководитель и организатор преступлений, возложило на себя обязанности: - по организации и планированию совершаемых преступлений, направлению участников организованной группы для осуществления преступной деятельности группы; - по контролю и руководству действиями ФИО2, проведению с ним инструктажа о необходимых мерах безопасности и конспирации при осуществлении ими преступной деятельности на территории &lt;адрес&gt;, используя приложения «Telegram» и «Signal» Глобальной сети Интернет, обучению членов организованной группы, незаконному приобретению, хранению и сбыту путем закладок наркотических средств; - по установлению цены за данное наркотическое средство; - по обеспечению своевременной передачи соучастнику организованной группы -ФИО2, бесконтактным способом, через заранее оборудованные тайники партий расфасованных наркотических средств, для последующих незаконных сбытов потребителям на территории &lt;адрес&gt;; - перечислять ФИО2, входящему в состав организованной группы, денежные средства из расчета 200 рублей за одну разложенную тайниковым способом закладку с наркотическим средством, а также неустановленному лицу № денежных средств в неустановленной сумме, в качестве вознаграждения за осуществление совместной преступной деятельности. В обязанности ФИО2, как члена организованной группы входило получение через тайники, оборудованные в произвольно выбранных местах на территории &lt;адрес&gt;, расфасованного наркотического средства – смеси, содержащей в своем составе вещество, которое является производным наркотического средства: N-метилэфедрон, для последующего незаконного сбыта на территории &lt;адрес&gt;, помещение полученного наркотического средства в тайники, расположенные в произвольно выбранных ФИО2 местах на территории &lt;адрес&gt; и сообщение о местонахождении тайников с сокрытым им наркотическим средством неустановленному лицу – руководителю организованной группы, посредством приложений «Telegram» и «Signal» Глобальной сети Интернет, осуществляя, таким образом, незаконный сбыт наркотических средств потребителям, а так же получать от неустановленного лица - руководителя организованной группы за свою преступную деятельность в виде вознаграждения, часть денежных средств, полученных от незаконного сбыта наркотического средства в сумме 200 рублей за одну закладку наркотического средства. В обязанности неустановленного лица № входило осуществление вербовки граждан из числа лиц, не имеющих постоянного источника дохода, с целью их вступления в созданную неустановленным лицом организованную группу, путем предоставления информации о возможности незаконного заработка и контактов неустановленного руководителя организованной группы в приложении «Telegram» и «Signal» Глобальной сети Интернет и получение от неустановленного лица - руководителя организованной группы за свою преступную деятельность денежных средств в неустановленной сумме в виде вознаграждения за подбор и приискание соучастников. Члены организованной группы в целях конспирации преступной деятельности, в общении между собой и с покупателями наркотических средств использовали для названия наркотических средств и выполнения определенных действий кодовые слова и фразы, имеющие смысл и значение только для членов организованной группы, а также приложения «Telegram» и «Signal» Глобальной сети Интернет, так как информация о переписке данным способом не сохранялась и не могла быть истребована правоохранительными органами. Организованная и руководимая неустановленным лицом группа, в состав которой вошли руководитель преступной группы, неустановленное лицо № и ФИО2, заранее объединившиеся для совершения преступлений в сфере незаконного оборота наркотических средств характеризовалась следующими признаками: - высокой степенью организованности, которая выражалась в распределении обязанностей в группе и ролей при совершении преступления; - взаимной материальной заинтересованности: преступным доходом организованной группы являлись денежные средства, полученные от незаконного сбыта наркотического средства; - тщательном планировании совершения преступлений, а также взаимном оповещении с целью координации преступных действий соучастников посредством приложений «Telegram» и «Signal» Глобальной сети Интернет. - наличием способов сокрытия преступления – в целях конспирации преступной деятельности, предотвращения их разоблачения и исключения утечки информации, использование кодовых слов и фраз, имеющих смысл и значение только для членов организованной группы, осуществление незаконных сбытов наркотического средства тайниковым способом. - наличием технических средств, а именно сотовых телефонов с установленными приложениями Глобальной сети Интернет «Telegram» и «Signal», для осуществления своей преступной деятельности, связанной с незаконным сбытом наркотических средств на территории &lt;адрес&gt;. В 2017 году в период, предшествующий 13 часам 30 минутам ДД.ММ.ГГГГ, неустановленное лицо – организатор преступной группы, выполняя свою роль в организованной группе, незаконно приобрело при неустановленных обстоятельствах наркотическое средство – смесь, содержащую в своем составе вещество, которое является производным наркотического средства N-метилэфедрон, в крупном размере, общей массой не менее 14,03г. Приобретенное наркотическое средство неустановленное лицо – руководитель преступной группы расфасовало в 26 свертков из полимерного материала, массами соответственно: 0,44 г, 0,57 г, 0,53 г, 0,57 г, 0,52 г, 0,52 г, 0,52 г, 0,55 г, 0,51г, 0,51г, 0,57 г, 0,62 г, 0,51 г, 0,59 г, 0,53 г, 0,52 г, 0,53 г, 0,55 г, 0,54 г, 0,51 г, 0,57 г, 0,41г, 0,51г, 0,65 г, 0,64 г, 0,54 г с целью дальнейшего незаконного сбыта потребителям наркотических средств, и в 2017 году, в период предшествующий 13 часам 30 минутам ДД.ММ.ГГГГ, незаконно перевезло от места незаконного приобретения до места передачи наркотического средства ФИО2, поместив в тайнике возле &lt;адрес&gt;, о чем, в 2017 году, в период предшествующий 13 часам 30 минутам ДД.ММ.ГГГГ, посредством глобальной сети «Интернет», сообщило об этом соучастнику ФИО2 ДД.ММ.ГГГГ около 13 часов 30 минут ФИО2, действуя в составе созданной и руководимой неустановленным лицом организованной группы, по указанию неустановленного руководителя организованной группы, исполняя свою преступную роль, отведенную ему руководителем организованной группы, имея умысел на незаконный сбыт наркотических средств в крупном размере, желая получить преступный доход от незаконного сбыта наркотического средства – смеси, содержащей в своем составе вещество, которое является производным наркотического средства: N-метилэфедрон, возле &lt;адрес&gt;, с целью последующего незаконного сбыта получил тайниковым способом от неустановленного лица – руководителя преступной группы, наркотическое средство – смесь, содержащую в своем составе вещество, которое является производным наркотического средства: N-метилэфедрон в крупном размере, общей массой не менее 14,03г, упакованное в 26 свертков из полимерного материала, массами соответственно: 0,44 г, 0,57 г, 0,53 г, 0,57г, 0,52 г, 0,52 г, 0,52 г, 0,55 г, 0,51 г, 0,51 г, 0,57 г, 0,62 г, 0,51 г, 0,59 г, 0,53 г, 0,52 г, 0,53г, 0,55 г, 0,54 г, 0,51 г, 0,57 г, 0,41 г, 0,51 г, 0,65 г, 0,64 г, 0,54г, после чего незаконно стал хранить при себе, с целью дальнейшего незаконного сбыта наркотических средств на территории &lt;адрес&gt;. ФИО2, выполняя отведенную ему роль в составе организованной группы, ДД.ММ.ГГГГ, в период с 13 часов 30 минут до 14 часов 25 минут, с целью последующего незаконного сбыта потребителям наркотических средств, соорудив тайник, поместил сверток из полимерного материала, с наркотическим средством в значительном размере – смесью, содержащей в своем составе 1-фенил-2-пирролидин-1-илпентан-1-он (PVP; ?-PVP; ?-пирролидинопентиофенон; ?-пирролидиновалерофенон; 2-пирролидиновалерофенон) - производное наркотического средства N-метилэфедрон массой 0,52г в 10 метрах слева от входа во двор &lt;адрес&gt; по &lt;адрес&gt;&lt;адрес&gt;, о чем сделал пометку в программе «Telegram», сообщив о месте закладки организатору преступной группы. ДД.ММ.ГГГГ в 14 часов 25 минут у &lt;адрес&gt; по 2-му Стекольному переулку &lt;адрес&gt; ФИО2 был задержан сотрудниками УНК УМВД России по &lt;адрес&gt;. ДД.ММ.ГГГГ в период с 18 часов 40 минут до 19.00 часов в ходе обследования участка местности расположенного в 10 метрах слева от входа во двор &lt;адрес&gt; по 2&lt;адрес&gt;&lt;адрес&gt; сотрудниками УНК УМВД России по &lt;адрес&gt; был обнаружен и изъят сверток из полимерного материала с наркотическим средством в значительном размере – смесью, содержащей в своем составе 1-фенил-2-пирролидин-1-илпентан-1-он (PVP; ?-PVP; ?-пирролидинопентиофенон; ?-пирролидиновалерофенон; 2-пирролидиновалерофенон) - производное наркотического средства N-метилэфедрон массой 0,52г, наркотическое средство было изъято из незаконного оборота.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Он же, ФИО2, получив тайниковым способом от неустановленного лица вышеуказанные наркотические средства, выполняя отведенную ему роль в составе организованной группы, ДД.ММ.ГГГГ в период с 13 часов 30 минут до 14 часов 25 минут, с целью незаконного сбыта потребителям наркотических средств, соорудив тайник, поместил сверток из полимерного материала, с наркотическим средством в значительном размере – смесью, содержащей в своем составе 1-фенил-2-пирролидин-1-илпентан-1-он (PVP; ?-PVP; ?-пирролидинопентиофенон; ?-пирролидиновалерофенон; 2-пирролидиновалерофенон) - производное наркотического средства N-метилэфедрон массой 0,52г в метре от ворот гаража &lt;адрес&gt; по улице &lt;адрес&gt;, сообщив о месте закладки организатору преступной группы. ДД.ММ.ГГГГ в 14 часов 25 минут у &lt;адрес&gt; по 2-му Стекольному переулку &lt;адрес&gt; ФИО2 был задержан сотрудниками УНК УМВД России по &lt;адрес&gt;. ДД.ММ.ГГГГ в период времени с 19 часов 10 минут до 19 часов 30 минут в ходе обследования участка местности расположенного в метре от ворот гаража &lt;адрес&gt; по улице &lt;адрес&gt; сотрудниками УНК УМВД России по &lt;адрес&gt; был обнаружен и изъят сверток из полимерного материала с наркотическим средством в значительном размере – смесью, содержащей в своем составе 1-фенил-2-пирролидин-1-илпентан-1-он (PVP; ?-PVP; ?-пирролидинопентиофенон; ?-пирролидиновалерофенон; 2-пирролидиновалерофенон) - производное наркотического средства N-метилэфедрон массой 0,52г, наркотическое средство было изъято из незаконного оборота.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Он же, ФИО2, получив тайниковым способом от неустановленного лица вышеуказанные наркотические средства, выполняя отведенную ему роль в составе организованной группы, ДД.ММ.ГГГГ, в период с 13 часов 30 минут до 14 часов 25 минут, с целью последующего незаконного сбыта потребителям наркотических средств, соорудив тайник, поместил сверток из полимерного материала, с наркотическим средством в значительном размере – смесью, содержащей в своем составе 1-фенил-2-пирролидин-1-илпентан-1-он, которое является производным наркотического средства N-метилэфедрон массой 0,52г в 20 сантиметрах от дерева в 10 метрах от &lt;адрес&gt;, о чем сделал пометку в программе «Telegram», сообщив о месте закладки организатору преступной группы. ДД.ММ.ГГГГ в 14 часов 25 минут у &lt;адрес&gt; по &lt;адрес&gt;&lt;адрес&gt; ФИО2 был задержан сотрудниками УНК УМВД России по &lt;адрес&gt;. ДД.ММ.ГГГГ в период с 23 часов 45 минут до 23 часов 55 минут в ходе обследования участка местности расположенного в 20 сантиметрах от дерева в 10 метрах от &lt;адрес&gt; сотрудниками УНК УМВД России по &lt;адрес&gt; был обнаружен и изъят сверток из полимерного материала с наркотическим средством в значительном размере – смесью, содержащей в своем составе 1-фенил-2-пирролидин-1-илпентан-1-он, которое является производным наркотического средства N-метилэфедрон массой 0,52г, наркотическое средство было изъято из незаконного оборота.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Он же, ФИО2, получив при вышеуказанных обстоятельствах тайниковым способом от неустановленного лица наркотические средства, выполняя отведенную ему роль в составе организованной группы, ДД.ММ.ГГГГ, в период с 13 часов 30 минут до 14 часов 25 минут, с целью последующего незаконного сбыта потребителям наркотических средств, соорудив тайник, поместил сверток из полимерного материала, с наркотическим средством в значительном размере – смесью, содержащей в своем составе 1-фенил-2-пирролидин-1-илпентан-1-он (PVP; ?-PVP; ?-пирролидинопентиофенон; ?-пирролидиновалерофенон; 2-пирролидиновалерофенон) – производное наркотического средства N-метилэфедрон массой 0,55г в 1 метре от забора, находящегося в 3 метрах от входа в &lt;адрес&gt;, о чем сделал пометку в программе «Telegram», сообщив о месте закладки организатору преступной группы. ДД.ММ.ГГГГ в 14 часов 25 минут у &lt;адрес&gt; по &lt;адрес&gt;&lt;адрес&gt; ФИО2 был задержан сотрудниками УНК УМВД России по &lt;адрес&gt;. ДД.ММ.ГГГГ в период с 22 часов 15 минут до 22 часов 25 минут в ходе обследования участка местности расположенного в 1 метре от забора находящегося в 3 метрах от входа в &lt;адрес&gt; сотрудниками УНК УМВД России по &lt;адрес&gt; был обнаружен и изъят сверток из полимерного материала с наркотическим средством в значительном размере – смесью, содержащей в своем составе 1-фенил-2-пирролидин-1-илпентан-1-он (PVP; ?-PVP; ?-пирролидинопентиофенон; ?-пирролидиновалерофенон; 2-пирролидиновалерофенон) – производное наркотического средства N-метилэфедрон массой 0,55г, наркотическое средство было изъято из незаконного оборота.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Он же, ФИО2, получив при вышеуказанных обстоятельствах тайниковым способом от неустановленного лица наркотические средства, выполняя отведенную ему роль в составе организованной группы, ДД.ММ.ГГГГ, в период с 13 часов 30 минут до 14 часов 25 минут, с целью последующего незаконного сбыта потребителям наркотических средств, соорудив тайник, поместил сверток из полимерного материала, с наркотическим средством в значительном размере – смесью, содержащей в своем составе 1-фенил-2-пирролидин-1-илпентан-1-он (или ?-пирролидиновалерофенон, 2-пирролидиновалерофенон, ?-пирролидинопентиофенон, PVP, ?-PVP), которое является производным наркотического средства N-метилэфедрона массой 0,51г в 3 метрах от забора напротив таблички &lt;адрес&gt; по улице &lt;адрес&gt;, о чем сделал пометку в программе «Telegram», сообщив о месте закладки организатору преступной группы. ДД.ММ.ГГГГ в 14 часов 25 минут у &lt;адрес&gt; по &lt;адрес&gt;&lt;адрес&gt; ФИО2 был задержан сотрудниками УНК УМВД России по &lt;адрес&gt;. ДД.ММ.ГГГГ в период с 21 часа 30 минут до 21 часа 40 минут в ходе обследования участка местности расположенного в 3 метрах от забора напротив таблички &lt;адрес&gt; по улице &lt;адрес&gt; сотрудниками УНК УМВД России по &lt;адрес&gt; был обнаружен и изъят сверток из полимерного материала с наркотическим средством в значительном размере – смесью, содержащей в своем составе 1-фенил-2-пирролидин-1-илпентан-1-он (или ?-пирролидиновалерофенон, 2-пирролидиновалерофенон, ?-пирролидинопентиофенон, PVP, ?-PVP), которое является производным наркотического средства N-метилэфедрона массой 0,51г, наркотическое средство было изъято из незаконного оборота.</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Он же, ФИО2, получив при вышеуказанных обстоятельствах тайниковым способом от неустановленного лица наркотические средства, выполняя отведенную ему роль в составе организованной группы, ДД.ММ.ГГГГ, в период с 13 часов 30 минут до 14 часов 25 минут, с целью последующего незаконного сбыта потребителям наркотических средств, соорудив тайник, поместил сверток из полимерного материала, с наркотическим средством в значительном размере – смесью, содержащей в своем составе 1-фенил-2-пирролидин-1-илпентан-1-он (или ?-пирролидиновалерофенон, 2-пирролидиновалерофенон, ?-пирролидинопентиофенон, PVP, ?-PVP), которое является производным наркотического средства N-метилэфедрона массой 0,51г в 20 сантиметрах от дерева в 5 метрах от входа в &lt;адрес&gt;, о чем сделал пометку в программе «Telegram», сообщив о месте закладки организатору преступной группы. ДД.ММ.ГГГГ в 14 часов 25 минут у &lt;адрес&gt; по &lt;адрес&gt;&lt;адрес&gt; ФИО2 был задержан сотрудниками УНК УМВД России по &lt;адрес&gt;. ДД.ММ.ГГГГ в период с 00 часов 30 минут до 00 часов 40 минут в ходе обследования участка местности расположенного в 20 сантиметрах от дерева в 5 метрах от входа в &lt;адрес&gt; сотрудниками УНК УМВД России по &lt;адрес&gt; был обнаружен и изъят сверток из полимерного материала с наркотическим средством в значительном размере – смесью, содержащей в своем составе 1-фенил-2-пирролидин-1-илпентан-1-он (или ?-пирролидиновалерофенон, 2-пирролидиновалерофенон, ?-пирролидинопентиофенон, PVP, ?-PVP), которое является производным наркотического средства N-метилэфедрона массой 0,51г, наркотическое средство было изъято из незаконного оборота.</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Он же, ФИО2, получив при вышеуказанных обстоятельствах тайниковым способом от неустановленного лица наркотические средства, выполняя отведенную ему роль в составе организованной группы, ДД.ММ.ГГГГ, в период с 13 часов 30 минут до 14 часов 25 минут, с целью последующего незаконного сбыта потребителям наркотических средств, соорудив тайник, поместил сверток из полимерного материала, с наркотическим средством в значительном размере – смесью (препаратом), содержащей в своем составе химическое вещество 1-фенил-2-пирролидин-1-илпентан-1-он, которое является производным наркотического средства N-метилэфедрон массой 0,57г в 2-х метрах от входа в &lt;адрес&gt;, о чем сделал пометку в программе «Telegram», сообщив о месте закладки организатору преступной группы. ДД.ММ.ГГГГ в 14 часов 25 минут у &lt;адрес&gt; по 2-му Стекольному переулку &lt;адрес&gt; ФИО2 был задержан сотрудниками УНК УМВД России по &lt;адрес&gt;. ДД.ММ.ГГГГ в период с 00 часов 15 минут до 00 часов 25 минут в ходе обследования участка местности расположенного в 2 метрах от входа в &lt;адрес&gt; сотрудниками УНК УМВД России по &lt;адрес&gt; был обнаружен и изъят сверток из полимерного материала с наркотическим средством в значительном размере – смесью (препаратом), содержащей в своем составе химическое вещество 1-фенил-2-пирролидин-1-илпентан-1-он, которое является производным наркотического средства N-метилэфедрон массой 0,57г, наркотическое средство было изъято из незаконного оборота.</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Он же, ФИО2, получив при вышеуказанных обстоятельствах тайниковым способом от неустановленного лица наркотические средства, выполняя отведенную ему роль в составе организованной группы, ДД.ММ.ГГГГ, в период с 13 часов 30 минут до 14 часов 25 минут, с целью последующего незаконного сбыта потребителям наркотических средств, соорудив тайник, поместил сверток из полимерного материала, с наркотическим средством в значительном размере – смесью, содержащей в своем составе 1-фенил-2-пирролидин-1-илпентан-1-он (или ?-пирролидиновалерофенон, 2-пирролидиновалерофенон, ?-пирролидинопентиофенон, PVP, ?-PVP), которое является производным наркотического средства N-метилэфедрона массой 0,62г в 10 сантиметрах от металлического забора в 5 метрах от входа в &lt;адрес&gt;, о чем сделал пометку в программе «Telegram», сообщив о месте закладки организатору преступной группы. ДД.ММ.ГГГГ в 14 часов 25 минут у &lt;адрес&gt; по &lt;адрес&gt;&lt;адрес&gt; ФИО2 был задержан сотрудниками УНК УМВД России по &lt;адрес&gt;. ДД.ММ.ГГГГ в период с 00.00 часов до 00 часов 10 минут в ходе обследования участка местности расположенного в 10 сантиметрах от металлического забора в 5 метрах от входа в &lt;адрес&gt; сотрудниками УНК УМВД России по &lt;адрес&gt; был обнаружен и изъят сверток из полимерного материала с наркотическим средством в значительном размере – смесью, содержащей в своем составе 1-фенил-2-пирролидин-1-илпентан-1-он (или ?-пирролидиновалерофенон, 2-пирролидиновалерофенон, ?-пирролидинопентиофенон, PVP, ?-PVP), которое является производным наркотического средства N-метилэфедрон массой 0,62г, наркотическое средство было изъято из незаконного оборота.</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Он же, ФИО2, получив при вышеуказанных обстоятельствах тайниковым способом от неустановленного лица наркотические средства, выполняя отведенную ему роль в составе организованной группы, ДД.ММ.ГГГГ, в период с 13 часов 30 минут до 14 часов 25 минут, с целью последующего незаконного сбыта потребителям наркотических средств, соорудив тайник, поместил сверток из полимерного материала, с наркотическим средством в значительном размере – смесью (препаратом), содержащей в своем составе химическое вещество: 1-фенил-2-пирролидин-1-илпентан-1-он, которое является производным наркотического средства N-метилэфедрон массой 0,51г в 12 метрах от входа в &lt;адрес&gt; «А» по &lt;адрес&gt;, о чем сделал пометку в программе «Telegram», сообщив о месте закладки организатору преступной группы. ДД.ММ.ГГГГ в 14 часов 25 минут у &lt;адрес&gt; по &lt;адрес&gt;&lt;адрес&gt; ФИО2 был задержан сотрудниками УНК УМВД России по &lt;адрес&gt;. ДД.ММ.ГГГГ в период с 00 часов 45 минут до 00 часов 55 минут в ходе обследования участка местности расположенного в 12 метрах от входа в &lt;адрес&gt;«А» по &lt;адрес&gt; сотрудниками УНК УМВД России по &lt;адрес&gt; был обнаружен и изъят сверток из полимерного материала с наркотическим средством в значительном размере – смесью (препаратом), содержащей в своем составе химическое вещество 1-фенил-2-пирролидин-1-илпентан-1-он, которое является производным наркотического средства N-метилэфедрон массой 0,51г, наркотическое средство было изъято из незаконного оборота.</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Он же, ФИО2, получив при вышеуказанных обстоятельствах тайниковым способом от неустановленного лица наркотические средства, выполняя отведенную ему роль в составе организованной группы, ДД.ММ.ГГГГ, в период с 13 часов 30 минут до 14 часов 25 минут, с целью последующего незаконного сбыта потребителям наркотических средств, соорудив тайник, поместил сверток из полимерного материала, с наркотическим средством в значительном размере – смесью, содержащей в своем составе 1-фенил-2-пирролидин-1-илпентан-1-он (PVP; ?-PVP; ?-пирролидинопентиофенон; ?-пирролидиновалерофенон; 2-пирролидиновалерофенон) – производное наркотического средства N-метилэфедрон массой 0,59г в 10 метрах от &lt;адрес&gt;, о чем сделал пометку в программе «Telegram», сообщив о месте закладки организатору преступной группы. ДД.ММ.ГГГГ в 14 часов 25 минут у &lt;адрес&gt; по &lt;адрес&gt;&lt;адрес&gt; ФИО2 был задержан сотрудниками УНК УМВД России по &lt;адрес&gt;. ДД.ММ.ГГГГ в период с 20 часов 45 минут до 20 часов 55 минут в ходе обследования участка местности расположенного в 10 метрах от &lt;адрес&gt; сотрудниками УНК УМВД России по &lt;адрес&gt; был обнаружен и изъят сверток из полимерного материала с наркотическим средством в значительном размере – смесью, содержащей в своем составе 1-фенил-2-пирролидин-1-илпентан-1-он (PVP; ?-PVP; ?-пирролидинопентиофенон; ?-пирролидиновалерофенон; 2-пирролидиновалерофенон) – производное наркотического средства N-метилэфедрон массой 0,59г, наркотическое средство было изъято из незаконного оборота.</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Он же, ФИО2, получив при вышеуказанных обстоятельствах тайниковым способом от неустановленного лица наркотические средства, выполняя отведенную ему роль в составе организованной группы, ДД.ММ.ГГГГ, в период с 13 часов 30 минут до 14 часов 25 минут, с целью последующего незаконного сбыта потребителям наркотических средств, соорудив тайник, поместил сверток из полимерного материала с наркотическим средством в значительном размере – смесью, содержащей в своем составе 1-фенил-2-пирролидин-1-илпентан-1-он (PVP; ?-PVP; ?-пирролидинопентиофенон; ?-пирролидиновалерофенон; 2-пирролидиновалерофенон) – производное наркотического средства N-метилэфедрон массой 0,53г в 2-х метрах от правого угла &lt;адрес&gt;, о чем сделал пометку в программе «Telegram», сообщив о месте закладки организатору преступной группы. ДД.ММ.ГГГГ в 14 часов 25 минут у &lt;адрес&gt;&lt;адрес&gt;&lt;адрес&gt; ФИО2 был задержан сотрудниками УНК УМВД России по &lt;адрес&gt;. ДД.ММ.ГГГГ в период времени с 20.00 часов до 20 часов 10 минут в ходе обследования участка местности расположенного в 2 метрах от правого угла &lt;адрес&gt; сотрудниками УНК УМВД России по &lt;адрес&gt; был обнаружен и изъят сверток из полимерного материала с наркотическим средством в значительном размере – смесью, содержащей в своем составе 1-фенил-2-пирролидин-1-илпентан-1-он (PVP; ?-PVP; ?-пирролидинопентиофенон; ?-пирролидиновалерофенон; 2-пирролидиновалерофенон) – производное наркотического средства N-метилэфедрон массой 0,53г, наркотическое средство было изъято из незаконного оборота.</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Он же, ФИО2, получив при вышеуказанных обстоятельствах тайниковым способом от неустановленного лица наркотические средства, выполняя отведенную ему роль в составе организованной группы, ДД.ММ.ГГГГ в период с 13 часов 30 минут до 14 часов 25 минут, с целью последующего незаконного сбыта потребителям наркотических средств, соорудив тайник, поместил сверток из полимерного материала с наркотическим средством в значительном размере – смесью, содержащей в своем составе 1-фенил-2-пирролидин-1-илпентан-1-он (PVP; ?-PVP; ?-пирролидинопентиофенон; ?-пирролидиновалерофенон; 2-пирролидиновалерофенон) – производное наркотического средства N-метилэфедрон массой 0,52г в 1 метре от дерева в 5 метрах напротив второго подъезда &lt;адрес&gt; по улице &lt;адрес&gt;, о чем сделал пометку в программе «Telegram», сообщив о месте закладки организатору преступной группы. ДД.ММ.ГГГГ в 14 часов 25 минут у &lt;адрес&gt; по 2-му Стекольному переулку &lt;адрес&gt; ФИО2 был задержан сотрудниками УНК УМВД России по &lt;адрес&gt;. ДД.ММ.ГГГГ в период с 22 часов 45 минут до 22 часов 55 минут в ходе обследования участка местности расположенного в 1 метре от дерева в 5 метрах напротив второго подъезда &lt;адрес&gt; по улице &lt;адрес&gt; сотрудниками УНК УМВД России по &lt;адрес&gt; был обнаружен и изъят сверток из полимерного материала с наркотическим средством в значительном размере – смесью, содержащей в своем составе 1-фенил-2-пирролидин-1-илпентан-1-он (PVP; ?-PVP; ?-пирролидинопентиофенон; ?-пирролидиновалерофенон; 2-пирролидиновалерофенон) – производное наркотического средства N-метилэфедрон массой 0,52г, наркотическое средство было изъято из незаконного оборота.</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Он же, ФИО2, получив при вышеуказанных обстоятельствах тайниковым способом от неустановленного лица наркотические средства, выполняя отведенную ему роль в составе организованной группы, ДД.ММ.ГГГГ, в период с 13 часов 30 минут до 14 часов 25 минут, с целью последующего незаконного сбыта потребителям наркотических средств, соорудив тайник, поместил сверток из полимерного материала с наркотическим средством в значительном размере – смесью, содержащей в своем составе 1-фенил-2-пирролидин-1-илпентан-1-он (PVP; ?-PVP; ?-пирролидинопентиофенон; ?-пирролидиновалерофенон; 2-пирролидиновалерофенон) – производное наркотического средства N-метилэфедрон массой 0,53г в 50 сантиметрах от дерева, находящегося в 7 метрах от &lt;адрес&gt; по улице &lt;адрес&gt;, о чем сделал пометку в программе «Telegram», сообщив о месте закладки организатору преступной группы. ДД.ММ.ГГГГ в 14 часов 25 минут у &lt;адрес&gt; по &lt;адрес&gt;&lt;адрес&gt; ФИО2 был задержан сотрудниками УНК УМВД России по &lt;адрес&gt;. ДД.ММ.ГГГГ в период с 22 часов 30 минут до 22 часов 40 минут в ходе обследования участка местности, расположенного в 50 сантиметрах от дерева, находящегося в 7 метрах от &lt;адрес&gt; по улице &lt;адрес&gt; сотрудниками УНК УМВД России по &lt;адрес&gt; был обнаружен и изъят сверток из полимерного материала с наркотическим средством в значительном размере – смесью, содержащей в своем составе 1-фенил-2-пирролидин-1-илпентан-1-он (PVP; ?-PVP; ?-пирролидинопентиофенон; ?-пирролидиновалерофенон; 2-пирролидиновалерофенон) – производное наркотического средства N-метилэфедрон массой 0,53г, наркотическое средство было изъято из незаконного оборота.</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Он же, ФИО2, получив при вышеуказанных обстоятельствах тайниковым способом от неустановленного лица наркотические средства, выполняя отведенную ему роль в составе организованной группы, ДД.ММ.ГГГГ, в период с 13 часов 30 минут до 14 часов 25 минут, с целью последующего незаконного сбыта потребителям наркотических средств, соорудив тайник, поместил сверток из полимерного материала с наркотическим средством в значительном размере – смесью (препаратом), содержащей в своем составе химическое вещество 1-фенил-2-пирролидин-1-илпентан-1-он, которое является производным наркотического средства: N-метилэфедрон массой 0,55г в 20 сантиметрах от дерева в 5 метрах от &lt;адрес&gt; по улице &lt;адрес&gt;, о чем сделал пометку в программе «Telegram», сообщив о месте закладки организатору преступной группы. ДД.ММ.ГГГГ в 14 часов 25 минут у &lt;адрес&gt; по &lt;адрес&gt;&lt;адрес&gt; ФИО2 был задержан сотрудниками УНК УМВД России по &lt;адрес&gt;. ДД.ММ.ГГГГ в период с 23 часов 15 минут до 23 часов 25 минут в ходе обследования участка местности расположенного в 20 сантиметрах от дерева в 5 метрах от &lt;адрес&gt; по улице &lt;адрес&gt; сотрудниками УНК УМВД России по &lt;адрес&gt; был обнаружен и изъят сверток из полимерного материала с наркотическим средством в значительном размере – смесью (препаратом), содержащей в своем составе химическое вещество 1-фенил-2-пирролидин-1-илпентан-1-он, которое является производным наркотического средства N-метилэфедрон массой 0,55г, наркотическое средство было изъято из незаконного оборота.</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Он же, ФИО2, получив при вышеуказанных обстоятельствах тайниковым способом от неустановленного лица наркотические средства, выполняя отведенную ему роль в составе организованной группы, ДД.ММ.ГГГГ, в период с 13 часов 30 минут до 14 часов 25 минут, с целью последующего незаконного сбыта потребителям наркотических средств, соорудив тайник, поместил сверток из полимерного материала, с наркотическим средством в значительном размере – смесью, содержащей в своем составе 1-фенил-2-пирролидин-1-илпентан-1-он (PVP; ?-PVP; ?-пирролидинопентиофенон; ?-пирролидиновалерофенон; 2-пирролидиновалерофенон) – производное наркотического средства N-метилэфедрон массой 0,54г на лестничной площадке 1-го этажа между стеной и информационным щитом в подъезде &lt;адрес&gt;, о чем сделал пометку в программе «Telegram», сообщив о месте закладки организатору преступной группы. ДД.ММ.ГГГГ в 14 часов 25 минут у &lt;адрес&gt; по &lt;адрес&gt;&lt;адрес&gt; ФИО2 был задержан сотрудниками УНК УМВД России по &lt;адрес&gt;. ДД.ММ.ГГГГ в период с 20 часов 30 минут до 20 часов 40 минут в ходе обследования участка местности, расположенного на лестничной площадке 1-го этажа между стеной и информационным щитом в подъезде &lt;адрес&gt; сотрудниками УНК УМВД России по &lt;адрес&gt; был обнаружен и изъят сверток из полимерного материала, с наркотическим средством в значительном размере – смесью, содержащей в своем составе 1-фенил-2-пирролидин-1-илпентан-1-он (PVP; ?-PVP; ?-пирролидинопентиофенон; ?-пирролидиновалерофенон; 2-пирролидиновалерофенон) – производное наркотического средства N-метилэфедрон массой 0,54г, наркотическое средство было изъято из незаконного оборота.</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Он же, ФИО2, получив при вышеуказанных обстоятельствах тайниковым способом от неустановленного лица наркотические средства, выполняя отведенную ему роль в составе организованной группы, ДД.ММ.ГГГГ, в период с 13 часов 30 минут до 14 часов 25 минут, с целью последующего незаконного сбыта потребителям наркотических средств, соорудив тайник, поместил сверток из полимерного материала с наркотическим средством в значительном размере – смесью, содержащей в своем составе 1-фенил-2-пирролидин-1-илпентан-1-он (PVP; ?-PVP; ?-пирролидинопентиофенон; ?-пирролидиновалерофенон; 2-пирролидиновалерофенон) – производное наркотического средства N-метилэфедрон массой 0,51 г в полуметре от балкона первого этажа в 3 метрах от подъезда &lt;адрес&gt;, о чем сделал пометку в программе «Telegram», сообщив о месте закладки организатору преступной группы. ДД.ММ.ГГГГ в 14 часов 25 минут у &lt;адрес&gt; по &lt;адрес&gt;&lt;адрес&gt; ФИО2 был задержан сотрудниками УНК УМВД России по &lt;адрес&gt;. ДД.ММ.ГГГГ в период с 20 часов 15 минут до 20 часов 25 минут в ходе обследования участка местности, расположенного в полуметре от балкона первого этажа в 3 метрах от подъезда &lt;адрес&gt; сотрудниками УНК УМВД России по &lt;адрес&gt; был обнаружен и изъят сверток из полимерного материала с наркотическим средством в значительном размере – смесью, содержащей в своем составе 1-фенил-2-пирролидин-1-илпентан-1-он (PVP; ?-PVP; ?-пирролидинопентиофенон; ?-пирролидиновалерофенон; 2-пирролидиновалерофенон) – производное наркотического средства N-метилэфедрон массой 0,51г, наркотическое средство было изъято из незаконного оборота.</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Он же, ФИО2, получив при вышеуказанных обстоятельствах тайниковым способом от неустановленного лица наркотические средства, выполняя отведенную ему роль в составе организованной группы, ДД.ММ.ГГГГ, в период с 13 часов 30 минут до 14 часов 25 минут, с целью последующего незаконного сбыта потребителям наркотических средств, соорудив тайник, поместил сверток из полимерного материала с наркотическим средством в значительном размере – смесью, содержащей в своем составе 1-фенил-2-пирролидин-1-илпентан-1-он (PVP; ?-PVP; ?-пирролидинопентиофенон; ?-пирролидиновалерофенон; 2-пирролидиновалерофенон) – производное наркотического средства N-метилэфедрон массой 0,57 г в 10 сантиметрах от стены правого торца под первым окном &lt;адрес&gt; по улице &lt;адрес&gt;, о чем сделал пометку в программе «Telegram», сообщив о месте закладки организатору преступной группы. ДД.ММ.ГГГГ в 14 часов 25 минут у &lt;адрес&gt; по &lt;адрес&gt;&lt;адрес&gt; ФИО2 был задержан сотрудниками УНК УМВД России по &lt;адрес&gt;. ДД.ММ.ГГГГ в период с 21 часа 45 минут до 21 часа 55 минут в ходе обследования участка местности, расположенного в 10 сантиметрах от стены правого торца, под первым окном &lt;адрес&gt; по улице &lt;адрес&gt; сотрудниками УНК УМВД России по &lt;адрес&gt; был обнаружен и изъят сверток из полимерного материала с наркотическим средством в значительном размере – смесью, содержащей в своем составе 1-фенил-2-пирролидин-1-илпентан-1-он (PVP; ?-PVP; ?-пирролидинопентиофенон; ?-пирролидиновалерофенон; 2-пирролидиновалерофенон) – производное наркотического средства N-метилэфедрон массой 0,57г, наркотическое средство было изъято из незаконного оборота.</w:t>
      </w:r>
    </w:p>
    <w:p>
      <w:pPr>
        <w:pStyle w:val="Heading3"/>
      </w:pPr>
      <w:r>
        <w:rPr>
          <w:rFonts w:ascii="Times New Roman" w:hAnsi="Times New Roman" w:eastAsia="Times New Roman" w:cs="Times New Roman"/>
          <w:b/>
          <w:i w:val="0"/>
          <w:sz w:val="22"/>
        </w:rPr>
        <w:t>Пункт 18. Правовой анализ</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Он же, ФИО2, получив при вышеуказанных обстоятельствах тайниковым способом от неустановленного лица наркотические средства, выполняя отведенную ему роль в составе организованной группы, ДД.ММ.ГГГГ, в период с 13 часов 30 минут до 14 часов 25 минут, с целью последующего незаконного сбыта потребителям наркотических средств, соорудив тайник, поместил сверток из полимерного материала с наркотическим средством в значительном размере – смесью, содержащей в своем составе 1-фенил-2-пирролидин-1-илпентан-1-он (PVP; ?-PVP; ?-пирролидинопентиофенон; ?-пирролидиновалерофенон; 2-пирролидиновалерофенон) – производное наркотического средства N-метилэфедрон массой 0,41г в 50 сантиметрах от забора на углу &lt;адрес&gt; по улице &lt;адрес&gt;, о чем сделал пометку в программе «Telegram», сообщив о месте закладки организатору преступной группы. ДД.ММ.ГГГГ в 14 часов 25 минут у &lt;адрес&gt; по &lt;адрес&gt;&lt;адрес&gt; ФИО2 был задержан сотрудниками УНК УМВД России по &lt;адрес&gt;. ДД.ММ.ГГГГ в период с 21 часа 15 минут до 21 часа 25 минут в ходе обследования участка местности, расположенного в 50 сантиметрах от забора на углу &lt;адрес&gt; по улице &lt;адрес&gt; сотрудниками УНК УМВД России по &lt;адрес&gt; был обнаружен и изъят сверток из полимерного материала с наркотическим средством в значительном размере – смесью, содержащей в своем составе 1-фенил-2-пирролидин-1-илпентан-1-он (PVP; ?-PVP; ?-пирролидинопентиофенон; ?-пирролидиновалерофенон; 2-пирролидиновалерофенон) – производное наркотического средства N-метилэфедрон массой 0,41г, наркотическое средство было изъято из незаконного оборота.</w:t>
      </w:r>
    </w:p>
    <w:p>
      <w:pPr>
        <w:pStyle w:val="Heading3"/>
      </w:pPr>
      <w:r>
        <w:rPr>
          <w:rFonts w:ascii="Times New Roman" w:hAnsi="Times New Roman" w:eastAsia="Times New Roman" w:cs="Times New Roman"/>
          <w:b/>
          <w:i w:val="0"/>
          <w:sz w:val="22"/>
        </w:rPr>
        <w:t>Пункт 19. Правовой анализ</w:t>
      </w:r>
    </w:p>
    <w:p>
      <w:pPr>
        <w:spacing w:after="120" w:before="160"/>
        <w:ind w:firstLine="720"/>
        <w:jc w:val="both"/>
      </w:pPr>
      <w:r>
        <w:rPr>
          <w:rFonts w:ascii="Times New Roman" w:hAnsi="Times New Roman" w:eastAsia="Times New Roman" w:cs="Times New Roman"/>
          <w:b/>
          <w:i w:val="0"/>
          <w:sz w:val="22"/>
        </w:rPr>
        <w:t xml:space="preserve">19. </w:t>
      </w:r>
      <w:r>
        <w:rPr>
          <w:rFonts w:ascii="Times New Roman" w:hAnsi="Times New Roman" w:eastAsia="Times New Roman" w:cs="Times New Roman"/>
          <w:b w:val="0"/>
          <w:i w:val="0"/>
          <w:sz w:val="22"/>
        </w:rPr>
        <w:t>Он же, ФИО2, получив при вышеуказанных обстоятельствах тайниковым способом от неустановленного лица наркотические средства, выполняя отведенную ему роль в составе организованной группы, ДД.ММ.ГГГГ, в период с 13 часов 30 минут до 14 часов 25 минут, с целью последующего незаконного сбыта потребителям наркотических средств, соорудив тайник, поместил сверток из полимерного материала с наркотическим средством в значительном размере – смесью, содержащей в своем составе 1-фенил-2-пирролидин-1-илпентан-1-он (PVP; ?-PVP; ?-пирролидинопентиофенон; ?-пирролидиновалерофенон; 2-пирролидиновалерофенон) – производное наркотического средства N-метилэфедрон массой 0,51г в 50 сантиметрах от кустов в 10 метрах правее &lt;адрес&gt; по улице &lt;адрес&gt;, о чем сделал пометку в программе «Telegram», сообщив о месте закладки организатору преступной группы. ДД.ММ.ГГГГ в 14 часов 25 минут у &lt;адрес&gt; по &lt;адрес&gt;&lt;адрес&gt; ФИО2 был задержан сотрудниками УНК УМВД России по &lt;адрес&gt;. ДД.ММ.ГГГГ в период с 21 часа 00 минут до 21 часа 10 минут в ходе обследования участка местности, расположенного в 50 сантиметрах от кустов в 10 метрах правее &lt;адрес&gt; по улице &lt;адрес&gt; сотрудниками УНК УМВД России по &lt;адрес&gt; был обнаружен и изъят сверток из полимерного материала, с наркотическим средством в значительном размере – смесью, содержащей в своем составе 1-фенил-2-пирролидин-1-илпентан-1-он (PVP; ?-PVP; ?-пирролидинопентиофенон; ?-пирролидиновалерофенон; 2-пирролидиновалерофенон) – производное наркотического средства N-метилэфедрон массой 0,51г, наркотическое средство было изъято из незаконного оборота.</w:t>
      </w:r>
    </w:p>
    <w:p>
      <w:pPr>
        <w:pStyle w:val="Heading3"/>
      </w:pPr>
      <w:r>
        <w:rPr>
          <w:rFonts w:ascii="Times New Roman" w:hAnsi="Times New Roman" w:eastAsia="Times New Roman" w:cs="Times New Roman"/>
          <w:b/>
          <w:i w:val="0"/>
          <w:sz w:val="22"/>
        </w:rPr>
        <w:t>Пункт 20. Правовой анализ</w:t>
      </w:r>
    </w:p>
    <w:p>
      <w:pPr>
        <w:spacing w:after="120" w:before="160"/>
        <w:ind w:firstLine="720"/>
        <w:jc w:val="both"/>
      </w:pPr>
      <w:r>
        <w:rPr>
          <w:rFonts w:ascii="Times New Roman" w:hAnsi="Times New Roman" w:eastAsia="Times New Roman" w:cs="Times New Roman"/>
          <w:b/>
          <w:i w:val="0"/>
          <w:sz w:val="22"/>
        </w:rPr>
        <w:t xml:space="preserve">20. </w:t>
      </w:r>
      <w:r>
        <w:rPr>
          <w:rFonts w:ascii="Times New Roman" w:hAnsi="Times New Roman" w:eastAsia="Times New Roman" w:cs="Times New Roman"/>
          <w:b w:val="0"/>
          <w:i w:val="0"/>
          <w:sz w:val="22"/>
        </w:rPr>
        <w:t>Он же, ФИО2, получив при вышеуказанных обстоятельствах тайниковым способом от неустановленного лица наркотические средства, выполняя отведенную ему роль в составе организованной группы, ДД.ММ.ГГГГ, в период с 13 часов 30 минут до 14 часов 25 минут, с целью последующего незаконного сбыта потребителям наркотических средств, соорудив тайник, поместил сверток из полимерного материала с наркотическим средством в значительном размере – смесью (препаратом), содержащей в своем составе химическое вещество: 1-фенил-2-пирролидин-1-илпентан-1-он которое является производным наркотического средства N-метилэфедрон массой 0,65г в 50 сантиметрах от второго окна с правого угла &lt;адрес&gt; по улице &lt;адрес&gt;, о чем сделал пометку в программе «Telegram», сообщив о месте закладки организатору преступной группы. ДД.ММ.ГГГГ в 14 часов 25 минут у &lt;адрес&gt; по &lt;адрес&gt;&lt;адрес&gt; ФИО2 был задержан сотрудниками УНК УМВД России по &lt;адрес&gt;. ДД.ММ.ГГГГ в период с 23 часов 00 минут до 23 часов 10 минут в ходе обследования участка местности, расположенного в 50 сантиметрах от второго окна с правого угла &lt;адрес&gt; по улице &lt;адрес&gt; сотрудниками УНК УМВД России по &lt;адрес&gt; был обнаружен и изъят сверток из полимерного материала с наркотическим средством в значительном размере – смесью (препаратом), содержащей в своем составе химическое вещество 1-фенил-2-пирролидин-1-илпентан-1-он которое является производным наркотического средства N-метилэфедрон массой 0,65г, наркотическое средство было изъято из незаконного оборота.</w:t>
      </w:r>
    </w:p>
    <w:p>
      <w:pPr>
        <w:pStyle w:val="Heading3"/>
      </w:pPr>
      <w:r>
        <w:rPr>
          <w:rFonts w:ascii="Times New Roman" w:hAnsi="Times New Roman" w:eastAsia="Times New Roman" w:cs="Times New Roman"/>
          <w:b/>
          <w:i w:val="0"/>
          <w:sz w:val="22"/>
        </w:rPr>
        <w:t>Пункт 21. Правовой анализ</w:t>
      </w:r>
    </w:p>
    <w:p>
      <w:pPr>
        <w:spacing w:after="120" w:before="160"/>
        <w:ind w:firstLine="720"/>
        <w:jc w:val="both"/>
      </w:pPr>
      <w:r>
        <w:rPr>
          <w:rFonts w:ascii="Times New Roman" w:hAnsi="Times New Roman" w:eastAsia="Times New Roman" w:cs="Times New Roman"/>
          <w:b/>
          <w:i w:val="0"/>
          <w:sz w:val="22"/>
        </w:rPr>
        <w:t xml:space="preserve">21. </w:t>
      </w:r>
      <w:r>
        <w:rPr>
          <w:rFonts w:ascii="Times New Roman" w:hAnsi="Times New Roman" w:eastAsia="Times New Roman" w:cs="Times New Roman"/>
          <w:b w:val="0"/>
          <w:i w:val="0"/>
          <w:sz w:val="22"/>
        </w:rPr>
        <w:t>Он же, ФИО2, получив при вышеуказанных обстоятельствах тайниковым способом от неустановленного лица наркотические средства, выполняя отведенную ему роль в составе организованной группы, ДД.ММ.ГГГГ, в период с 13 часов 30 минут до 14 часов 25 минут, с целью последующего незаконного сбыта потребителям наркотических средств, соорудив тайник, поместил сверток из полимерного материала с наркотическим средством в значительном размере – смесью, содержащей в своем составе 1-фенил-2-пирролидин-1-илпентан-1-он (PVP; ?-PVP; ?-пирролидинопентиофенон; ?-пирролидиновалерофенон; 2-пирролидиновалерофенон) – производное наркотического средства N-метилэфедрон массой 0,64г в 5 метрах от входа в &lt;адрес&gt;, о чем сделал пометку в программе «Telegram», сообщив о месте закладки организатору преступной группы. ДД.ММ.ГГГГ в 14 часов 25 минут у &lt;адрес&gt; по &lt;адрес&gt;&lt;адрес&gt; ФИО2 был задержан сотрудниками УНК УМВД России по &lt;адрес&gt;. ДД.ММ.ГГГГ в период с 22 часов 00 минут до 22 часов 10 минут в ходе обследования участка местности, расположенного в 5 метрах от входа в &lt;адрес&gt; сотрудниками УНК УМВД России по &lt;адрес&gt; был обнаружен и изъят сверток из полимерного материала, с наркотическим средством в значительном размере – смесью, содержащей в своем составе 1-фенил-2-пирролидин-1-илпентан-1-он (PVP; ?-PVP; ?-пирролидинопентиофенон; ?-пирролидиновалерофенон; 2-пирролидиновалерофенон) – производное наркотического средства N-метилэфедрон массой 0,64г, наркотическое средство было изъято из незаконного оборота.</w:t>
      </w:r>
    </w:p>
    <w:p>
      <w:pPr>
        <w:pStyle w:val="Heading3"/>
      </w:pPr>
      <w:r>
        <w:rPr>
          <w:rFonts w:ascii="Times New Roman" w:hAnsi="Times New Roman" w:eastAsia="Times New Roman" w:cs="Times New Roman"/>
          <w:b/>
          <w:i w:val="0"/>
          <w:sz w:val="22"/>
        </w:rPr>
        <w:t>Пункт 22. Правовой анализ</w:t>
      </w:r>
    </w:p>
    <w:p>
      <w:pPr>
        <w:spacing w:after="120" w:before="160"/>
        <w:ind w:firstLine="720"/>
        <w:jc w:val="both"/>
      </w:pPr>
      <w:r>
        <w:rPr>
          <w:rFonts w:ascii="Times New Roman" w:hAnsi="Times New Roman" w:eastAsia="Times New Roman" w:cs="Times New Roman"/>
          <w:b/>
          <w:i w:val="0"/>
          <w:sz w:val="22"/>
        </w:rPr>
        <w:t xml:space="preserve">22. </w:t>
      </w:r>
      <w:r>
        <w:rPr>
          <w:rFonts w:ascii="Times New Roman" w:hAnsi="Times New Roman" w:eastAsia="Times New Roman" w:cs="Times New Roman"/>
          <w:b w:val="0"/>
          <w:i w:val="0"/>
          <w:sz w:val="22"/>
        </w:rPr>
        <w:t>Он же, ФИО2, получив при вышеуказанных обстоятельствах тайниковым способом от неустановленного лица наркотические средства, выполняя отведенную ему роль в составе организованной группы, ДД.ММ.ГГГГ, в период с 13 часов 30 минут до 14 часов 25 минут, с целью последующего незаконного сбыта потребителям наркотических средств, соорудив тайник, поместил сверток из полимерного материала с наркотическим средством в значительном размере – смесью (препаратом), содержащей в своем составе химическое вещество: 1-фенил-2-пирролидин-1-илпентан-1-он которое является производным наркотического средства N-метилэфедрон массой 0,54г в 10 сантиметрах от дерева в 5 метрах от &lt;адрес&gt; по улице &lt;адрес&gt;, о чем сделал пометку в программе «Telegram», сообщив о месте закладки организатору преступной группы ДД.ММ.ГГГГ в 14 часов 25 минут у &lt;адрес&gt; по &lt;адрес&gt;&lt;адрес&gt; ФИО2 был задержан сотрудниками УНК УМВД России по &lt;адрес&gt;. ДД.ММ.ГГГГ в период с 23 часов 30 минут до 23 часов 40 минут в ходе обследования участка местности, расположенного в 10 сантиметрах от дерева в 5 метрах от &lt;адрес&gt; по улице &lt;адрес&gt; сотрудниками УНК УМВД России по &lt;адрес&gt; был обнаружен и изъят сверток из полимерного материала с наркотическим средством в значительном размере – смесью (препаратом), содержащей в своем составе химическое вещество: 1-фенил-2-пирролидин-1-илпентан-1-он, которое является производным наркотического средства N-метилэфедрон массой 0,54г, наркотическое средство было изъято из незаконного оборота.</w:t>
      </w:r>
    </w:p>
    <w:p>
      <w:pPr>
        <w:pStyle w:val="Heading3"/>
      </w:pPr>
      <w:r>
        <w:rPr>
          <w:rFonts w:ascii="Times New Roman" w:hAnsi="Times New Roman" w:eastAsia="Times New Roman" w:cs="Times New Roman"/>
          <w:b/>
          <w:i w:val="0"/>
          <w:sz w:val="22"/>
        </w:rPr>
        <w:t>Пункт 23. Выводы</w:t>
      </w:r>
    </w:p>
    <w:p>
      <w:pPr>
        <w:spacing w:after="120" w:before="160"/>
        <w:ind w:firstLine="720"/>
        <w:jc w:val="both"/>
      </w:pPr>
      <w:r>
        <w:rPr>
          <w:rFonts w:ascii="Times New Roman" w:hAnsi="Times New Roman" w:eastAsia="Times New Roman" w:cs="Times New Roman"/>
          <w:b/>
          <w:i w:val="0"/>
          <w:sz w:val="22"/>
        </w:rPr>
        <w:t xml:space="preserve">23. </w:t>
      </w:r>
      <w:r>
        <w:rPr>
          <w:rFonts w:ascii="Times New Roman" w:hAnsi="Times New Roman" w:eastAsia="Times New Roman" w:cs="Times New Roman"/>
          <w:b w:val="0"/>
          <w:i w:val="0"/>
          <w:sz w:val="22"/>
        </w:rPr>
        <w:t>Он же, ФИО2, получив при вышеуказанных обстоятельствах тайниковым способом от неустановленного лица наркотические средства, выполняя отведенную ему роль в составе организованной группы, ДД.ММ.ГГГГ, в период с 13 часов 30 минут до 14 часов 25 минут, с целью последующего незаконного сбыта потребителям наркотических средств, соорудив тайник, поместил один сверток из полимерного материала с наркотическим средством – смесью, содержащей в своем составе 1-фенил-2-пирролидин-1-илпентан-1-он (PVP; ?-PVP; ?-пирролидинопентиофенон; ?-пирролидиновалерофенон; 2-пирролидиновалерофенон) - производное наркотического средства N-метилэфедрон в 3 метрах от входной двери &lt;адрес&gt; по &lt;адрес&gt;&lt;адрес&gt;, о чем сделал пометку в программе «Telegram», о месте закладки, для последующего сообщения организатору преступной группы. Однако отправить сообщение не успел, так как в этот момент ДД.ММ.ГГГГ около 14 часов 25 минут увидел сотрудников УНК УМВД России по &lt;адрес&gt;, и, опасаясь наступления уголовной ответственности, желая избавиться от оставшихся наркотических средств, выкинул три свертка из полимерного материала, с наркотическим средством – смесью, содержащей в своем составе 1-фенил-2-пирролидин-1-илпентан-1-он (PVP; ?-PVP; ?-пирролидинопентиофенон; ?-пирролидиновалерофенон; 2-пирролидиновалерофенон) - производное наркотического средства N-метилэфедрон в 3 метрах от входной двери &lt;адрес&gt; по &lt;адрес&gt;&lt;адрес&gt;. ДД.ММ.ГГГГ в 14 часов 25 минут у &lt;адрес&gt; по &lt;адрес&gt;&lt;адрес&gt; ФИО2 был задержан сотрудниками УНК УМВД России по &lt;адрес&gt;. Свои преступные действия в составе организованной группы, направленные на незаконный сбыт наркотического средства ФИО2 не смог довести до конца по не зависящим от него обстоятельствам, поскольку ДД.ММ.ГГГГ в период с 18 часов 20 минут до 18 часов 35 минут в ходе обследования участка местности расположенного в 3 метрах от входной двери &lt;адрес&gt; по &lt;адрес&gt;&lt;адрес&gt; сотрудниками УНК УМВД России по &lt;адрес&gt; были обнаружены и изъяты четыре свертка из полимерного материала, с наркотическим средством в крупном размере – смесью, содержащей в своем составе 1-фенил-2-пирролидин-1-илпентан-1-он (PVP; ?-PVP; ?-пирролидинопентиофенон; ?-пирролидиновалерофенон; 2-пирролидиновалерофенон) - производное наркотического средства N-метилэфедрон, массой 0,44 г, 0,57 г, 0,53 г, 0,57г, общей массой 2,11г и указанное наркотическое средство было изъято из незаконного оборота. Виновность подсудимого ФИО2 в совершении вышеуказанного преступления кроме его частичного признания подтверждается следующими доказательствами: - показаниями свидетеля ФИО6 в суде, а также его показаниями, данными в ходе предварительного следствия и оглашенными в суде (т.4 л.д. 164-168), из которых следует, что оперативной службой была получена информация, что 14.01.2017г. в районе &lt;адрес&gt; будет происходить закладка наркотиков. 14.01.2017г. он совместно с сотрудниками полиции ФИО18 проводил ОРМ «наблюдение». В ходе наблюдения установлено, что 14.01.2017г. в 14 часов 20 минут ФИО2 двигался по &lt;адрес&gt;, свернул на ул.&lt;адрес&gt;. Возле &lt;адрес&gt; по ул.&lt;адрес&gt; слева от гаражных ворот он положил в снег неотождествляемый при наблюдении предмет, сфотографировал это место на телефон и что-то в него записал. Затем ФИО2 вышел на &lt;адрес&gt; и направился на пересечение с переулком &lt;адрес&gt;. Около 14 часов 25 минут ФИО2 подошел к дому №, положил в снег неотождествляемый предмет, сфотографировал его на телефон. После этого примерно в 14 часов 25 минут у &lt;адрес&gt; по &lt;адрес&gt;&lt;адрес&gt; ФИО2 был задержан. В ходе личного досмотра у ФИО2 обнаружен и изъят сотовый телефон «Айфон 5s» с записями местонахождения тайников с наркотическими средствами. ФИО2 сразу сознался, что является закладчиком наркотических средств и действовал в составе организованной неустановленным лицом преступной группы. В ходе проведения ОРМ было установлено, что 11.01.2017г. ФИО2 посредством программы «Telegram», установленной в его телефоне, связался с неустановленным лицом с псевдонимом «Dobro Co». Человек под псевдонимом «Пес» указал ФИО2 на неустановленное лицо с псевдонимом «Dobro Co», как на основного работодателя, которое руководит всем процессом по незаконной торговле наркотическими средствами. 11.01.2017г. ФИО2 обратился к неустановленному лицу с псевдонимом «Dobro Co» с предложением взять его на работу закладчиком наркотических средств. Между участниками преступной группы была достигнута договоренность по распределению функций, конспирации и иерархии. Неустановленное лицо «Dobro Co», являясь лидером и организатором указанной группы, взяло на себя следующие обязанности: организацию и планирование совершаемых преступлений, направление участников организованной группы для осуществления преступной деятельности группы; контроль и руководство действиями ФИО2 и неустановленного лица, которое занимается вербовкой закладчиков – членов организованной группы, проведению с ними инструктажа о необходимых мерах безопасности и конспирации при осуществлении ими преступной деятельности на территории РФ, используя приложения «Telegram» и «Signal» Глобальной сети Интернет, обучению ФИО2 незаконному приобретению, хранению и сбыту наркотических средств путем закладок; устанавливать цены за данное наркотическое средство; обеспечивать своевременную передачу бесконтактным способом, через заранее оборудованные тайники партий расфасованных наркотических средств, для последующих незаконных сбытов потребителям на территории &lt;адрес&gt;; перечислять ФИО2, входящему в состав данной организованной группы, денежные средства из расчета 200 рублей за одну разложенную тайниковым способом закладку с наркотическим средством, а также перечислять вербовщику закладчиков деньги в качестве вознаграждения за осуществление совместной преступной деятельности. В обязанности неустановленного лица - человек под псевдонимом «Пес» входило осуществление вербовки граждан РФ из числа лиц, не имеющих постоянного источника дохода, с целью их вступления в созданную неустановленным лицом организованную группу. В функции ФИО2 согласно достигнутой на момент 13.01.2017г. договоренности входило: забрать наркотическое средство «соль» из тайника, подготовленного его соучастником «Dobro Co». После этого ФИО2 должен был каждый сверток с наркотическим средством поместить в специально оборудованных местах, каждый тайник сфотографировать, подробно описать и отправить фото с закладками с описанием «Dobro Co». За каждую закладку ФИО2 должен был получить по 200 рублей. 13.01.2017г., договорившись с «Dobro Co», ФИО2 приехал в &lt;адрес&gt; из &lt;адрес&gt; и стал делать закладки, распространяя наркотические средства. 13.01.2017г. ФИО2 была выдана пробная партия наркотика в количестве 20 расфасованных пакетиков с «солью» уже подготовленных к распространению. ФИО2 в течении часа разложил эти наркотики на территории микрорайона «Малинники» &lt;адрес&gt;. Все это он делал под контролем и руководством со стороны «Dobro Co», которому отчитывался о каждом шаге, о каждой сделанной им закладке. После изучения информации о закладках, имевшейся в телефоне ФИО2 было принято решение о незамедлительном изъятии наркотиков. 14.01.2017г. он, ФИО19, прибыл на место задержания ФИО2, где в период с 18 часов 20 минут до 18 часов 35 минут с участием понятых, в ходе обследования участка местности, расположенного в 3 метрах от входной двери &lt;адрес&gt; по &lt;адрес&gt;&lt;адрес&gt; были обнаружены 4 свертка с наркотическим средством – производным N-метилэфедрона. - показаниями свидетеля ФИО7 в суде, а также его показаниями, данными в ходе предварительного следствия и оглашенными в суде (т.4 л.д.170-173), из которых следует, что 14.01.2017г. вместе с сотрудниками полиции ФИО20 он участвовал в проведении ОРМ «Наблюдение» в отношении ФИО2. В ходе наблюдения установлено, что 14.01.2017г. в 14 часов 20 минут ФИО2 двигался по &lt;адрес&gt;, свернул на ул.&lt;адрес&gt;. Возле &lt;адрес&gt; по ул.&lt;адрес&gt; слева от гаражных ворот он положил в снег неотождествляемый при наблюдении предмет, сфотографировал это место на телефон и что-то в него записал. Затем ФИО2 вышел на &lt;адрес&gt; и направился на пересечение с переулком &lt;адрес&gt;. Около 14 часов 25 минут ФИО2 подошел к дому №, положил в снег неотождествляемый предмет, сфотографировал его на телефон. После этого примерно в 14 часов 25 минут у &lt;адрес&gt; по &lt;адрес&gt;&lt;адрес&gt; ФИО2 был задержан. Сотрудник полиции ФИО21 произвел личный досмотр ФИО2, в ходе которого был изъят сотовый телефон. ФИО2 пояснил, что является «закладчиком» наркотических средств и в этот день сделал ряд «закладок» наркотиков в районе &lt;адрес&gt;. Руководством УНК УМВД России по &lt;адрес&gt; было принято решение об изъятии этих закладок. Информация о местонахождении закладок с наркотиками имелась в телефоне ФИО2. После этого он сам вместе с другими сотрудниками полиции ФИО22 направились по записанным в телефоне ФИО2 адресам с целью изъятия наркотических средств. По прибытии на место в район &lt;адрес&gt; были приглашены двое понятых. Было принято решение разделиться, чтобы сэкономить время обнаружения и изъятия наркотиков. 14.01.2017г. в период с 23.00 часов до 23 часов 10 минут с участием понятых, в ходе обследования участка местности, расположенного в 50см от второго окна с правого угла &lt;адрес&gt; им был обнаружены сверток с порошкообразным веществом; в период с 23 часов 15 минут до 23 часов 25 минут в 20см от дерева в 5 метрах от &lt;адрес&gt; обнаружен сверток с наркотическим средством; в период с 23 часов 30 минут до 23 часов 40 минут в 10см от дерева в 5 метрах от &lt;адрес&gt; обнаружен сверток с наркотиком; в период с 23 часов 45 минут до 23 часов 55 минут в 20 см от дерева в 10 метрах от &lt;адрес&gt; обнаружен сверток с наркотическим средством. Все изъятые свертки были упакованы в полимерные пакеты. При переписке по телефону с организатором сбыта ФИО2 использовал мессенджер «Telegram». - показаниями свидетеля ФИО8 в суде, а также его показаниями, данными в ходе предварительного следствия и оглашенными в суде (т.4 л.д.175-178), из которых следует, что 14.01.2017г. вместе с сотрудниками полиции ФИО23 он участвовал в проведении ОРМ «Наблюдение» в отношении ФИО2. В ходе наблюдения установлено, что 14.01.2017г. в 14 часов 20 минут ФИО2 двигался по &lt;адрес&gt;, свернул на ул.&lt;адрес&gt;. Возле &lt;адрес&gt; по ул.&lt;адрес&gt; слева от гаражных ворот он положил в снег неотождествляемый при наблюдении предмет, сфотографировал это место на телефон и что-то в него записал. Затем ФИО2 вышел на &lt;адрес&gt; и направился на пересечение с переулком &lt;адрес&gt;. Около 14 часов 25 минут ФИО2 подошел к дому №, положил в снег неотождествляемый предмет, сфотографировал его на телефон. После этого примерно в 14 часов 25 минут у &lt;адрес&gt; по &lt;адрес&gt;&lt;адрес&gt; ФИО2 был задержан. Сотрудник полиции ФИО24 произвел личный досмотр ФИО2, в ходе которого был изъят сотовый телефон. ФИО2 пояснил, что является «закладчиком» наркотических средств и в этот день сделал ряд «закладок» наркотиков в районе &lt;адрес&gt;. Руководством УНК УМВД России по &lt;адрес&gt; было принято решение об изъятии этих закладок. Информация о местонахождении закладок с наркотиками имелась в телефоне ФИО2. После этого он сам вместе с сотрудниками полиции ФИО26ФИО25 направились по записанным в телефоне ФИО2 адресам с целью изъятия наркотических средств. По прибытии на место в район &lt;адрес&gt; были приглашены двое понятых. Было принято решение разделиться, чтобы сэкономить время обнаружения и изъятия наркотиков. 14.01.2017г. в период с 19 часов 10 минут до 19 часов 30 минут при осмотре участка местности, расположенного в метре от ворот гаража &lt;адрес&gt; по ул.&lt;адрес&gt; им был обнаружен сверток с наркотическим средством. В тот же день в период с 22.00 часов до 22 часов 10 минут в 5 метрах от входа в &lt;адрес&gt; обнаружен сверток с наркотиком; в период с 22 часов 15 минут до 22 часов 25 минут в 1 метре от забора, находящегося в 3 метрах от входа в &lt;адрес&gt; обнаружен сверток с наркотиком; в период с 22 часов 45 минут до 22 часов 55 минут в 1 метре от дерева в 5 метрах напротив второго подъезда &lt;адрес&gt; обнаружен сверток с наркотиком; в период с 22 часов 30 минут до 22 часов 40 минут в 50 см от дерева, находящегося в 7 метрах от &lt;адрес&gt; обнаружен сверток с наркотиком. Все изъятые свертки были упакованы в пакеты, составлены акты обследования участков местности, рапорты об обнаружении признаков преступления. - показаниями свидетеля ФИО9 в суде, а также его показаниями, данными в ходе предварительного следствия и оглашенными в суде (т.4 л.д.189-191), из которых следует, что 14.01.2017г. от сотрудника полиции ФИО27 он узнал, что при личном досмотре ФИО2 был изъят сотовый телефон с информацией о местонахождении «закладок» наркотических средств. Было принято решение об их изъятии. По прибытии в микрорайон &lt;адрес&gt; сотрудники полиции разделились, каждый из сотрудников получил от ФИО28 адреса с местами «закладок». 15.01.2017г. с участием понятых им было проведено четыре обследования участков местности, в ходе которых были обнаружены и изъяты свертки с наркотическим средством. Так в период с 00.00 часов до 00 часов 10 минут 15.01.2017г. в 10см от металлического забора в 5 метрах от входа в &lt;адрес&gt; обнаружен сверток с наркотиком; в период с 00 часов 15 минут до 00 часов 25 минут в 2 метрах от входа в &lt;адрес&gt; обнаружен сверток с наркотиком; в период с 00 часов 30 минут до 00 часов 40 минут в 20см от дерева в 5 метрах от входа в &lt;адрес&gt; обнаружен сверток с наркотиком; в период с 00 часов 45 минут до 00 часов 55 минут в 12 метрах от входа в &lt;адрес&gt; «А» по &lt;адрес&gt; обнаружен сверток с наркотиком. Все изъятые свертки были упакованы в пакеты, составлены акты обследования участков местности. - показаниями свидетеля ФИО10, оглашенными в суде (т.4 л.д.180-183), из которых следует, что в ходе проведения ОРМ «наблюдение» было зафиксировано, как ФИО2 делает «закладки» наркотиков 14.01.2017г. в 14 часов 25 минут у &lt;адрес&gt; по &lt;адрес&gt;&lt;адрес&gt; ФИО2 был задержан. 14.01.2017г. после задержания ФИО2 в ходе обследования участков местности были обнаружены закладки наркотических средств: в 10 метрах слева от входа во двор &lt;адрес&gt; по &lt;адрес&gt;&lt;адрес&gt;; в полуметре от столба, находящегося в 10м от &lt;адрес&gt;; в 2 метрах от правого угла &lt;адрес&gt;; на лестничной площадке первого этажа между стеной и информационным щитом в подъезде &lt;адрес&gt;; в полуметре от балкона первого этажа в трех метрах от подъезда &lt;адрес&gt;. - показаниями свидетеля ФИО11, оглашенными в суде (т.4 л.д.185-187), из которых следует, что 14.01.2017г. от сотрудника полиции узнал, что при досмотре ФИО2 обнаружен телефон с записями о местонахождении тайников с наркотическими средствами. Руководством был принято решение поехать по местам закладок. С другими сотрудниками он прибыл в район &lt;адрес&gt;, где в тот день ФИО2 делал «закладки» наркотиков. 14.01.2017г. с участием понятых, в период с 21.00 часа до 21 часа 10 минут в 50 см от кустов в 10 метрах правее &lt;адрес&gt; был обнаружен и изъят сверток с наркотиком; в период с 21 часа 15 минут до 21 часа 25 минут в 50см от забора на углу &lt;адрес&gt; обнаружен сверток с наркотиком; в период с 21 часа 30 минут до 21 часа 40 минут в 3 метрах от забора напротив таблички &lt;адрес&gt; обнаружен сверток с наркотиком; в период с 21 часа 45 минут до 21 часа 55 минут в 10 см от стены правого торца, под первым окном &lt;адрес&gt; обнаружен сверток с наркотиком. Все обнаруженные свертки были упакованы в прозрачные пакеты, составлены акты обследования местности. - показаниями свидетелей ФИО12 и ФИО13, оглашенными в суде (т.4 л.д.193-194, 196-197), из которых следует, что 14.01.2017г. около 14 часов 30 минут по предложению сотрудников полиции они участвовали в качестве понятых при производстве личного досмотра ФИО2. В их присутствии в помещении УНК УМВД России по &lt;адрес&gt; по адресу: &lt;адрес&gt; произвели личный досмотр задержанного ФИО2, в ходе которого у него, помимо прочего, был изъят сотовый телефон «Айфон», 2 пластиковые карты. ФИО2 сразу признал, что работал «закладчиком», сказал, что наркотиков при нем нет. В изъятом телефоне была обнаружена переписка ФИО2 с поставщиком наркотиков, с указанием сделанных ФИО2 закладок. Сотрудник полиции составил акт досмотра ФИО2, который они подписали. Затем было принято решение изъять часть наркотиков, которые ФИО2 «сбросил» непосредственно перед задержанием. Вместе с сотрудниками полиции и ФИО2 они проследовали к &lt;адрес&gt; по &lt;адрес&gt;&lt;адрес&gt;, где в нескольких метрах перед входом ФИО2 указал сотрудникам полиции сугроб, в который он бросил наркотики, остававшиеся у него перед задержанием. Сотрудник полиции достал из этого сугроба 4 свертка с порошкообразным веществом. После этого был составлен акт обследования участка местности, который они подписали. - показаниями свидетелей ФИО14 и ФИО15, оглашенными в суде (т.4 л.д.199-200, 202-203), из которых следует, что 14.01.2017г. в вечернее время и ночью 15.01.2017г. по просьбе сотрудников УНК УМВД России по &lt;адрес&gt; они участвовали в качестве понятых при производстве обследований участков местности, в ходе которых сотрудники УНК обнаружили более 20 «закладок» с наркотическим средством. Были составлены акты обследования участков местности, которые они подписали. - показаниями свидетеля ФИО16, оглашенными в суде (т.7 л.д.11-12), из которых следует, что работает он старшим инженером технической поддержки ПАО «Вымпелком». При использовании программ «Telegram», «Signal», работающих на базе глобальной сети «Интернет», практически невозможно установить данные лица, с которым ведется переписка, потому что псевдоним или «ник нейм» привязывается к номеру телефона, который можно заменить в любой момент, либо к Ip-адресу, который также может моментально измениться в зависимости от места нахождения точки приема сети «Интернет» и который также практически невозможно отследить. Информацию об отправке, доставке и открытии сообщений можно просмотреть в самой переписке. В программе «Signal» в нижнем правом углу сообщения стоит информация о времени отправки сообщения и статус «Доставлено», что означает, что в это время сообщение было отправлено и доставлено до адресата. В программе «Telegram» в нижнем правом углу сообщения стоит информация о времени отправки сообщения и статус: Часы, либо одна, либо две галочки. Часы означают, что сообщение отправлено, но не доставлено. Одна галочка означает, что сообщение отправлено, доставлено, но не прочитано. Две галочки означают, что сообщение отправлено, доставлено и прочитано. В телефоне «iPhone 5», изъятом 14.01.2017г. в ходе личного досмотра ФИО2, в программе «Signal» все сообщения доставлены и прочитаны. В программе «Telegram» сообщения от 13 января доставлены и прочитаны - стоят две галки, а некоторые из сообщений, отправленные 14 января отправлены, но не прочитаны, то есть стоит одна галка. Кроме того виновность ФИО2 подтверждают письменные материалы уголовного дела, исследованные в суде. Эпизод №: - рапорт об обнаружении признаков преступления, согласно которого 14.01.2017г. в 14 часов 25 минут у &lt;адрес&gt; по &lt;адрес&gt; был задержан ФИО2. В ходе личного досмотра у ФИО2 обнаружен и изъят сотовый телефон «iPhone 5s» с записями о местонахождении тайников с наркотическими средствами. 14.01.2017г. в период с 18 часов 40 минут до 19.00 часов в ходе обследования участка местности расположенного в 10 метрах слева от входа во двор &lt;адрес&gt; по &lt;адрес&gt;&lt;адрес&gt; был обнаружен и изъят сверток с веществом (т. 1 л.д. 151). - справка о проведении ОРМ «наблюдение», согласно которой зафиксировано что 14.01.2017г. ФИО2 делает «закладки» после чего в 14 часов 25 минут у &lt;адрес&gt; по &lt;адрес&gt;&lt;адрес&gt; ФИО2 задержан (т. 1 л.д.71) - протокол личного досмотра ФИО2 и фототаблица к нему, согласно которых 14.01.2017г. с 17.00 часов до 17 часов 15 минут был обнаружен и изъят сотовый телефон «Iphone 5s» с записями о местонахождении тайников с наркотическими средствами, содержащий переписку ФИО2 с соучастниками в программах «Telegram» и «Signal» (т. 1 л.д. 72, 73-114) - акт обследования, согласно которого 14.01.2017г. в период с 18 часов 40 минут до 19.00 часов в ходе обследования участка местности расположенного в 10 метрах слева от входа во двор &lt;адрес&gt; по &lt;адрес&gt;&lt;адрес&gt; был обнаружен и изъят сверток с веществом массой 0,52г, которую ФИО2 спрятал для сбыта потребителям наркотиков (т. 1 л.д. 153-158). - справка об исследовании № от 14.01.2017г., согласно которой порошкообразное вещество массой 0,52г, изъятое 14.01.2017г. в ходе проведения ОРМ «обследование участка местности» в 10 метрах слева от входа во двор &lt;адрес&gt; по &lt;адрес&gt;&lt;адрес&gt;, является смесью, содержащей в своем составе 1-Фенил-2-пирролидин-1-илпентан-1-он (PVP; ?-PVP; ?-пирролидинопентиофенон; ?-пирролидиновалерофенон; 2-пирролидиновалерофенон)-производное наркотического средства «N-метилэфедрон». При проведении химического исследования израсходовано 0,02г объекта исследования (т.1 л.д.164-165). - протокол выемки, согласно которого 23.01.2017г. следователем у сотрудника УНК УМВД России по &lt;адрес&gt; изъято вещество массой 0,52г, изъятое 14.01.2017г. в ходе проведения ОРМ «обследование участка местности» в 10 метрах слева от входа во двор &lt;адрес&gt; по &lt;адрес&gt;&lt;адрес&gt; (т. 1 л.д. 168-169). - заключение эксперта № от 17.02.2017г., согласно которого порошкообразное вещество, масса которого на момент проведения исследования составляет: 0,50 г, является смесью, содержащей в своем составе 1-фенил-2-пирролидин-1-илпентан-1-он (PVP; ?-PVP; ?-пирролидинопентиофенон; ?-пирролидиновалерофенон; 2-пирролидиновалерофенон) – производное наркотического средства «N-метилэфедрон». При проведении химического исследования израсходовано 0,02г объекта исследования (т.1 л.д. 175-178). - протокол осмотра предметов от 28.02.2017г., согласно которого в ходе предварительного следствия было осмотрено вышеуказанное наркотическое средство (т.1 л.д. 180-181). - вещественное доказательство – вышеуказанное наркотическое средство 1-фенил-2-пирролидин-1-илпентан-1-он (PVP; ?-PVP; ?-пирролидинопентиофенон; ?-пирролидиновалерофенон; 2-пирролидиновалерофенон) – производное наркотического средства «N-метилэфедрон» (т.1 л.д.182-183). - протокол осмотра предметов, согласно которого был осмотрен сотовый телефон «iPhone 5», IMEI № с SIM-картой оператора сотовой связи «Теле2» 8970120193 5300304236 3/4G, изъятый у ФИО2 и содержащий его переписку в программах «Telegram» и «Signal» с соучастниками, с указанием адресов сделанных ФИО2 закладок с наркотическим средством (т.4 л.д. 111-128). Эпизод № (помимо указанных ранее): - рапорт об обнаружении признаков преступления, согласно которого 14.01.2017г. в 14 часов 25 минут у &lt;адрес&gt; по &lt;адрес&gt;&lt;адрес&gt; был задержан ФИО2. В ходе личного досмотра у ФИО2 обнаружен и изъят сотовый телефон «iPhone 5s» с записями о местонахождении тайников с наркотическими средствами. 14.01.2017г. в период с 18 часов 40 минут до 19.00 часов в ходе обследования участка местности, расположенного в одном метре от ворот гаража &lt;адрес&gt; по ул. &lt;адрес&gt; был обнаружен и изъят сверток с веществом (т. 1 л.д. 184). - акт обследования, согласно которого ДД.ММ.ГГГГ с 19 часов 10 минут до 19 часов 30 минут в ходе обследования участка местности расположенного в метре от ворот гаража &lt;адрес&gt; по ул. &lt;адрес&gt; был обнаружен и изъят сверток с веществом, который ФИО2 спрятал для сбыта потребителям наркотиков (т.1 л.д.186-189, 190-191). - справка об исследовании № от 14.01.2017г., согласно которой вещество массой 0,52г, изъятое 14.01.2017г. в ходе проведения ОРМ «обследование участка местности» в метре от ворот гаража &lt;адрес&gt; по ул. &lt;адрес&gt;, является смесью, содержащей в своем составе 1-Фенил-2-пирролидин-1-илпентан-1-он (PVP; ?-PVP; ?-пирролидинопентиофенон; ?-пирролидиновалерофенон; 2-пирролидиновалерофенон) –производное наркотического средства «N-метилэфедрон». При проведении химического исследования израсходовано 0,02г объекта исследования (т.1 л.д. 197-198). - протокол выемки, согласно которого 23.01.2017г. следователь изъял у сотрудника УНК УМВД России по &lt;адрес&gt; было изъято вещество массой 0,52г, изъятое 14.01.2017г. в ходе проведения ОРМ «обследование участка местности» в метре от ворот гаража &lt;адрес&gt; по ул.&lt;адрес&gt; (т. 1 л.д. 201-202). - заключение эксперта № от 17.02.2017г., согласно которого, вещество, масса которого на момент проведения исследования составляет: 0,50 г, является смесью, содержащей в своем составе 1-фенил-2-пирролидин-1-илпентан-1-он (PVP; ?-PVP; ?-пирролидинопентиофенон; ?-пирролидиновалерофенон; 2-пирролидиновалерофенон) – производное наркотического средства «N-метилэфедрон». При проведении химического исследования израсходовано 0,02г вещества объекта исследования (т. 1 л.д. 208-211). - протокол осмотра предметов, согласно которого было осмотрено вышеуказанное наркотическое средство (т. 1 л.д. 213-214). - вещественное доказательство – вышеуказанное наркотическое средство 1-фенил-2-пирролидин-1-илпентан-1-он (PVP; ?-PVP; ?-пирролидинопентиофенон; ?-пирролидиновалерофенон; 2-пирролидиновалерофенон) – производное наркотического средства «N-метилэфедрон» (т.1 л.д.215-216). Эпизод № (помимо указанных ранее): - рапорт об обнаружении признаков преступления, согласно которого 14.01.2017г. в 14 часов 25 минут у &lt;адрес&gt; по &lt;адрес&gt;&lt;адрес&gt; был задержан ФИО2. В ходе личного досмотра у ФИО2 обнаружен и изъят сотовый телефон «iPhone 5s» с записями о местонахождении тайников с наркотическими средствами. 14.01.2017г. в период с 23 часов 45 минут до 23 часов 55 минут в ходе обследования участка местности, расположенного в 20см от дерева в 10 метрах от &lt;адрес&gt; был обнаружен и изъят сверток с веществом (т. 1 л.д. 217). - акт обследования, согласно которого ДД.ММ.ГГГГ в период с 23 часов 45 минут до 23 часов 55 минут в ходе обследования участка местности, расположенного в 20см от дерева в 10 метрах от &lt;адрес&gt; был обнаружен и изъят сверток с веществом (т. 1 л.д. 219-222, 223). - справка об исследовании № от 18.01.2017г., согласно которой вещество массой 0,52г является смесью, содержащей в своем составе 1-фенил-2-пирролидин-1-илпентан-1-он (PVP; ?-PVP; ?-пирролидинопентиофенон; ?-пирролидиновалерофенон; 2-пирролидиновалерофенон) – производное наркотического средства «N-метилэфедрон». При проведении химического исследования израсходовано 0,01г вещества объекта исследования (т. 1 л.д. 227-228). - протокол выемки, в ходе которой 23.01.2017г. следователь изъял у сотрудника УНК УМВД России по &lt;адрес&gt; сверток с веществом (т. 1 л.д. 231-232). - заключение эксперта № от 21.02.2017г., согласно которого вещество, масса которого на момент проведения исследования составляет 0,51г, является смесью, содержащей в своем составе 1-фенил-2-пирролидин-1-илпентан-1-он (PVP; ?-PVP; ?-пирролидинопентиофенон; ?-пирролидиновалерофенон; 2-пирролидиновалерофенон) – производное наркотического средства «N-метилэфедрон». На проведение исследования израсходовано 0,01г вещества объекта исследования (т.1 л.д.238-240). - протокол осмотра предметов, согласно которого было осмотрено вышеуказанное наркотическое средство (т. 1 л.д. 242-243). - вещественное доказательство – вышеуказанное наркотическое средство (т.1 л.д.244-245). Эпизод № (помимо указанных ранее): - рапорт об обнаружении признаков преступления, согласно которого 14.01.2017г. в 14 часов 25 минут у &lt;адрес&gt; по &lt;адрес&gt;&lt;адрес&gt; был задержан ФИО2. В ходе личного досмотра у ФИО2 обнаружен и изъят сотовый телефон «iPhone 5s» с записями о местонахождении тайников с наркотическими средствами. 14.01.2017г. в период с 22 часов 15 минут до 22 часов 25 минут в ходе обследования участка местности расположенного в 1 метре от забора находящегося в 3 метрах от входа в &lt;адрес&gt; был обнаружен и изъят сверток с веществом (т. 2 л.д. 1). - акт обследования, согласно которого 14.01.2017г. в период с 22 часов 15 минут до 22 часов 25 минут в ходе обследования участка местности расположенного в 1 метре от забора находящегося в 3 метрах от входа в &lt;адрес&gt; был обнаружен и изъят сверток с веществом (т. 2 л.д. 3-6, 7). - справка об исследовании № от 18.01.2017г., согласно которой вещество массой 0,55г является смесью, содержащей в своем составе 1-фенил-2-пирролидин-1-илпентан-1-он (PVP; ?-PVP; ?-пирролидинопентиофенон; ?-пирролидиновалерофенон; 2-пирролидиновалерофенон) – производное наркотического средства «N-метилэфедрон». При проведении химического исследования израсходовано 0,02г вещества объекта исследования (т. 2 л.д. 11-12). - протокол выемки, согласно которого 23.01.2017г. следователь изъял у сотрудника УНК УМВД России по &lt;адрес&gt; вещество массой 0,55г, которое является смесью, содержащей в своем составе 1-фенил-2-пирролидин-1-илпентан-1-он (PVP; ?-PVP; ?-пирролидинопентиофенон; ?-пирролидиновалерофенон; 2-пирролидиновалерофенон) – производное наркотического средства «N-метилэфедрон» (т.2 л.д. 15-16). - заключение эксперта № от 17.02.2017г., согласно которого вещество, масса которого на момент проведения исследования составляет 0,53г, является смесью, содержащей в своем составе 1-фенил-2-пирролидин-1-илпентан-1-он (PVP; ?-PVP; ?-пирролидинопентиофенон; ?-пирролидиновалерофенон; 2-пирролидиновалерофенон) – производное наркотического средства «N-метилэфедрон». При проведении химического исследования израсходовано 0,02г вещества объекта исследования (т.2 л.д. 22-25). - протокол осмотра предметов, согласно которого было осмотрено вышеуказанное наркотическое средство (т. 2 л.д. 27-28). - вещественное доказательство – вышеуказанное наркотическое средство (т.2 л.д.29-30). Эпизод № (помимо указанных ранее): - рапорт об обнаружении признаков преступления, согласно которого 14.01.2017г. в 14 часов 25 минут у &lt;адрес&gt; по &lt;адрес&gt;&lt;адрес&gt; был задержан ФИО2. В ходе личного досмотра у ФИО2 обнаружен и изъят сотовый телефон «iPhone 5s» с записями о местонахождении тайников с наркотическими средствами. 14.01.2017г. в период с 21 часа 30 минут до 21 часа 40 минут в ходе обследования участка местности, расположенного в 3 метрах от забора напротив таблички &lt;адрес&gt; обнаружен и изъят сверток с веществом (т. 2 л.д. 31). - акт обследования, согласно которого 14.01.2017г. в период с 21 часа 30 минут до 21 часа 40 минут в ходе обследования участка местности, расположенного в 3 метрах от забора напротив таблички &lt;адрес&gt; сотрудниками УНК УМВД России по &lt;адрес&gt; был обнаружен и изъят сверток с веществом (т. 2 л.д. 33-36, 37-38). - справка об исследовании № от 18.01.2017г., согласно которой вещество общей массой 0,51г., изъятое 14.01.2017г. в ходе проведения ОРМ «обследование участка местности», является смесью, содержащей в своем составе химическое вещество - 1-фенил-2-пирролидин-1-илпентан-1-он (или ?-пирролидиновалерофенон, 2-пирролидиновалерофенон, ?-пирролидинопентиофенон, PVP, ?-PVP), которое является производным наркотического средства N-метилэфедрона. При проведении химического исследования израсходовано 0,02г вещества объекта исследования (т. 2 л.д. 42-44). - протокол выемки, согласно которого следователь 23.01.2017г. изъял в у сотрудника УНК УМВД России по &lt;адрес&gt; вещество общей массой 0,51г, изъятое 14.01.2017г. в ходе проведения ОРМ «обследование участка местности», которое является смесью, содержащей в своем составе химическое вещество - 1-фенил-2-пирролидин-1-илпентан-1-он (или ?-пирролидиновалерофенон, 2-пирролидиновалерофенон, ?-пирролидинопентиофенон, PVP, ?-PVP), которое является производным наркотического средства N-метилэфедрона (т. 2 л.д. 47-48). - заключение эксперта № от 16.02.2017г., согласно которого порошкообразное вещество, массой 0,49г, изъятое 14.01.2017г. в ходе ОРМ «обследование участка местности» в 3 метрах от забора напротив таблички &lt;адрес&gt;, которое ФИО2 покушался незаконно сбыть неустановленному кругу лиц из числа потребителей наркотических средств на территории &lt;адрес&gt;, является смесью, содержащей в своем составе химическое вещество - 1-фенил-2-пирролидин-1-илпентан-1-он (или: ?-пирролидиновалерофенон, 2-пирролидиновалерофенон, ?-пирролидинопентиофенон, PVP; ?-PVP), которое является производным наркотического средства N-метилэфедрона При проведении химического исследования израсходовано 0,02г вещества объекта исследования (т. 2 л.д. 54-59). - протокол осмотра предметов, согласно которого было осмотрено вышеуказанное наркотическое средство (т. № л.д. 61-62). - вещественное доказательство – вышеуказанное наркотическое средство (т.2 л.д.63-64). Эпизод № (помимо указанных ранее): - рапорт об обнаружении признаков преступления, согласно которого 14.01.2017г. в 14 часов 25 минут у &lt;адрес&gt; по &lt;адрес&gt;&lt;адрес&gt; был задержан ФИО2. В ходе личного досмотра у ФИО2 обнаружен и изъят сотовый телефон «iPhone 5s» с записями о местонахождении тайников с наркотическими средствами. 15.01.2017г. в период с 00 часов 30 минут до 00 часов 40 минут в ходе обследования участка местности расположенного в 20см от дерева в 5 метрах от входа в &lt;адрес&gt; обнаружен и изъят сверток с веществом (т. 2 л.д. 65). - акт обследования, согласно которого 15.01.2017г. в период с 00 часов 30 минут до 00 часов 40 минут в ходе обследования участка местности расположенного в 20см от дерева в 5 метрах от входа в &lt;адрес&gt; был обнаружен и изъят сверток с веществом (т. 2 л.д. 67-70, 71). - справка об исследовании № от 18.01.2017г., согласно которой вещество общей массой 0,51г, изъятое 15.01.2017г. в ходе проведения ОРМ «обследование участка местности» у &lt;адрес&gt;, является смесью, содержащей в своем составе химическое вещество - 1-фенил-2-пирролидин-1-илпентан-1-он (или ?-пирролидиновалерофенон, 2-пирролидиновалерофенон, ?-пирролидинопентиофенон, PVP, ?-PVP), которое является производным наркотического средства N-метилэфедрона. При проведении химического исследования израсходовано 0,02г вещества объекта исследования (т.2 л.д. 75-77). - протокол выемки, в ходе которой 23.01.2017г. следователь изъял у сотрудника УНК УМВД России по &lt;адрес&gt; вещество массой 0,51г, изъятое 15.01.2017г. в ходе проведения ОРМ «обследование участка местности» у &lt;адрес&gt;, которое является смесью, содержащей в своем составе химическое вещество - 1-фенил-2-пирролидин-1-илпентан-1-он (или ?-пирролидиновалерофенон, 2-пирролидиновалерофенон, ?-пирролидинопентиофенон, PVP, ?-PVP), которое является производным наркотического средства N-метилэфедрона (т. 2 л.д. 80-81). - заключение эксперта № от 16.02.2017г., согласно которого вещество массой 0,49г, изъятое 14.01.2017г. в ходе проведения ОРМ «обследование участка местности» в 20см от дерева в 5 метрах от входа в &lt;адрес&gt;, которое ФИО2 покушался незаконно сбыть неустановленному кругу лиц из числа потребителей наркотических средств на территории &lt;адрес&gt;, является смесью, содержащей в своем составе химическое вещество - 1-фенил-2-пирролидин-1-илпентан-1-он (или: ?-пирролидиновалерофенон, 2-пирролидиновалерофенон, ?-пирролидинопентиофенон, PVP; ?-PVP), которое является производным наркотического средства N-метилэфедрона. При проведении химического исследования израсходовано 0,02г вещества объекта исследования (т. 2 л.д. 87-92). - протокол осмотра предметов, согласно которого было осмотрено вышеуказанное наркотическое средство (т. 2 л.д. 94-95). - вещественное доказательство – вышеуказанное наркотическое средство (т. 2 л.д.96-97). Эпизод № (помимо указанных ранее): - рапорт об обнаружении признаков преступления, согласно которого 14.01.2017г. в 14 часов 25 минут у &lt;адрес&gt; по &lt;адрес&gt;&lt;адрес&gt; был задержан ФИО2. В ходе личного досмотра у ФИО2 обнаружен и изъят сотовый телефон «iPhone 5s» с записями о местонахождении тайников с наркотическими средствами. 15.01.2017г. в период с 00 часов 15 минут до 00 часов 25 минут в ходе обследования участка местности, расположенного в 2 метрах от входа в &lt;адрес&gt; был обнаружен и изъят сверток с веществом (т. 2 л.д. 98). - акт обследования, согласно которого 15.01.2017г. в период с 00 часов 15 минут до 00 часов 25 минут в ходе обследования участка местности, расположенного в 2 метрах от входа в &lt;адрес&gt; был обнаружен и изъят сверток с веществом (т.2 л.д. 100-103, 104). - справка об исследовании № от 18.01.2017г., согласно которой вещество общей массой 0,57г, изъятое 14.01.2017г. в ходе проведения ОРМ «обследование участка местности», является смесью, содержащей в своем составе химическое вещество 1-фенил-2-пирролидин-1-илпентан-1-он, которое является производным наркотического средства: N-метилэфедрон. При проведении химического исследования израсходовано 0,01г вещества объекта исследования (т. 2 л.д. 108-109). - протокол выемки, в ходе которой 23.01.2017г. следователь изъял у сотрудника УНК УМВД России по &lt;адрес&gt; вещество общей массой 0,57г, изъятое 14.01.2017г. в ходе проведения ОРМ «обследование участка местности», которое является смесью, содержащей в своем составе химическое вещество 1-фенил-2-пирролидин-1-илпентан-1-он, которое является производным наркотического средства: N-метилэфедрон (т. 2 л.д. 112-113). - заключение эксперта № от 21.02.2017г., согласно которого вещество массой 0,56г, изъятое 14.01.2017г. в ходе проведения ОРМ «обследование участка местности» в 2 метрах от входа в &lt;адрес&gt;, является смесью (препаратом), содержащей в своем составе химическое вещество - 1-фенил-2-пирролидин-1-илпентан-1-он, которое является производным наркотического средства N-метилэфедрон. При проведении химического исследования израсходовано 0,01г вещества объекта исследования (т. 2 л.д. 119-122). - протокол осмотра предметов, согласно в ходе предварительного следствия было осмотрено вышеуказанное наркотическое средство (т. 2 л.д. 124-125). - вещественное доказательство – вышеуказанное наркотическое средство (т. 2 л.д.126-127). Эпизод № (помимо указанных ранее): - рапорт об обнаружении признаков преступления, согласно которого 14.01.2017г. в 14 часов 25 минут у &lt;адрес&gt; по &lt;адрес&gt;&lt;адрес&gt; был задержан ФИО2. В ходе личного досмотра у ФИО2 обнаружен и изъят сотовый телефон «iPhone 5s» с записями о местонахождении тайников с наркотическими средствами. 15.01.2017г. в период с 00 часов 00 минут до 00 часов 10 минут в ходе обследования участка местности, расположенного в 10см от металлического забора в 5 метрах от входа в &lt;адрес&gt; сотрудниками УНК УМВД России по &lt;адрес&gt; обнаружен и изъят сверток с веществом (т. 2 л.д. 128). - акт обследования, согласно которого 15.01.2017г. в период с 00 часов 00 минут до 00 часов 10 минут в ходе обследования участка местности, расположенного в 10см от металлического забора в 5 метрах от входа в &lt;адрес&gt; сотрудниками УНК УМВД России по &lt;адрес&gt; был обнаружен и изъят сверток с веществом (т. 2 л.д. 130-133, 134). - справка об исследовании № от 18.01.2017г., согласно которой вещество общей массой 0,62г, изъятое 15.01.2017г. в ходе проведения ОРМ «обследование участка местности» является смесью, содержащей в своем составе химическое вещество - 1-фенил-2-пирролидин-1-илпентан-1-он (или ?-пирролидиновалерофенон, 2-пирролидиновалерофенон, ?-пирролидинопентиофенон, PVP, ?-PVP), которое является производным наркотического средства N-метилэфедрона. При проведении химического исследования израсходовано 0,02г вещества объекта исследования (т.2 л.д. 138-140). - протокол выемки, согласно которого 23.01.2017г. следователь изъял у сотрудника УНК УМВД России по &lt;адрес&gt; вещество общей массой 0,62г, изъятое 15.01.2017г. в ходе проведения ОРМ «обследование участка местности» (т. 2 л.д. 143-144). - заключение эксперта № от 15.02.2017г., согласно которого вещество массой 0,60г, изъятое 15.01.2017г. в ходе проведения ОРМ «обследование участка местности» в 10см от металлического забора в 5 метрах от входа в &lt;адрес&gt;, является смесью, содержащей в своем составе химическое вещество - 1-фенил-2-пирролидин-1-илпентан-1-он (или: ?-пирролидиновалерофенон, 2-пирролидиновалерофенон, ?-пирролидинопентиофенон, PVP; ?-PVP), которое является производным наркотического средства N-метилэфедрона. При проведении химического исследования израсходовано 0,02г вещества объекта исследования (т.2 л.д. 150-155). - протокол осмотра предметов, согласно которого в ходе предварительного следствия было осмотрено вышеуказанное наркотическое средство (т. 2 л.д. 157-158). - вещественное доказательство – вышеуказанное наркотическое средство (т. 2 л.д.159-160). Эпизод № (помимо указанных ранее): - рапорт об обнаружении признаков преступления, согласно которого 14.01.2017г. в 14 часов 25 минут у &lt;адрес&gt; по &lt;адрес&gt;&lt;адрес&gt; был задержан ФИО2. В ходе личного досмотра у ФИО2 обнаружен и изъят сотовый телефон «iPhone 5s» с записями о местонахождении тайников с наркотическими средствами. 15.01.2017г. в период с 00 часов 45 минут до 00 часов 55 минут в ходе обследования участка местности, расположенного в 12 метрах от входа в &lt;адрес&gt; «А» по &lt;адрес&gt; был обнаружен и изъят сверток с веществом (т. 2 л.д. 161). - акт обследования, согласно которого 15.01.2017г. в период с 00 часов 45 минут до 00 часов 55 минут в ходе обследования участка местности, расположенного в 12 метрах от входа в &lt;адрес&gt; «А» по &lt;адрес&gt; был обнаружен и изъят сверток с веществом (т.2 л.д. 163-164, 165). - справка об исследовании № от 18.01.2017г., согласно которой вещество общей массой 0,51г, изъятое в ходе проведения ОРМ «обследование участка местности» в 12 метрах от входа в &lt;адрес&gt; «А» по &lt;адрес&gt; является смесью, содержащей в своем составе химическое вещество 1-фенил-2-пирролидин-1-илпентан-1-он, которое является производным наркотического средства N-метилэфедрон. При проведении химического исследования израсходовано 0,01г вещества объекта исследования (т.2 л.д.169-170). - протокол выемки, согласно которого 23.01.2017г. следователь изъял у сотрудника УНК УМВД России по &lt;адрес&gt; вещество общей массой 0,51г, изъятое в ходе проведения ОРМ «обследования участка местности» (т.2 л.д. 173-174). - заключение эксперта № от 17.02.2017г., согласно которого, вещество массой 0,50г, изъятое 15.01.2017г. в ходе проведения ОРМ «обследование участка местности» в 12 метрах от входа в &lt;адрес&gt; «А» по &lt;адрес&gt;, является смесью (препаратом), содержащей в своем составе химическое вещество - 1-фенил-2-пирролидин-1-илпентан-1-он, которое является производным наркотического средства: N-метилэфедрон. При проведении химического исследования израсходовано 0,01г вещества объекта исследования (т. 2 л.д. 180-183). - протокол осмотра предметов, согласно которого было осмотрено вышеуказанное наркотическое средство (т. 2 л.д. 185-186). - вещественное доказательство вышеуказанное наркотическое средство (т. 2 л.д.187-188). Эпизод № (помимо указанных ранее): - рапорт об обнаружении признаков преступления, согласно которого 14.01.2017г. в 14 часов 25 минут у &lt;адрес&gt; по &lt;адрес&gt;&lt;адрес&gt; был задержан ФИО2. В ходе личного досмотра у ФИО2 обнаружен и изъят сотовый телефон «iPhone 5s» с записями о местонахождении тайников с наркотическими средствами. 14.01.2017г. в период с 20 часов 45 минут до 20 часов 55 минут в ходе обследования участка местности, расположенного в полуметре от столба находящегося в 10 метрах от &lt;адрес&gt; был обнаружен и изъят сверток с веществом (т. 2 л.д. 189). - акт обследования, согласно которого 14.01.2017г. в период с 20 часов 45 минут до 20 часов 55 минут в ходе обследования участка местности расположенного в полуметре от столба, находящегося в 10 метрах от &lt;адрес&gt; был обнаружен и изъят сверток с веществом (т. 2 л.д. 191-194, 195). - справка об исследовании № от 18.01.2017г., согласно которой вещество массой 0,59г, изъятое 14.01.2017г. в ходе проведения ОРМ «обследование участка местности» в полуметре от столба находящегося в 10 метрах от &lt;адрес&gt;, является смесью, содержащей в своем составе 1-фенил-2-пирролидин-1-илпентан-1-он (PVP; ?-PVP; ?-пирролидинопентиофенон; ?-пирролидиновалерофенон; 2-пирролидиновалерофенон) – производное наркотического средства «N-метилэфедрон». При проведении химического исследования израсходовано 0,02г вещества объекта исследования (т. 2 л.д. 199-200). - протокол выемки, согласно которого 23.01.2017г. следователь изъял у сотрудника УНК УМВД России по &lt;адрес&gt; вещество массой 0,59г, изъятое 14.01.2017г. в ходе проведения ОРМ «обследование участка местности» (т.2 л.д. 203-204). - заключение эксперта № от 16.02.2017г., согласно которого вещество, масса которого на момент проведения исследования составляет 0,57г, является смесью, содержащей в своем составе 1-фенил-2-пирролидин-1-илпентан-1-он (PVP; ?-PVP; ?-пирролидинопентиофенон; ?-пирролидиновалерофенон; 2-пирролидиновалерофенон) – производное наркотического средства «N-метилэфедрон». При проведении химического исследования израсходовано 0,02г вещества объекта исследования (т. 2 л.д. 210-213). - протокол осмотра предметов, согласно которого было осмотрено вышеуказанное наркотическое средство (т.2 л.д. 215-216). - вещественное доказательство – вышеуказанное наркотическое средство (т.2 л.д.217-218). Эпизод № (помимо указанных ранее): - рапорт об обнаружении признаков преступления, согласно которого 14.01.2017г. в 14 часов 25 минут у &lt;адрес&gt; по &lt;адрес&gt;&lt;адрес&gt; был задержан ФИО2. В ходе личного досмотра у ФИО2 обнаружен и изъят сотовый телефон «iPhone 5s» с записями о местонахождении тайников с наркотическими средствами. 14.01.2017г. в период с 20 часов 30 минут до 20 часов 40 минут в ходе обследования участка местности, расположенного в 2 метрах от правого угла &lt;адрес&gt; обнаружен и изъят сверток с веществом (т. 2 л.д. 219). - акт обследования, согласно которого 14.01.2017г. в период с 20.00 часов до 20 часов 10 минут в ходе обследования участка местности, расположенного в 2 метрах от правого угла &lt;адрес&gt; обнаружен и изъят сверток с веществом (т. 2 л.д. 221-224, 225). - справка об исследовании № от 18.01.2017г., согласно которой вещество массой 0,53г является смесью, содержащей в своем составе 1-фенил-2-пирролидин-1-илпентан-1-он (PVP; ?-PVP; ?-пирролидинопентиофенон; ?-пирролидиновалерофенон; 2-пирролидиновалерофенон) – производное наркотического средства «N-метилэфедрон». При проведении химического исследования израсходовано 0,01г вещества объекта исследования (т. 2 л.д. 229-230). - протокол выемки, согласно которого 23.01.2017г. следователь изъял у сотрудника УНК УМВД России по &lt;адрес&gt; вещество массой 0,53г, которое является наркотическим средством - смесью, содержащей в своем составе 1-фенил-2-пирролидин-1-илпентан-1-он (PVP; ?-PVP; ?-пирролидинопентиофенон; ?-пирролидиновалерофенон; 2-пирролидиновалерофенон) – производное наркотического средства «N-метилэфедрон» (т. 2 л.д. 233-234). - заключение эксперта № от 21.02.2017г., согласно которого вещество, масса которого на момент проведения исследования составляет 0,52г, является смесью, содержащей в своем составе 1-фенил-2-пирролидин-1-илпентан-1-он (PVP; ?-PVP; ?-пирролидинопентиофенон; ?-пирролидиновалерофенон; 2-пирролидиновалерофенон) – производное наркотического средства «N-метилэфедрон». При проведении химического исследования израсходовано 0,01г вещества объекта исследования (т.2 л.д. 240-242). - протокол осмотра предметов, согласно которого было осмотрено вышеуказанное наркотическое средство (т. 2 л.д. 244-245). - вещественное доказательство – вышеуказанное наркотическое средство (т.2 л.д.246-247). Эпизод № (помимо указанных ранее): - рапорт об обнаружении признаков преступления, согласно которого 14.01.2017г. в 14 часов 25 минут у &lt;адрес&gt; по 2&lt;адрес&gt;&lt;адрес&gt; был задержан ФИО2. В ходе личного досмотра у ФИО2 обнаружен и изъят сотовый телефон «iPhone 5s» с записями о местонахождении тайников с наркотическими средствами. 14.01.2017г. в период с 22 часов 45 минут до 22 часов 55 минут в ходе обследования участка местности, расположенного в 1 метре от дерева в 5 метрах напротив второго подъезда &lt;адрес&gt; по ул.&lt;адрес&gt; обнаружен и изъят сверток с веществом (т. 3 л.д. 1). - акт обследования, согласно которого 14.01.2017г. в период с 22 часов 45 минут до 22 часов 55 минут в ходе обследования участка местности, расположенного в 1 метре от дерева в 5 метрах напротив второго подъезда &lt;адрес&gt; по ул. &lt;адрес&gt; обнаружен и изъят сверток с веществом (т. 3 л.д. 3-6, 7). - справка об исследовании № от 18.01.2017г., согласно которой вещество массой 0,52г, изъятое в ходе проведения ОРМ «обследование участка местности» уд.72 по ул.&lt;адрес&gt; является смесью, содержащей в своем составе 1-фенил-2-пирролидин-1-илпентан-1-он (PVP; ?-PVP; ?-пирролидинопентиофенон; ?-пирролидиновалерофенон; 2-пирролидиновалерофенон) – производное наркотического средства «N-метилэфедрон». При проведении химического исследования израсходовано 0,02г вещества объекта исследования (т. 3 л.д. 11-12) - протокол выемки, согласно которого 23.01.2017г. следователь изъял у сотрудника УНК УМВД России по &lt;адрес&gt; вещество массой 0,52г, являющееся наркотическим средством- смесью, содержащей в своем составе 1-фенил-2-пирролидин-1-илпентан-1-он (PVP; ?-PVP; ?-пирролидинопентиофенон; ?-пирролидиновалерофенон; 2-пирролидиновалерофенон) – производное наркотического средства «N-метилэфедрон» (т.3 л.д. 15-16). - заключение эксперта № от 16.02.2017г., согласно которого вещество, масса которого на момент проведения исследования составляет 0,50г, является смесью, содержащей в своем составе 1-фенил-2-пирролидин-1-илпентан-1-он (PVP; ?-PVP; ?-пирролидинопентиофенон; ?-пирролидиновалерофенон; 2-пирролидиновалерофенон) – производное наркотического средства «N-метилэфедрон». При проведении химического исследования израсходовано 0,02г вещества объекта исследования (т. 3 л.д. 22-25). - протокол осмотра предметов, согласно которого было осмотрено вышеуказанное наркотическое средство (т. 3 л.д. 27-28). - вещественное доказательство – вышеуказанное наркотическое средство (т.3 л.д.29-30). Эпизод № (помимо указанных ранее): - рапорт об обнаружении признаков преступления, согласно которого 14.01.2017г. в 14 часов 25 минут у &lt;адрес&gt; по &lt;адрес&gt;&lt;адрес&gt; был задержан ФИО2. В ходе личного досмотра у ФИО2 обнаружен и изъят сотовый телефон «iPhone 5s» с записями о местонахождении тайников с наркотическими средствами. 14.01.2017г. в период с 22 часов 30 минут до 22 часов 40 минут в ходе обследования участка местности, расположенного в 50см от дерева, находящегося в 7 метрах от &lt;адрес&gt; по ул. &lt;адрес&gt; был обнаружен и изъят сверток с веществом (т. 3 л.д. 31). - акт обследования, согласно которого 14.01.2017г. в период с 22 часов 30 минут до 22 часов 40 минут в ходе обследования участка местности, расположенного в 50см от дерева, находящегося в 7 метрах от &lt;адрес&gt; по ул. &lt;адрес&gt; был обнаружен и изъят сверток с веществом (т. 3 л.д. 33-36, 37). - справка об исследовании № от 18.01.2017г., согласно которой вещество массой 0,53г, изъятое 14.01.2017г. в ходе проведения ОРМ «обследование участка местности» уд.58 по ул.&lt;адрес&gt; является смесью, содержащей в своем составе 1-фенил-2-пирролидин-1-илпентан-1-он (PVP; ?-PVP; ?-пирролидинопентиофенон; ?-пирролидиновалерофенон; 2-пирролидиновалерофенон) – производное наркотического средства «N-метилэфедрон». При проведении химического исследования израсходовано 0,02г вещества объекта исследования (т. 3 л.д. 41-42). - протокол выемки, согласно которого 23.01.2017г. следователь изъял у сотрудника УНК УМВД России по &lt;адрес&gt; вещество массой 0,53г являющееся наркотическим средством - смесью, содержащей в своем составе 1-фенил-2-пирролидин-1-илпентан-1-он (PVP; ?-PVP; ?-пирролидинопентиофенон; ?-пирролидиновалерофенон; 2-пирролидиновалерофенон) – производное наркотического средства «N-метилэфедрон» (т. 3 л.д. 45-46). - заключение эксперта № от 16.02.2017г., согласно которого вещество, масса которого на момент проведения исследования составляет 0,51г, является смесью, содержащей в своем составе 1-фенил-2-пирролидин-1-илпентан-1-он (PVP; ?-PVP; ?-пирролидинопентиофенон; ?-пирролидиновалерофенон; 2-пирролидиновалерофенон) – производное наркотического средства «N-метилэфедрон». При проведении химического исследования израсходовано 0,02г вещества объекта исследования (т. 3 л.д. 52-55). - протокол осмотра предметов, согласно которого было осмотрено вышеуказанное наркотическое средство (т. 3 л.д. 57-58). - вещественное доказательство – вышеуказанное наркотическое средство (т. 3 л.д.59-60). Эпизод № (помимо указанных ранее): - рапорт об обнаружении признаков преступления, согласно которого 14.01.2017г. в 14 часов 25 минут у &lt;адрес&gt; по &lt;адрес&gt;&lt;адрес&gt; был задержан ФИО2. В ходе личного досмотра у ФИО2 обнаружен и изъят сотовый телефон «iPhone 5s» с записями о местонахождении тайников с наркотическими средствами. 14.01.2017г. в период с 23 часов 15 минут до 23 часов 25 минут в ходе обследования участка местности расположенного в 20см от дерева в 5 метрах от &lt;адрес&gt; по ул.&lt;адрес&gt; обнаружен и изъят сверток с веществом (т. 3 л.д. 61). - акт обследования, согласно которого 14.01.2017г. в период с 23 часов 15 минут до 23 часов 25 минут в ходе обследования участка местности расположенного в 20см от дерева в 5 метрах от &lt;адрес&gt; по ул.&lt;адрес&gt; обнаружен и изъят сверток с веществом (т. 3 л.д. 63-66, 67). - справка об исследовании № от 18.01.2017г., согласно которой вещество массой 0,55г, изъятое 14.01.2017г. при проведении ОРМ «обследование участка местности» у &lt;адрес&gt;, является смесью, содержащей в своем составе 1-фенил-2-пирролидин-1-илпентан-1-он, которое является производным наркотического средства N-метилэфедрон. При проведении химического исследования израсходовано 0,01г вещества объекта исследования (т. 3 л.д. 71-72). - протокол выемки, в ходе которой 23.01.2017г. следователь изъял у сотрудника УНК УМВД России по &lt;адрес&gt; вещество массой 0,55г, которое является наркотическим средством - смесью, содержащей в своем составе 1-фенил-2-пирролидин-1-илпентан-1-он, которое является производным наркотического средства N-метилэфедрон (т. 3 л.д. 75-76). - заключение эксперта № от 15.02.2017г., согласно которого вещество массой 0,54г, изъятое 14.01.2017г. в ходе проведения ОРМ «обследование участка местности» в 20см от дерева в 5м от &lt;адрес&gt; по ул.&lt;адрес&gt;, является смесью (препаратом), содержащей в своем составе химическое вещество - 1-фенил-2-пирролидин-1-илпентан-1-он, которое является производным наркотического средства: N-метилэфедрон. При проведении химического исследования израсходовано 0,01г вещества объекта исследования (т.3 л.д. 82-85). - протокол осмотра предметов, согласно которого было осмотрено вышеуказанное наркотическое средство (т. 3 л.д. 87-88). - вещественное доказательство – вышеуказанное наркотическое средство (т.3 л.д.89-90) Эпизод № (помимо указанных ранее): - рапорт об обнаружении признаков преступления, согласно которого 14.01.2017г. в 14 часов 25 минут у &lt;адрес&gt; по &lt;адрес&gt;&lt;адрес&gt; был задержан ФИО2. В ходе личного досмотра у ФИО2 обнаружен и изъят сотовый телефон «iPhone 5s» с записями о местонахождении тайников с наркотическими средствами. 14.01.2017г. в период с 20 часов 30 минут до 20 часов 40 минут в ходе обследования лестничной площадки 1-го этажа между стеной и информационным щитом в подъезде &lt;адрес&gt; был обнаружен и изъят сверток с веществом (т. 3 л.д. 91). - акт обследования, согласно которого 14.01.2017г. в период с 20 часов 30 минут до 20 часов 40 минут в ходе обследования лестничной площадки 1-го этажа между стеной и информационным щитом в подъезде &lt;адрес&gt; был обнаружен и изъят сверток с веществом (т. 3 л.д. 93-96, 97). - справка об исследовании № от 19.01.2017г., согласно которой вещество массой 0,54г является смесью, содержащей в своем составе 1-фенил-2-пирролидин-1-илпентан-1-он (PVP; ?-PVP; ?-пирролидинопентиофенон; ?-пирролидиновалерофенон; 2-пирролидиновалерофенон) – производное наркотического средства «N-метилэфедрон». При проведении химического исследования израсходовано 0,01г вещества объекта исследования (т. 3 л.д. 101-102). - протокол выемки, согласно которого 23.01.2017г. следователь изъял у сотрудника УНК УМВД России по &lt;адрес&gt; вещество массой 0,54г, которое является смесью, содержащей в своем составе 1-фенил-2-пирролидин-1-илпентан-1-он (PVP; ?-PVP; ?-пирролидинопентиофенон; ?-пирролидиновалерофенон; 2-пирролидиновалерофенон) – производное наркотического средства «N-метилэфедрон» (т.3 л.д. 105-106). - заключение эксперта № от 22.02.2017г., согласно которого вещество, масса которого на момент проведения исследования составляет: 0,53г, является смесью, содержащей в своем составе 1-фенил-2-пирролидин-1-илпентан-1-он (PVP; ?-PVP; ?-пирролидинопентиофенон; ?-пирролидиновалерофенон; 2-пирролидиновалерофенон) – производное наркотического средства «N-метилэфедрон». На проведение исследования израсходовано 0,01г вещества объекта исследования (т. 3 л.д. 112-114). - протокол осмотра предметов, согласно которого было осмотрено вышеуказанное наркотическое средство (т. 3 л.д. 116-117). - вещественное доказательство – вышеуказанное наркотическое средство (т.3 л.д.118-119). Эпизод № (помимо указанных ранее): - рапорт об обнаружении признаков преступления, согласно которого 14.01.2017г. в 14 часов 25 минут у &lt;адрес&gt; по &lt;адрес&gt;&lt;адрес&gt; был задержан ФИО2. В ходе личного досмотра у ФИО2 обнаружен и изъят сотовый телефон «iPhone 5s» с записями о местонахождении тайников с наркотическими средствами. 14.01.2017г. в период с 20 часов 15 минут до 20 часов 25 минут в ходе обследования участка местности у &lt;адрес&gt;, в полуметре от балкона 1-го этажа, в 3-х метрах от подъезда был обнаружен и изъят сверток с веществом (т. 3 л.д. 120). - акт обследования, согласно которого 14.01.2017г. в период с 20 часов 15 минут до 20 часов 25 минут в ходе обследования участка местности у &lt;адрес&gt;, в полуметре от балкона 1-го этажа, в 3-х метрах от подъезда был обнаружен и изъят сверток с веществом (т. 3 л.д. 122-125, 126). - справка об исследовании № от 19.01.2017г., согласно которой вещество массой 0,51г, изъятое в ходе проведения ОРМ «обследование участка местности» на территории &lt;адрес&gt;, у &lt;адрес&gt;, в полуметре от балкона 1-го этажа, в 3-х метрах от подъезда, является смесью, содержащей в своем составе 1-фенил-2-пирролидин-1-илпентан-1-он (PVP; ?-PVP; ?-пирролидинопентиофенон; ?-пирролидиновалерофенон; 2-пирролидиновалерофенон) – производное наркотического средства «N-метилэфедрон». На проведение исследования израсходовано 0,02г вещества объекта исследования (т.3 л.д.130-131). - протокол выемки, согласно которого следователь изъял у сотрудника УНК УМВД России по &lt;адрес&gt; вещество массой 0,51г, которое является смесью, содержащей в своем составе 1-фенил-2-пирролидин-1-илпентан-1-он (PVP; ?-PVP; ?-пирролидинопентиофенон; ?-пирролидиновалерофенон; 2-пирролидиновалерофенон) – производное наркотического средства «N-метилэфедрон» (т. 3 л.д. 134-135). - заключение эксперта № от 16.02.2017г., согласно которого порошкообразное вещество, масса которого на момент проведения исследования составляет 0,49г, является смесью, содержащей в своем составе 1-фенил-2-пирролидин-1-илпентан-1-он (PVP; ?-PVP; ?-пирролидинопентиофенон; ?-пирролидиновалерофенон; 2-пирролидиновалерофенон) – производное наркотического средства «N-метилэфедрон». При проведении исследования израсходовано 0,02г вещества объекта исследования (т.3 л.д. 141-144). - протокол осмотра предметов, согласно которого было осмотрено вышеуказанное наркотическое средство (т. 3 л.д. 146-147). - вещественное доказательство – вышеуказанное наркотическое средство (т. 3 л.д.148-149). Эпизод № (помимо указанных ранее): - рапорт об обнаружении признаков преступления, согласно которого 14.01.2017г. в 14 часов 25 минут у &lt;адрес&gt; по 2-&lt;адрес&gt;&lt;адрес&gt; был задержан ФИО2. В ходе личного досмотра у ФИО2 обнаружен и изъят сотовый телефон «iPhone 5s» с записями о местонахождении тайников с наркотическими средствами. 14.01.2017г. в период с 21 часа 45 минут до 21 часа 55 минут в ходе обследования участка местности расположенного в 10 сантиметрах от стены правого торца, под первым окном &lt;адрес&gt; по ул.&lt;адрес&gt; был обнаружен и изъят сверток с веществом (т. 3 л.д. 150). - акт обследования, согласно которого 14.01.2017г. в период с 21 часа 45 минут до 21 часа 55 минут в ходе обследования участка местности расположенного в 10 сантиметрах от стены правого торца, под первым окном &lt;адрес&gt; по ул.&lt;адрес&gt; был обнаружен и изъят сверток с веществом (т. 3 л.д. 152-155, 156). - справка об исследовании № от 19.01.2017г., согласно которой изъятое вещество массой 0,57г, является смесью, содержащей в своем составе 1-фенил-2-пирролидин-1-илпентан-1-он (PVP; ?-PVP; ?-пирролидинопентиофенон; ?-пирролидиновалерофенон; 2-пирролидиновалерофенон) – производное наркотического средства «N-метилэфедрон». При проведении исследования израсходовано 0,01г вещества объекта исследования (т.3 л.д. 160-161). - протокол выемки, согласно которого 23.01.2017г. следователь изъял у сотрудника УНК УМВД России по &lt;адрес&gt; вещество общей массой 0,57г, изъятое 14.01.2017г. в ходе проведения ОРМ «обследование участка местности», которое является смесью, содержащей в своем составе 1-фенил-2-пирролидин-1-илпентан-1-он (PVP; ?-PVP; ?-пирролидинопентиофенон; ?-пирролидиновалерофенон; 2-пирролидиновалерофенон) – производное наркотического средства «N-метилэфедрон» (т.3 л.д. 164-165). - заключение эксперта № от 17.02.2017г., согласно которого вещество, масса которого на момент проведения исследования составляет 0,56г, является смесью, содержащей в своем составе 1-фенил-2-пирролидин-1-илпентан-1-он (PVP; ?-PVP; ?-пирролидинопентиофенон; ?-пирролидиновалерофенон; 2-пирролидиновалерофенон) – производное наркотического средства «N-метилэфедрон». На проведение исследования израсходовано 0,01г вещества объекта исследования (т.3 л.д. 171-173). - протокол осмотра предметов, согласно которого было осмотрено вышеуказанное наркотическое средство (т. 3 л.д. 175-176). - вещественное доказательство – вышеуказанное наркотическое средство (т. 3 л.д.177-178). Эпизод № (помимо указанных ранее): - рапорт об обнаружении признаков преступления, согласно которого 14.01.2017г. в 14 часов 25 минут у &lt;адрес&gt; по &lt;адрес&gt;&lt;адрес&gt; был задержан ФИО2. В ходе личного досмотра у ФИО2 обнаружен и изъят сотовый телефон «iPhone 5s» с записями о местонахождении тайников с наркотическими средствами. 14.01.2017г. в период с 21 часа 15 минут до 21 часа 25 минут в ходе обследования участка местности расположенного в 50см от забора на углу &lt;адрес&gt; по ул.&lt;адрес&gt; был обнаружен и изъят сверток с веществом (т. 3 л.д. 179). - акт обследования, согласно которого 14.01.2017г. в период с 21 часа 15 минут до 21 часа 25 минут в ходе обследования участка местности расположенного в 50см от забора на углу &lt;адрес&gt; по ул.&lt;адрес&gt; был обнаружен и изъят сверток с веществом (т. 3 л.д. 181-184, 185). - справка об исследовании № от 19.01.2017г., согласно которой представленное на исследование вещество массой 0,41г, является смесью, содержащей в своем составе 1-фенил-2-пирролидин-1-илпентан-1-он (PVP; ?-PVP; ?-пирролидинопентиофенон; ?-пирролидиновалерофенон; 2-пирролидиновалерофенон) – производное наркотического средства «N-метилэфедрон». При проведении исследования израсходовано 0,01г вещества объекта исследования (т. 3 л.д. 189-190). - протокол выемки, согласно которого 23.01.2017г. следователь изъял у сотрудника УНК УМВД России по &lt;адрес&gt; вещество общей массой 0,41г, изъятое ДД.ММ.ГГГГ в ходе проведения ОРМ «Обследования участка местности», которое является смесью, содержащей в своем составе 1-фенил-2-пирролидин-1-илпентан-1-он (PVP; ?-PVP; ?-пирролидинопентиофенон; ?-пирролидиновалерофенон; 2-пирролидиновалерофенон) – производное наркотического средства «N-метилэфедрон» (т.3 л.д. 193-194). - заключение эксперта № от 17.02.2017г., согласно которого вещество, масса которого на момент проведения исследования составляет 0,40г, является смесью, содержащей в своем составе 1-фенил-2-пирролидин-1-илпентан-1-он (PVP; ?-PVP; ?-пирролидинопентиофенон; ?-пирролидиновалерофенон; 2-пирролидиновалерофенон) – производное наркотического средства «N-метилэфедрон». На проведение исследования израсходовано 0,01г вещества объекта исследования (т.3 л.д. 200-202). - протокол осмотра предметов, согласно которого было осмотрено вышеуказанное наркотическое средство (т. 3 л.д. 205-206). - вещественное доказательство – вышеуказанное наркотическое средство (т.3 л.д.207-208). Эпизод № (помимо указанных ранее): - рапорт об обнаружении признаков преступления, согласно которого 14.01.2017г. в 14 часов 25 минут у &lt;адрес&gt;&lt;адрес&gt;&lt;адрес&gt; был задержан ФИО2. В ходе личного досмотра у ФИО2 обнаружен и изъят сотовый телефон «iPhone 5s» с записями о местонахождении тайников с наркотическими средствами. 14.01.2017г. в период с 21.00 часа до 21 часа 10 минут в ходе обследования участка местности, расположенного в 50см от кустов в 10 метрах правее &lt;адрес&gt; по ул.&lt;адрес&gt; был обнаружен и изъят сверток с веществом (т. 3 л.д. 208). - акт обследования, согласно которого 14.01.2017г. в период с 21.00 часа до 21 часа 10 минут в ходе обследования участка местности, расположенного в 50см от кустов в 10 метрах правее &lt;адрес&gt; по ул.&lt;адрес&gt; был обнаружен и изъят сверток с веществом (т. 3 л.д. 210-213, 214-215). - справка об исследовании № от 19.01.2017г., согласно которой вещество массой 0,51г, является смесью, содержащей в своем составе 1-фенил-2-пирролидин-1-илпентан-1-он (PVP; ?-PVP; ?-пирролидинопентиофенон; ?-пирролидиновалерофенон; 2-пирролидиновалерофенон) – производное наркотического средства «N-метилэфедрон». При проведении химического исследования израсходовано 0,01г вещества объекта исследования (т. 3 л.д. 219-220). - протокол выемки, согласно которого 23.01.2017г. следователь изъял у сотрудника УНК УМВД России по &lt;адрес&gt; вещество общей массой 0,51г, являющееся наркотическим средством - смесью, содержащей в своем составе 1-фенил-2-пирролидин-1-илпентан-1-он (PVP; ?-PVP; ?-пирролидинопентиофенон; ?-пирролидиновалерофенон; 2-пирролидиновалерофенон) – производное наркотического средства «N-метилэфедрон» (т.3 л.д. 223-224). - заключение эксперта № от 16.02.2017г., согласно которого вещество, масса которого на момент проведения исследования составляет 0,50г является смесью, содержащей в своем составе 1-фенил-2-пирролидин-1-илпентан-1-он (PVP; ?-PVP; ?-пирролидинопентиофенон; ?-пирролидиновалерофенон; 2-пирролидиновалерофенон) – производное наркотического средства «N-метилэфедрон». На проведение исследования израсходовано 0,01г вещества объекта исследования (т. 3 л.д. 230-232). - протокол осмотра предметов, согласно которого было осмотрено вышеуказанное наркотическое средство (т. 3 л.д. 234-235). - вещественное доказательство – вышеуказанное наркотическое средство (т. 3 л.д.236-237). Эпизод № (помимо указанных ранее): - рапорт об обнаружении признаков преступления, согласно которого 14.01.2017г. в 14 часов 25 минут у &lt;адрес&gt; по &lt;адрес&gt;&lt;адрес&gt; был задержан ФИО2. В ходе личного досмотра у ФИО2 обнаружен и изъят сотовый телефон «iPhone 5s» с записями о местонахождении тайников с наркотическими средствами. 14.01.2017г. в период с 21.00 часа до 21 часа 10 минут в ходе обследования участка местности, расположенного в 50см от второго окна в снегу от правого угла &lt;адрес&gt; по ул.&lt;адрес&gt; был обнаружен и изъят сверток с веществом (т. 4 л.д.1). - акт обследования, согласно которого ДД.ММ.ГГГГ. в период с 23.00 часов до 23 часов 10 минут в ходе обследования участка местности расположенного в 50см от второго окна с правого угла &lt;адрес&gt; по ул.&lt;адрес&gt; обнаружен и изъят сверток с веществом (т. 4 л.д. 3-6, 7). - справка об исследовании № от 20.01.2017г., согласно которой порошкообразное вещество массой 0,65г, изъятое 14.01.2017г. при проведении ОРМ «обследование участка местности» у дома по адресу: &lt;адрес&gt;, ул.&lt;адрес&gt; является смесью, содержащей в своем составе 1-фенил-2-пирролидин-1-илпентан-1-он, которое является производным наркотического средства N-метилэфедрон. На проведение исследования израсходовано 0,01г вещества объекта исследования (т.4 л.д. 11-12). - протокол выемки, согласно которого 23.01.2017г. следователь изъял у сотрудника УНК УМВД России по &lt;адрес&gt; вещество массой 0,65г, которое является смесью, содержащей в своем составе 1-фенил-2-пирролидин-1-илпентан-1-он, которое является производным наркотического средства N-метилэфедрон. (т. 4 л.д. 15-16). - заключение эксперта № от 14.02.2017г., согласно которого вещество массой 0,64г, изъятое 14.01.2017г. в ходе проведения ОРМ «обследование участка местности» в 50см от второго окна с правого угла &lt;адрес&gt; по ул.&lt;адрес&gt;, является смесью (препаратом), содержащей в своем составе химическое вещество - 1-фенил-2-пирролидин-1-илпентан-1-он, которое является производным наркотического средства: N-метилэфедрон. На проведение исследования израсходовано 0,01г вещества объекта исследования (т. 4 л.д. 22-25). - протокол осмотра предметов, согласно которого было осмотрено вышеуказанное наркотическое средство (т. 4 л.д. 27-28). - вещественное доказательство – вышеуказанное наркотическое средство (т. 4 л.д.29-30). Эпизод № (помимо указанных ранее): - рапорт об обнаружении признаков преступления, согласно которого 14.01.2017г. в 14 часов 25 минут у &lt;адрес&gt; по &lt;адрес&gt;&lt;адрес&gt; был задержан ФИО2. В ходе личного досмотра у ФИО2 обнаружен и изъят сотовый телефон «iPhone 5s» с записями о местонахождении тайников с наркотическими средствами. 14.01.2017г. в период с 22.00 часов до 22 часов 10 минут в ходе обследования участка местности расположенного в 5 метрах от входа в &lt;адрес&gt; был обнаружен и изъят сверток с веществом (т. 4 л.д.31). - акт обследования, согласно которого 14.01.2017г. в период с 22.00 часов до 22 часов 10 минут в ходе обследования участка местности расположенного в 5 метрах от входа в &lt;адрес&gt; был обнаружен и изъят сверток с веществом (т.4 л.д. 33-36, 37). - справка об исследовании № от 19.01.2017г., согласно которой, вещество, изъятое 14.01.2017г. в ходе проведения ОРМ «обследование участка местности» на территории &lt;адрес&gt; у &lt;адрес&gt;, массой 0,64г является смесью, содержащей в своем составе 1-фенил-2-пирролидин-1-илпентан-1-он (PVP; ?-PVP; ?-пирролидинопентиофенон; ?-пирролидиновалерофенон; 2-пирролидиновалерофенон) – производное наркотического средства «N-метилэфедрон». При проведении химического исследования израсходовано 0,02г вещества объекта исследования (т. 4 л.д. 41-42) - протокол выемки, согласно которого 23.01.2017г. следователь изъял у сотрудника УНК УМВД России по &lt;адрес&gt; вещество массой 0,64г, которое является наркотическим средством - смесью, содержащей в своем составе 1-фенил-2-пирролидин-1-илпентан-1-он (PVP; ?-PVP; ?-пирролидинопентиофенон; ?-пирролидиновалерофенон; 2-пирролидиновалерофенон) – производное наркотического средства «N-метилэфедрон» (т. 3 л.д. 45-46). - заключение эксперта № от 15.02.2017г., согласно которого, вещество, масса которого на момент проведения исследования составляет 0,62г, является смесью, содержащей в своем составе 1-фенил-2-пирролидин-1-илпентан-1-он (PVP; ?-PVP; ?-пирролидинопентиофенон; ?-пирролидиновалерофенон; 2-пирролидиновалерофенон) – производное наркотического средства «N-метилэфедрон». При проведении химического исследования израсходовано 0,02г вещества объекта исследования (т. 4 л.д. 52-55). - протокол осмотра предметов, согласно которого было осмотрено вышеуказанное наркотическое средство (т. 4 л.д. 57-58). - вещественное доказательство – вышеуказанное наркотическое средство (т. 4 л.д.59-60). Эпизод № (помимо указанных ранее): - рапорт об обнаружении признаков преступления, согласно которого 14.01.2017г. в 14 часов 25 минут у &lt;адрес&gt; по &lt;адрес&gt;&lt;адрес&gt; был задержан ФИО2. В ходе личного досмотра у ФИО2 обнаружен и изъят сотовый телефон «iPhone 5s» с записями о местонахождении тайников с наркотическими средствами. 14.01.2017г. в период с 23 часов 30 минут до 23 часов 40 минут в ходе обследования участка местности расположенного в 10см от дерева, в 5 метрах от &lt;адрес&gt; по ул.&lt;адрес&gt; был обнаружен и изъят сверток с веществом (т. 4 л.д.61). - акт обследования, согласно которого 14.01.2017г. в период с 23 часов 30 минут до 23 часов 40 минут в ходе обследования участка местности расположенного в 10см от дерева, в 5 метрах от &lt;адрес&gt; по ул.&lt;адрес&gt; был обнаружен и изъят сверток с веществом (т. 4 л.д. 63-66, 67). - справка об исследовании № от 20.01.2017г., согласно которой, порошкообразное вещество массой 0,54г, изъятое 14.01.2017г. при проведении ОРМ «обследование участка местности» у &lt;адрес&gt; по ул.&lt;адрес&gt;, является смесью, содержащей в своем составе 1-фенил-2-пирролидин-1-илпентан-1-он, которое является производным наркотического средства N-метилэфедрон. При проведении исследования израсходовано 0,01г вещества объекта исследования (т. 4 л.д. 71-72) - протокол выемки, согласно которого 23.01.2017г. следователь изъял у сотрудника УНК УМВД России по &lt;адрес&gt; вещество массой 0,54г, которое является смесью, содержащей в своем составе 1-фенил-2-пирролидин-1-илпентан-1-он, которое является производным наркотического средства N-метилэфедрон (т. 4 л.д. 75-76). - заключение эксперта № от 13.02.2017г., согласно которого, вещество массой 0,53г, изъятое 14.01.2017г. в ходе проведения ОРМ «обследование участка местности» в 10см от дерева, в 5 метрах от &lt;адрес&gt; по ул.&lt;адрес&gt;, является смесью (препаратом), содержащей в своем составе химическое вещество - 1-фенил-2-пирролидин-1-илпентан-1-он, которое является производным наркотического средства: N-метилэфедрон. При проведении исследования израсходовано 0,01г вещества объекта исследования (т.4 л.д. 82-85). - протокол осмотра предметов, согласно которого было осмотрено вышеуказанное наркотическое средство (т. 4 л.д. 87-88). - вещественное доказательство – вышеуказанное наркотическое средство (т. 4 л.д.89-90). Эпизод № (помимо указанных ранее): - рапорт об обнаружении признаков преступления, согласно которого 14.01.2017г. в 14 часов 25 минут у &lt;адрес&gt; по &lt;адрес&gt;&lt;адрес&gt; был задержан ФИО2. В ходе личного досмотра у ФИО2 обнаружен и изъят сотовый телефон «iPhone 5s» с записями о местонахождении тайников с наркотическими средствами. 14.01.2017г. в период с 18 часов 20 минут до 18 часов 35 минут в ходе обследования участка местности расположенного в 3-х метрах от входной двери &lt;адрес&gt; по 2-му Стекольному переулку &lt;адрес&gt; обнаружено и изъято 4 свертка с порошкообразным веществом (т. 1 л.д. 65). - справка о проведении ОРМ «наблюдение», согласно которой зафиксировано что ДД.ММ.ГГГГ ФИО2 делает «закладки» после чего в 14 часов 25 минут у &lt;адрес&gt; по 2-му Стекольному переулку &lt;адрес&gt; ФИО2 был задержан (т.1 л.д.71). - акт обследования, согласно которого 14.01.2017г. в период с 18 часов 20 минут до 18 часов 35 минут в ходе обследования участка местности, расположенного в 3-х метрах от входной двери &lt;адрес&gt; по &lt;адрес&gt;&lt;адрес&gt; обнаружены и изъяты четыре свертка с веществом (т.1 л.д. 120-127). - справка об исследовании № от 15.01.2017г., согласно которой порошкообразное вещество, находящееся в четырех пакетах массами 0,44г, 0,57г, 0,53г, 0,57г, изъятое 14.01.2017г. в ходе проведения ОРМ «обследование участка местности» у &lt;адрес&gt; по &lt;адрес&gt;&lt;адрес&gt;, является смесью, содержащей в своем составе 1-Фенил-2-пирролидин-1-илпентан-1-он (PVP; ?-PVP; ?-пирролидинопентиофенон; ?-пирролидиновалерофенон; 2-пирролидиновалерофенон) –производное наркотического средства «N-метилэфедрон». При проведении исследования израсходовано по 0,02г вещества объектов исследования №№ (т.1 л.д. 131-132). - протокол выемки, согласно которого 23.01.2017г. следователь изъял у сотрудника УНК УМВД России по &lt;адрес&gt; вещества массой 0,44 г, 0,57 г, 0,53 г, 0,57г, являющиеся наркотическим средством - смесью, содержащей в своем составе 1-Фенил-2-пирролидин-1-илпентан-1-он (PVP; ?-PVP; ?-пирролидинопентиофенон; ?-пирролидиновалерофенон; 2-пирролидиновалерофенон) –производное наркотического средства «N-метилэфедрон» (т. 1 л.д. 135-136). - заключение эксперта № от 17.02.2017г., согласно которого порошкообразные вещества, массы которых на момент проведения исследования составляют: 0,44г и 0,55г, 0,51г и 0,55г, являются смесями, содержащими в своем составе 1-фенил-2-пирролидин-1-илпентан-1-он (PVP; ?-PVP; ?-пирролидинопентиофенон; ?-пирролидиновалерофенон; 2-пирролидиновалерофенон) – производное наркотического средства «N-метилэфедрон». На проведение исследования израсходовано по 0,02г вещества объектов исследования №№ (т. 1 л.д. 142-145). - протокол осмотра предметов, согласно которого были осмотрены вышеуказанные наркотические средства в четырех пакетиках (т. 1 л.д. 147-148). - вещественное доказательство вышеуказанные наркотические средства (т.1 л.д.149-150). - протокол осмотра предметов от 28.02.2017г., согласно которого осмотрен сотовый телефон «iPhone 5» IMEI № с SIM-картой оператора сотовой связи «Теле2» 8970120193 5300304236 3/4G, изъятый у ФИО2, содержащий его переписку в программах «Telegram» и «Signal» с соучастниками преступлений, с указанием адресов и ориентирующих фото мест закладок наркотиков (т.4 л.д.111-128). - заключение комиссии экспертов № от 22.02.2017г., согласно которого ФИО2 хроническим психическим расстройством, слабоумием либо иным болезненным состоянием психики не страдает (у него имеется склонность к злоупотреблению наркотиками (стимуляторами), не достигшая степени наркотической зависимости), и не страдал при совершении правонарушения, в котором его обвиняют; по своему психическому состоянию мог в полной мере осознавать фактический характер и общественную опасность своих действий и руководить ими в тот период. Во время содеянного в каком-либо временном болезненном психическом расстройстве он не находился. В настоящее время он также может осознавать фактический характер своих действий и руководить ими, принимать участие в судебно-следственном делопроизводстве. В принудительных мерах медицинского характера, предусмотренных ст.ст. - 104 УК РФ , ФИО2 не нуждается (т.5 л.д.139-142). В судебном заседании государственный обвинитель переквалифицировал действия ФИО2 по эпизодам с 1 по 22 (согласно обвинительного заключения) с п. «а» ч.4 ст. 228.1 УК РФ на ч.3 ст. , п. «а» ч.4 ст. 228.1 УК РФ , квалифицировав его деяния по каждому из указанных эпизодов как покушение на преступление, то есть умышленные действия лица, непосредственно направленные на незаконный сбыт наркотических средств, совершенный в значительном размере, организованной группой. В судебном заседании ФИО2 свою вину в совершении инкриминируемых преступлений признал частично, отказался от дачи показаний на основании ст. 51 Конституции РФ, в связи с чем, были оглашены его показания данные в ходе предварительного следствия (т.5 л.д.3-6, 13-16, 123-126, т.7 л.д.113-116). Из показаний подсудимого следует, что в январе 2017г. он решил заняться сбытом наркотических средств. Для этого посредством мессенджера «Telegram» он связался с не известным ему лицом под «ником» «Добро ко», которое распространяло наркотики и предложил свои услуги по закладке наркотиков в &lt;адрес&gt;. 13.01.2017г. не известное ему лицо под ником «Добро ко», через мессенджер «Signal» сообщило ему о месте закладки крупной партии наркотического средства, которое он должен был разложить в &lt;адрес&gt;, сфотографировать места закладок, а информацию направить этому лицу. В указанном месте он обнаружил 20 свертков с наркотическим средством, которые разложил в микрорайоне «Малинники» &lt;адрес&gt;, о чем сообщил лицу с «ником» «Добро ко». 14.01.2017г. по такой же схеме посредством программы «Signal» он получил сведения от лица с «ником» «Добро ко» информацию о закладке с наркотиком у &lt;адрес&gt;. В указанном месте около 13 часов 20 минут он нашел 40 свертков с наркотиками и пошел делать закладки в районе &lt;адрес&gt; закладок он фотографировал на свой мобильный телефон, подробно описывал места закладок и отправлял информацию лицу «Добро ко». Когда положил закладку у забора &lt;адрес&gt; по 2-му Стекольному переулку, был задержан сотрудниками полиции. В этот момент у него при себе оставалось еще 4 свертка с наркотическим средством, которые он сбросил на землю непосредственно перед задержанием. В то же время он не согласен с квалификацией его действий по признаку совершения незаконного сбыта наркотиков в составе организованной группы, поскольку в состав организованной группы он не входил, о сбыте договаривался только с лицом под «ником» «Добро ко». Кроме того, он считает, что его действия должны квалифицироваться, как одно длящееся преступление, поскольку умысел его был направлен на сбыт всей партии наркотиков. Принимая решение по делу, суд исходит из того, что в контексте ст. 228.1 УК РФ под сбытом понимаются любые способы распространения наркотических средств – продажа, дарение, обмен, дача взаймы и т.п. В результате этих действий другое лицо становится обладателем наркотических средств или веществ. Форма передачи наркотика в фактическое обладание другого лица не влияет на правовую квалификацию содеянного, точно также как и то, была ли эта передача возмездной или безвозмездной. То есть под сбытом наркотических средств понимаются любые способы их возмездной или безвозмездной передачи лицу, которому они не принадлежат. В соответствии с ч.3 ст. 35 УК РФ преступление признается совершенным организованной группой, если оно совершено устойчивой группой лиц, заранее объединившихся для совершения одного или нескольких преступлений. Помимо признания ФИО2 фактических обстоятельств совершения преступлений, его виновность подтверждается вышеизложенными показаниями свидетелей ФИО29, результатами оперативно-розыскной деятельности. Свой преступный умысел на незаконный сбыт наркотиков по каждому из вышеуказанных эпизодов преступной деятельности ФИО2 не смог завершить по не зависящим от него обстоятельствам. Так по эпизодам с 1 по 22 включительно подсудимый не сообщал приобретателям наркотиков о месте их закладки, эти сведения он довел до организатора преступной группы. Сведений о том, что это сделали неустановленные сообщники ФИО2 стороной обвинения не представлено. По эпизоду № ФИО2 заложил 1 сверток с наркотиком, не успев сообщить об этом руководителю организованной группы, 3 других остававшихся у него свертков с наркотиками, которые он планировал заложить в тайники, при задержании он сбросил. В дальнейшем указанные 4 свертка с наркотиками были обнаружены и изъяты сотрудниками полиции при обследовании участка местности. Доводы ФИО2 о том, что он не являлся членом организованной преступной группы, суд отвергает, как недостоверные. Они опровергаются показаниями вышеуказанных свидетелей, показаниями самого подсудимого, данными в ходе предварительного следствия и оглашенными в суде (т.5 л.д.3-6, 13-16, 123-126, т.7 л.д.113-116). Так из показаний ФИО2 следует, что умысел у него был «устроиться на работу» к неустановленному лицу и быть закладчиком наркотиков, получая за это деньги по 200 рублей за одну закладку. В ходе общения по переписке не установленное лицо с «ником» «Добро Ко» рассказало ему, как нужно делать закладки, показало примеры этого, то есть обучило подсудимого дистанционному сбыту наркотиков тайниковым способом с соблюдением правил конспирации. ФИО2 на момент совершения преступлений трудовой деятельностью, приносящей легальный доход, не занимался, поэтому «работа» по закладке наркотиков в &lt;адрес&gt; носила характер своего рода преступного промысла и являлась источником его дохода. Незаконные операции с наркотическими средствами ФИО2 совместно с неустановленными лицами совершал без вмешательства сотрудников правоохранительных органов и до 14.01.2017г. Так из показаний ФИО2 следует, что 13.01.2017г. по той же схеме, получив от неустановленного лица тайниковым способом 20 свертков с наркотическим средством, он разложил их на территории &lt;адрес&gt;, о чем сообщил организатору преступной группы. Это позволяет сделать вывод, что умысел подсудимого был направлен на распространение, т.е. сбыт наркотиков и сформировался он независимо от деятельности сотрудников полиции, организованная группа характеризуется устойчивостью. Сложные групповые действия ФИО2 и неустановленных лиц при сбыте наркотических средств неопределенному кругу потребителей наркотиков, использование мер конспирации, исключение непосредственного контакта между членами организованной группы, использование технических средств и глобальной сети «Интернет» при совершении преступлений, договоренность о распределении (получении) прибыли от сбыта наркотиков, обучение ФИО2 неустановленным лицом способам создания тайников и оповещения соучастников о «закладках», профессионализм и устойчивость, свидетельствуют не только об имевшемся предварительном сговоре на совместный сбыт наркотиков, но и о более тесном взаимодействии соучастников – совершении преступлений в составе организованной группы. ФИО2 по каждому эпизоду совершал закладку наркотика в тайник, который подбирал самостоятельно, о чем сообщал организатору преступной группы. В каждом случае последующей закладки умысел ФИО2 на незаконный сбыт наркотиков формировался заново, поэтому действия ФИО2 суд квалифицирует отдельно по каждому эпизоду закладок. Вид и размер наркотических средств, в отношении которых осуществлялись незаконные операции, достоверно установлен в результате проведения химических исследований и экспертиз, с учетом части вещества, израсходованной на проведение исследований. Наркотическое средство N-метилэфедрон и его производные, за исключением производных, включенных в качестве самостоятельных позиций в перечень, включено в Перечень наркотических средств, психотропных веществ и их прекурсоров, подлежащих контролю в Российской Федерации, утвержденный Постановлением Правительства РФ от 30.06.1998г. №, и отнесено к наркотическим средствам, оборот которых в Российской Федерации запрещен в соответствии с законодательством Российской Федерации и международными договорами Российской Федерации. (Список 1 перечня, раздел «Наркотические средства»). Согласно списку 1 вышеуказанного Перечня, в него включены «все смеси, в состав которых входят наркотические средства и психотропные вещества данного списка, независимо от их количества». Согласно Постановления Правительства Российской Федерации от 01.10.2012г. №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наркотическое средство – смесь, содержащая в своем составе 1-фенил-2-пирролидин-1-илпентан-1-он (PVP; ?-PVP; ?-пирролидинопентиофенон; ?-пирролидиновалерофенон; 2-пирролидиновалерофенон) – производное наркотического средства «N-метилэфедрон», массой от 0,2 до 1 грамма, является значительным размером, свыше 1 грамма – крупным размером. Оценив и проанализировав вышеприведенные доказательства в их совокупности, суд считает виновность подсудимого ФИО2 доказанной и квалифицирует его деяния следующим образом: - по ч.3 ст. , п. «а» ч.4 ст. 228.1 УК РФ по каждому из эпизодов с 1 по 22 включительно (эп.1 – закладка наркотика у &lt;адрес&gt; по &lt;адрес&gt;&lt;адрес&gt;; эп.2 – закладка у &lt;адрес&gt; по ул.&lt;адрес&gt;; эп.3 – закладка у &lt;адрес&gt;; эп.4 – закладка у &lt;адрес&gt;; эп.5 – закладка у &lt;адрес&gt; по ул.&lt;адрес&gt;; эп.6 – закладка у &lt;адрес&gt;; эп.7 – закладка у &lt;адрес&gt;; эп.8 – закладка у &lt;адрес&gt;; эп.9 – закладка у &lt;адрес&gt;; эп.10 – закладка у &lt;адрес&gt;; эп.11 – закладка у &lt;адрес&gt;; эп.12 – закладка у &lt;адрес&gt; по ул.&lt;адрес&gt;; эп.13 – закладка у &lt;адрес&gt; по ул.&lt;адрес&gt;; эп. 14 – закладка у &lt;адрес&gt; по ул.&lt;адрес&gt;; эп.15 - закладка на лестничной площадке 1 этажа &lt;адрес&gt;; эп.16 – закладка в полуметре от балкона &lt;адрес&gt;; эп.17 – закладка у &lt;адрес&gt; по ул.&lt;адрес&gt;; эп.18 – закладка у &lt;адрес&gt; по ул.&lt;адрес&gt;; эп.19 – закладка у &lt;адрес&gt; по ул.&lt;адрес&gt;; эп.20 – закладка у &lt;адрес&gt; по ул.&lt;адрес&gt;; эп.21 – закладка у &lt;адрес&gt;; эп.22 – закладка у &lt;адрес&gt; по ул.&lt;адрес&gt;), поскольку по каждому из перечисленных эпизодов он совершил покушение на преступление, то есть умышленные действия лица, непосредственно направленные на незаконный сбыт наркотических средств, совершенный в значительном размере, организованной группой, если при этом преступление не было доведено до конца по не зависящим от этого лица обстоятельствам; - по ч.3 ст. , п.п. «а, г» ч.4 ст. 228.1 УК РФ (эпизод 23), поскольку он совершил покушение на преступление, то есть умышленные действия лица, непосредственно направленные на незаконный сбыт наркотических средств, совершенный организованной группой, в крупном размере, если при этом преступление не было доведено до конца по не зависящим от этого лица обстоятельствам. С учетом заключения комиссии психиатров (т.5 л.д.139-142), поведения подсудимого в ходе предварительного следствия и в суде, суд признает его вменяемым по отношению к содеянному. При назначении вида и размера наказания подсудимому, суд учитывает характер и степень общественной опасности совершенных преступлений, личность виновного, а также обстоятельства, смягчающие наказание, влияние назначенного наказания на его исправление и на условия жизни его семьи. ФИО2 не судим, совершил 23 особо тяжких преступления против здоровья населения, на учете в наркологическом диспансере не состоит, имеет склонность к злоупотреблению наркотиками (стимуляторами), не достигшую степени наркотической зависимости, свою вину признал частично, в содеянном раскаивается, по месту учебы характеризуется в целом положительно. Суд признает обстоятельствами, смягчающими наказание ФИО2, частичное признание своей вины и раскаяние в содеянном, его молодой возраст, наличие хронических заболеваний, активное способствование раскрытию и расследованию преступления, изобличению и уголовному преследованию других соучастников преступления, положительные характеристики. Обстоятельств, отягчающих наказание ФИО2, суд не находит, в связи с чем, назначает ему наказание за каждое преступление в соответствии ч. 3 ст. 66 УК РФ , а также ч.1 ст. 62 УК РФ . С учетом вышеуказанных сведений о личности подсудимого, конкретных обстоятельств совершения преступлений, суд считает, что восстановление социальной справедливости, исправление подсудимого, предупреждение совершения им новых преступлений, невозможно без его изоляции от общества, в связи с чем, назначает ему наказание в виде реального лишения свободы по каждому эпизоду преступлений. Суд не усматривает оснований для назначения подсудимому условного наказания в порядке ст. 73 УК РФ , а также исключительных обстоятельств для применения ст. 64 УК РФ . С учетом вышеуказанных смягчающих обстоятельств, материального положения ФИО2, суд не назначает ему дополнительные наказания в виде штрафа и лишения права заниматься определенной деятельностью, предусмотренные ч.4 ст. 228.1 УК РФ . Окончательное наказание ФИО2 суд назначает в соответствии с ч.2 ст. 69 УК РФ по совокупности преступлений путем поглощения менее строгого наказания более строгим. В соответствии с п. «в» ч.1 ст. 58 УК РФ наказание ФИО2 надлежит отбывать в исправительной колонии строгого режима. Оснований для изменения подсудимому категории преступления на менее тяжкую, предусмотренных ч.6 ст. 15 УК РФ , не имеется. До вступления приговора в законную силу суд изменяет избранную в отношении ФИО2 меру пресечения с подписки о невыезде и надлежащем поведении на заключение под стражу. Гражданский иск по уголовному делу не заявлен. Решая вопрос о вещественных доказательствах, суд руководствуется положениями ст.ст. , 82 УПК РФ . На основании изложенного, и руководствуясь ст.ст. - 309 УПК РФ , суд П Р И Г О В О Р И Л: Признать ФИО2 виновным в совершении преступлений, предусмотренных ч.3 ст. , п. «а» ч.4 ст. 228.1 ; ч.3 ст. , п. «а» ч.4 ст. 228.1 ; ч.3 ст. , п.«а» ч.4 ст. 228.1 ; ч.3 ст. , п. «а» ч.4 ст. 228.1 ; ч.3 ст. , п. «а» ч.4 ст. 228.1 ; ч.3 ст. , п. «а» ч.4 ст. 228.1 ; ч.3 ст. , п. «а» ч.4 ст. 228.1 ; ч.3 ст. , п. «а» ч.4 ст. 228.1 ; ч.3 ст. , п. «а» ч.4 ст. 228.1 ; ч.3 ст. , п. «а» ч.4 ст. 228.1 ; ч.3 ст. , п. «а» ч.4 ст. 228.1 ; ч.3 ст. , п. «а» ч.4 ст. 228.1 ; ч.3 ст. , п. «а» ч.4 ст. 228.1 ; ч.3 ст. , п. «а» ч.4 ст. 228.1 ; ч.3 ст. , п. «а» ч.4 ст. 228.1 ; ч.3 ст. , п. «а» ч.4 ст. 228.1 ; ч.3 ст. , п. «а» ч.4 ст. 228.1 ; ч.3 ст. , п. «а» ч.4 ст. 228.1 ; ч.3 ст. , п. «а» ч.4 ст. 228.1 ; ч.3 ст. , п. «а» ч.4 ст. 228.1 ; ч.3 ст. , п. «а» ч.4 ст. 228.1 ; ч.3 ст. , п. «а» ч.4 ст. 228.1 ; ч.3 ст. , п.п. «а, г» ч.4 ст. 228.1 УК РФ и назначить ему наказание: - по ч.3 ст. , п. «а» ч.4 ст. 228.1 УК РФ - по каждому из эпизодов с 1 по 22 включительно (эп.1 – закладка наркотика у &lt;адрес&gt; по &lt;адрес&gt;&lt;адрес&gt;; эп.2 – закладка у &lt;адрес&gt; по ул.&lt;адрес&gt;; эп.3 – закладка у &lt;адрес&gt;; эп.4 – закладка у &lt;адрес&gt;; эп.5 – закладка у &lt;адрес&gt; по ул.&lt;адрес&gt;; эп.6 – закладка у &lt;адрес&gt;; эп.7 – закладка у &lt;адрес&gt;; эп.8 – закладка у &lt;адрес&gt;; эп.9 – закладка у &lt;адрес&gt;; эп.10 – закладка у &lt;адрес&gt;; эп.11 – закладка у &lt;адрес&gt;; эп.12 – закладка у &lt;адрес&gt; по ул.&lt;адрес&gt;; эп.13 – закладка у &lt;адрес&gt; по ул.&lt;адрес&gt;; эп. 14 – закладка у &lt;адрес&gt; по ул.&lt;адрес&gt;; эп.15 - закладка на лестничной площадке 1 этажа &lt;адрес&gt;; эп.16 – закладка в полуметре от балкона &lt;адрес&gt;; эп.17 – закладка у &lt;адрес&gt; по ул.&lt;адрес&gt;; эп.18 – закладка у &lt;адрес&gt; по ул.&lt;адрес&gt;; эп.19 – закладка у &lt;адрес&gt; по ул.&lt;адрес&gt;; эп.20 – закладка у &lt;адрес&gt; по ул.&lt;адрес&gt;; эп.21 – закладка у &lt;адрес&gt;; эп.22 – закладка у &lt;адрес&gt; по ул.&lt;адрес&gt;) - 6 лет 6 месяцев лишения свободы; - по ч.3 ст. , п.п. «а, г» ч.4 ст. 228.1 УК РФ (по эпизоду №) - 7 лет лишения свободы. В соответствии с ч.2 ст. 69 УК РФ по совокупности преступлений путем поглощения менее строгого наказания более строгим, назначить ФИО2 окончательное наказание в виде 7 лет лишения свободы, с отбыванием наказания в исправительной колонии строгого режима. До вступления приговора в законную силу, избранную в отношении ФИО2 меру пресечения, изменить с подписки о невыезде и надлежащем поведении на заключение под стражу, взяв его под стражу в зале суда. Срок наказания ФИО2 по настоящему приговору исчислять с ДД.ММ.ГГГГг. Вещественные доказательства по вступлении приговора в законную силу: - изъятые по данному уголовному делу наркотические средства хранить в камере хранения наркотических средств ЭКЦ УМВД России по &lt;адрес&gt; до принятия окончательного решения по выделенному в отдельное производство уголовному делу № в отношении неустановленных лиц о совершении ими 22 преступлений, предусмотренных п. «а» ч.4 ст. 228.1 УК РФ , а также преступления, предусмотренного п.п. «а, г» ч.4 ст. 228.1 УК РФ ; - сотовый телефон «iPhone», IMEI №, c SIM картой «Теле2» - вернуть ФИО2; - документы, содержащие информацию о состоянии вклада ФИО2 по счетам №.8ДД.ММ.ГГГГ.0348603 и №.8ДД.ММ.ГГГГ.0656535 – хранить при уголовном деле. Приговор может быть обжалован в апелляционном порядке в &lt;адрес&gt;&lt;адрес&gt; в течение 10 суток со дня провозглашения, а осужденным, содержащимся под стражей, - в тот же срок со дня вручения ему копии приговора.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о чем он должен указать в апелляционной жалобе, а если дело рассматривается по апелляционному представлению прокурора или по жалобе другого лица, в отдельном ходатайстве или возражениях на жалобу либо представление в течение 10 суток со дня вручения ему копии жалобы или представления, а также поручить осуществление своей защиты избранному им защитнику либо ходатайствовать перед судом о назначении защитника. Судья: ФИО30 Суд: Калужский районный суд (Калужская область) (подробнее) Судьи дела: Рожков Е.А. (судья) (подробнее) Судебная практика по: Контрабанда Судебная практика по применению норм ст. 200.1, 200.2, 226.1, 229.1 УК РФ Соучастие, предварительный сговор Судебная практика по применению норм ст. 34, 35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