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постановления направить обвиняемым, потерпевшему, прокурору, защитникам. Настоящее постановление может быть обжаловано в Тверской областной суд через Осташковский городской суд в течение 10 суток со дня его вынесения. Председательствующий: В.Л. Ежелый. Суд: Осташковский городской суд (Тверская область) (подробнее) Судьи дела: Ежелый Валерий Леонидович (судья) (подробнее) Последние документы по делу: Приговор от 24 октября 2017 г. по делу № 1-53/2017 Постановление от 10 октября 2017 г. по делу № 1-53/2017 Приговор от 9 октября 2017 г. по делу № 1-53/2017 Постановление от 26 сентября 2017 г. по делу № 1-53/2017 Приговор от 25 сентября 2017 г. по делу № 1-53/2017 Постановление от 28 июля 2017 г. по делу № 1-53/2017 Приговор от 25 июля 2017 г. по делу № 1-53/2017 Приговор от 14 июня 2017 г. по делу № 1-53/2017 Постановление от 14 июня 2017 г. по делу № 1-53/2017 Приговор от 15 мая 2017 г. по делу № 1-53/2017 Приговор от 3 мая 2017 г. по делу № 1-53/2017 Постановление от 23 апреля 2017 г. по делу № 1-53/2017 Приговор от 20 апреля 2017 г. по делу № 1-53/2017 Постановление от 13 февраля 2017 г. по делу № 1-53/2017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