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Казань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16 июня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