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Акционерного общества «Российский Сельскохозяйственный банк» в лице Ростовского регионального филиала АО «Россельхозбанк» к ФИО1, ФИО2 о взыскании задолженности по кредитному договору,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солидарно с ФИО1 и ФИО2 в пользу Акционерного общества «Российский Сельскохозяйственный банк» в лице Ростовского регионального филиала АО «Россельхозбанк» задолженность по соглашению № от 10.09.2014, по состоянию на 06.04.2017, в размере 89 699 (восемьдесят девять тысяч шестьсот девяносто девять) рублей 84 копейки, из них: срочная ссудная задолженность - 64 378 (шестьдесят четыре тысячи триста семьдесят восемь) рублей 17 копеек; просроченная ссудная задолженность - 13 030 (тринадцать тысяч тридцать) рублей 10 копеек; проценты за пользование кредитом с 11.01.2017 по 05.04.2017 - 4 041 (четыре тысячи сорок один) рубль 57 копеек; штрафы, начисленные за факт просрочки с 12.04.2016 по 13.09.2016 – 8 250 (восемь тысяч двести пятьдесят)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солидарно с ФИО1 и ФИО2 в пользу Акционерного общества «Российский Сельскохозяйственный банк» в лице Ростовского регионального филиала АО «Россельхозбанк» судебные расходы по оплате государственной пошлины в размере 2 890 (две тысячи восемьсот девяносто) рублей 99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/подпись/ М.В.Ткаченко Решение в окончательной форме изготовлено 21 июня 2017 г. Суд: Сальский городской суд (Ростовская область) (подробнее) Истцы: АО "Россельхозбанк" (подробнее) Судьи дела: Ткаченко М.В. (судья) (подробнее) Последние документы по делу: Решение от 9 ноября 2017 г. по делу № 2-875/2017 Решение от 6 августа 2017 г. по делу № 2-875/2017 Решение от 23 июля 2017 г. по делу № 2-875/2017 Решение от 18 июля 2017 г. по делу № 2-875/2017 Решение от 9 июля 2017 г. по делу № 2-875/2017 Определение от 2 июля 2017 г. по делу № 2-875/2017 Решение от 15 июня 2017 г. по делу № 2-875/2017 Решение от 31 мая 2017 г. по делу № 2-875/2017 Решение от 15 мая 2017 г. по делу № 2-875/2017 Решение от 14 мая 2017 г. по делу № 2-875/2017 Решение от 29 марта 2017 г. по делу № 2-875/2017 Решение от 22 марта 2017 г. по делу № 2-875/2017 Решение от 26 февраля 2017 г. по делу № 2-875/2017 Решение от 20 февраля 2017 г. по делу № 2-875/2017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