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Кировское областное государственное казенное учреждение «Белохолуницкая районная станция по борьбе с болезнями животных» (далее Учреждение) создано в соответствии с распоряжением Правительства Кировской области «О создании областных казенных учреждений» от 29.11.2010 № 445, располагалось по адресу: &lt;...&gt;. В соответствии с п.п. 1.2, 1.3, 1.6, 1.11 Устава учреждения, утвержденного 10.05.2011 начальником управления ветеринарии Кировской области (далее Устав), станция является некоммерческой организацией, учредителем и собственником имущества которой является Кировская область в лице управления ветеринарии Кировской области, самостоятельно осуществляет свою деятельность в пределах, установленных Уставом и действующим законодательством, на территории Белохолуницкого района, имеет в своем составе ветстанцию, лабораторно-диагностический отдел, лабораторию ветеринарно-санитарной экспертизы, ветеринарные пункты. Согласно п.п. 2.1.1, 2.2.3, 2.2.17, 2.2.20, 2.3.2. Устава целями деятельности учреждения являются: осуществление на закрепленной территории государственного и ветеринарного лечебно-профилактических работ, защита населения от болезней общих для человека и животных, организация и проведение предубойного осмотра животных, организация выдачи в установленном порядке ветеринарных свидетельств, справок и оформление иной ветеринарной документации; оказание платных ветеринарных услуг в соответствии с Правилами оказания платных ветеринарных услуг, утвержденных Постановлением Правительства Российской Федерации от 06.08.1998 № 898. В соответствии с п.п. 5.2, 5.3 Устава источниками формирования имущества и финансовых ресурсов учреждения являются, в том числе, средства областного бюджета, а также доходы, полученные от приносящей доход деятельности. На основании Положения об оплате труда работников КОГКУ «Белохолуницкая районная станция по борьбе с болезнями животных», утвержденного начальником указанного учреждения 09.12.2008, выплаты стимулирующего характера устанавливаются по решению начальника учреждения в пределах выделенных бюджетных ассигнований на оплату труда работников учреждения, а также средств от предпринимательской и иной приносящей доход деятельности. К основным показателям премирования по итогам месяца отнесено выполнение плановых показателей доходов от предпринимательской и иной приносящей доход деятельности. В соответствии с расценками на платные ветеринарные услуги, оказываемые КОГКУ «Белохолуницкая районная станция по борьбе с болезнями животных», утвержденными приказом начальника Учреждения от 16.01.2015 № 59-п, к платным услугам отнесены, в том числе, предубойный клинический осмотр животных, ветеринарно-санитарная экспертиза партии пищевых продуктов, оформление ветеринарно-сопроводительных документов на животных, ветеринарно-санитарная экспертиза мяса, клеймение мяса. Таким образом, выполнение Учреждением государственного задания и увеличения объема оказанных платных услуг влияет на размер начисляемой и выплачиваемой заработной платы сотрудникам КОГКУ «Белохолуницкая районная станция по борьбе с болезнями животных». В соответствии со статьей 2.3 Закона Российской Федерации от 14.05.1993 № 4979-1 «О ветеринарии» ветеринарные сопроводительные документы (ветеринарные сертификаты, ветеринарные свидетельства, ветеринарные справки) в обязательном порядке оформляются лишь на подконтрольные товары. Согласно Перечню грузов, подлежащих сопровождению ветеринарными сопроводительными документами, утвержденному Приказом Минсельхоза России от 16.11.2006 № 422, к таковым относятся, в том числе, животные, мясо и мясные продукты. В соответствии с Правилами организации работы по оформлению ветеринарных сопроводительных документов, утвержденных Приказом Минсельхоза России от 17.07.2014 № 281 (далее Правила), оформление ветеринарных сопроводительных документов осуществляется при производстве партии подконтрольного товара (исключая производство для целей личного потребления), перемещении (перевозке) подконтрольного товара при переходе права собственности на подконтрольный товар (за исключением передачи (реализации) подконтрольного товара покупателю для личного, семейного, домашнего или иного использования, не связанного с предпринимательской деятельностью). Оформление ветеринарных сопроводительных документов может производиться как на бумажном носителе, так и в электронном виде с использованием государственной информационной системы. В соответствии с п.п. 1.4., 1.5, 2.1 Правил ветеринарного осмотра убойных животных и ветеринарно-санитарной экспертизы мяса и мясных продуктов, утвержденных Минсельхозом СССР 27.12.1983 животные, отправляемые для убоя, подлежат в хозяйстве-поставщике ветеринарному осмотру с выборочной термометрией по усмотрению ветеринарного врача (фельдшера); на них составляют опись с указанием вида животных и номера бирки (тавра), а для животных из промышленных животноводческих комплексов указывают и номер секции откорма. На каждую партию животных, направляемых для убоя, выдают ветеринарное свидетельство (или справку) в установленном ветеринарным законодательством порядке, с обязательным указанием всех сведений, предусмотренных формой свидетельства, в том числе сведений о благополучии животных и местах их выхода по заразным болезням. К партии относятся животные одного вида, одновременно отправляемые из одного хозяйства (фермы), по одному ветеринарному свидетельству (ветеринарной справке). Мясо и другие продукты убоя животных всех категорий хозяйств подлежат обязательной послеубойной ветеринарно-санитарной экспертизе, которую проводит ветеринарный врач. Согласно Правилам на убой допускается только здоровое животное при наличии выданной в соответствии с установленными требованиями ветеринарной справки. В соответствии с Правилами в области ветеринарии при убое животных и первичной переработке мяса и иных продуктов убоя непромышленного изготовления на убойных пунктах средней и малой мощности, утвержденных Приказом Минсельхоза России от 12.03.2014 № 72, предубойный ветеринарный осмотр убойных животных, проведение ветеринарно-санитарной экспертизы туш и иных продуктов убоя, ветеринарное клеймение туш и иных продуктов убоя, полученных от этих животных осуществляется государственными ветеринарными специалистами только на убойных пунктах. По результатам проведенных мероприятий ветеринарными врачами производится выдача и оформление ветеринарных сопроводительных документов. Таким образом, выдача государственными ветеринарными специалистами ветеринарных сертификатов, ветеринарных свидетельств, ветеринарных справок на живых свиней и крупный рогатый скот, свежее или охлажденное мясо крупного рогатого скота, свежую или охлажденную свинину при их производстве, перемещении (перевозке), реализации является обязательной. В соответствии со статьей 5 Федерального закона от 29.12.1994 № 77-ФЗ «Об обязательном экземпляре документов» официальные документы - документы, принятые органами законодательной, исполнительной и судебной власти, носящие обязательный, рекомендательный или информационный характер. В соответствии с п. 7 Правил организации работы по оформлению ветеринарных сопроводительных документов, утвержденных Приказом Минсельхоза России от 17.07.2014 № 281, формы ветеринарных сертификатов, ветеринарных свидетельств и ветеринарных справок являются бланками строгой отчетности, их форма утверждена Минсельхозом России, они предоставляют гражданам право на дальнейшую транспортировку животного для убоя в пределах определенного района, с последующей реализацией продуктов животноводства и обязанность надзорно-контролирующих органов предоставить право владельцам данных справок на транспортирование и реализацию продуктов животноводства. Таким образом, ветеринарные справки формы № 4, утвержденные Приказом Минсельхоза России от 17.07.2014 № 281, выдаваемые государственными ветеринарными специалистами при производстве, обороте, а также перевозке подконтрольных товаров в пределах района, являются официальными документами. Согласно ст. Закона Российской Федерации от 14.05.1993 № 4979-1 «О ветеринарии» владельцы животных и производители продуктов животноводства обязаны соблюдать установленные ветеринарно-санитарные правила перевозки и убоя животных, переработки, хранения и реализации продуктов животноводства. В соответствии с п.п. 11, 12, 13 Ветеринарно-санитарных правил внутрихозяйственного убоя скота на мясо, утвержденных Минсельхоза СССР от 16.08.1971, убой скота, принадлежащего гражданам, проживающим в населенных пунктах, расположенных в зоне деятельности убойных пунктов, должен производиться на этих предприятиях. Скотоубойный пункт обслуживается ветеринарным врачом или фельдшером, который несет ответственность за выпуск с пункта доброкачественного мяса и мясопродуктов. Всех животных, поступающих для убоя на скотоубойный пункт, подвергают ветеринарному осмотру с обязательной термометрией и допускают к убою после разрешения ветеринарного персонала, обслуживающего данный пункт. Туши, внутренние органы и другие мясопродукты подвергают обязательному ветеринарному осмотру согласно действующим Правилам ветеринарного осмотра убойных животных и ветеринарно-санитарной экспертизы мяса и мясных продуктов. В соответствии с приказом начальника Учреждения № 7-к от 18.03.2014 в КОГКУ «Белохолуницкая районная станция по борьбе с болезнями животных» на должность заведующей лаборатории ветеринарно-санитарной экспертизы, ветеринарного врача Учреждения принята ФИО2 В соответствии с трудовым договором № от ДД.ММ.ГГГГ, заключенным между начальником Учреждения и ФИО2, а также должностной инструкцией последняя была обязана, в частности, проводить ветеринарный осмотр и ветеринарно-санитарную экспертизу подконтрольной продукции для установления ее безопасности в ветеринарно-санитарном отношении; выдавать ветеринарные заключения или свидетельства, удостоверяющие безопасность употребления в пищу продукции; использовать по назначению бланки строгой отчетности. Таким образом, ФИО2, являясь с ДД.ММ.ГГГГ заведующей лаборатории ветеринарно-санитарной экспертизы КОГКУ «&lt;адрес&gt; станция по борьбе с болезнями животных», ветеринарным врачом, фактически осуществляла деятельность, связанную с государственным ветеринарным надзором, то есть была наделена организационно-распорядительными функциями, являлась должностным лицом. ДД.ММ.ГГГГ в период с 08 часов 00 минут до 17 часов 00 минут к ФИО2, находившейся на рабочем месте в помещении КОГКУ «&lt;адрес&gt; станция по борьбе с болезнями животных», расположенном по адресу: &lt;адрес&gt;, обратился ФИО6, который пояснил, что осуществил забой принадлежащего ему животного - свиньи вне убойного пункта, и ему необходимы ветеринарно-сопроводительные документы для реализации мяса и мясопродуктов. Непосредственно после этого ФИО2 ДД.ММ.ГГГГ в период времени с 08 часов 00 минут до 17 часов 00 минут, находясь на своем рабочем месте по указанному адресу, являясь заведующей лаборатории ветеринарно-санитарной экспертизы, ветеринарным врачом КОГКУ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ФИО6 и желанием освободить его от лишних материальных затрат, а также в целях экономии своего рабочего времени и снижения рабочей нагрузки, осознавая, что клинический осмотр животного ею не проводился, выдала ФИО6, ветеринарную справку формы № серия 243 № от ДД.ММ.ГГГГ, являющуюся официальным документом, предоставляющую право на транспортировку животного к убойному пункту, в которой указала заведомо ложные сведения о том, что ею проведен клинический осмотр животного – одной головы свиньи, принадлежащей ФИО6, которое является здоровым и направляется автотранспортом из д.Гуренки в д.&lt;адрес&gt; на убойный пункт СПК «Луч» в д. &lt;адрес&gt; для убоя, при этом ей было заведомо известно, что осмотр животного ею не проводился, и забой животного уже произведен ФИО6 вне убойного пункта. ДД.ММ.ГГГГ в период времени с 08 часов 00 минут до 17 часов 00 минут ФИО2, в продолжение своего преступного умысла, на совершение служебного подлога, находясь на своем рабочем месте по адресу: &lt;адрес&gt;, являясь заведующей лаборатории ветеринарно-санитарной экспертизы, ветеринарным врачом КОГКУ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ФИО6 и желанием освободить его от лишних материальных затрат, а также в целях экономии своего рабочего времени и снижения рабочей нагрузки, осознавая, что ФИО6 забой свиньи был произведен в нарушение требований действующего законодательства, а предубойный и послеубойный осмотр принадлежащих ему животного и мяса фактически не проводился, внесла заведомо ложные сведения в ветеринарную справку формы № серии 243 № от ДД.ММ.ГГГГ, являющуюся официальным документом, о проведении ею клинического осмотра мяса животного, а также о проведении ею ветеринарно-санитарной экспертизы ДД.ММ.ГГГГ в полном объеме, а именно указала в данной справке, что ею на убойном пункте СПК «Луч» в д. &lt;адрес&gt; ДД.ММ.ГГГГ мясо свинины охлажденное, а также голова и ливер подвергнуты ветеринарно-санитарной экспертизе в полном объеме, при этом ей было достоверно известно, что указанные действия ей не производились. Таким образом, ФИО1 совершила служебный подлог, то есть внесение должностным лицом, в официальные документы заведомо ложных сведений, если эти деяния совершены из корыстной и иной личной заинтересованности (при отсутствии признаков преступления, предусмотренного ч.1 ст. 292.1 УК РФ ), то есть преступление, предусмотренное ч. 1 ст. 292 УК РФ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Кировское областное государственное казенное учреждение «Белохолуницкая районная станция по борьбе с болезнями животных» (далее Учреждение) создано в соответствии с распоряжением Правительства Кировской области «О создании областных казенных учреждений» от 29.11.2010 № 445, располагалось по адресу: &lt;...&gt;. В соответствии с п.п.1.2,1.3, 1.6, 1.11 Устава учреждения, утвержденного 10.05.2011 начальником управления ветеринарии Кировской области (далее Устав), станция является некоммерческой организацией, учредителем и собственником имущества которой является Кировская область в лице управления ветеринарии Кировской области, самостоятельно осуществляет свою деятельность в пределах, установленных Уставом и действующим законодательством, на территории Белохолуницкого района, имеет в своем составе ветстанцию, лабораторно-диагностический отдел, лабораторию ветеринарно-санитарной экспертизы, ветеринарные пункты. Согласно п.п. 2.1.1, 2.2.3, 2.2.17,2.2.20,2.3.2. Устава целями деятельности учреждения являются: осуществление на закрепленной территории государственного и ветеринарного лечебно-профилактических работ, защита населения от болезней общих для человека и животных, организация и проведение предубойного осмотра животных, организация выдачи в установленном порядке ветеринарных свидетельств, справок и оформление иной ветеринарной документации; оказание платных ветеринарных услуг в соответствии с Правилами оказания платных ветеринарных услуг, утвержденных Постановлением Правительства Российской Федерации от 06.08.1998 № 898. В соответствии с п.п.5.2,5.3 Устава источниками формирования имущества и финансовых ресурсов учреждения являются, в том числе, средства областного бюджета, а также доходы, полученные от приносящей доход деятельности. На основании Положения об оплате труда работников КОГКУ «Белохолуницкая районная станция по борьбе с болезнями животных», утвержденного начальником указанного учреждения 09.12.2008, выплаты стимулирующего характера устанавливаются по решению начальника учреждения в пределах выделенных бюджетных ассигнований на оплату труда работников учреждения, а также средств от предпринимательской и иной приносящей доход деятельности. К основным показателям премирования по итогам месяца отнесено выполнение плановых показателей доходов от предпринимательской и иной приносящей доход деятельности. В соответствии с расценками на платные ветеринарные услуги, оказываемые КОГКУ «Белохолуницкая районная станция по борьбе с болезнями животных», утвержденными приказом начальника Учреждения от 13.07.2015 № 72, к платным услугам отнесены, в том числе, предубойный клинический осмотр животных, ветеринарно-санитарная экспертиза партии пищевых продуктов, оформление ветеринарно-сопроводительных документов на животных, ветеринарно-санитарная экспертиза мяса, клеймение мяса. Таким образом, выполнение Учреждением государственного задания и увеличения объема оказанных платных услуг влияет на размер начисляемой и выплачиваемой заработной платы сотрудникам КОГКУ «Белохолуницкая районная станция по борьбе с болезнями животных». В соответствии со статьей 2.3 Закона Российской Федерации от 14.05.1993 № 4979-1 «О ветеринарии» ветеринарные сопроводительные документы (ветеринарные сертификаты, ветеринарные свидетельства, ветеринарные справки) в обязательном порядке оформляются лишь на подконтрольные товары. Согласно Перечню грузов, подлежащих сопровождению ветеринарными сопроводительными документами, утвержденному Приказом Минсельхоза России от 16.11.2006 № 422, к таковым относятся, в том числе, животные, мясо и мясные продукты. В соответствии с Правилами организации работы по оформлению ветеринарных сопроводительных документов, утвержденных Приказом Минсельхоза России от 17.07.2014 № 281 (далее Правила), оформление ветеринарных сопроводительных документов осуществляется при производстве партии подконтрольного товара (исключая производство для целей личного потребления), перемещении (перевозке) подконтрольного товара при переходе права собственности на подконтрольный товар (за исключением передачи (реализации) подконтрольного товара покупателю для личного, семейного, домашнего или иного использования, не связанного с предпринимательской деятельностью). Оформление ветеринарных сопроводительных документов может производиться как на бумажном носителе, так и в электронном виде с использованием государственной информационной системы. В соответствии с п.п. 1.4., 1.5, 2.1 Правил ветеринарного осмотра убойных животных и ветеринарно-санитарной экспертизы мяса и мясных продуктов, утвержденных Минсельхозом СССР 27.12.1983 животные, отправляемые для убоя, подлежат в хозяйстве-поставщике ветеринарному осмотру с выборочной термометрией по усмотрению ветеринарного врача (фельдшера); на них составляют опись с указанием вида животных и номера бирки (тавра), а для животных из промышленных животноводческих комплексов указывают и номер секции откорма. На каждую партию животных, направляемых для убоя, выдают ветеринарное свидетельство (или справку) в установленном ветеринарным законодательством порядке, с обязательным указанием всех сведений, предусмотренных формой свидетельства, в том числе сведений о благополучии животных и местах их выхода по заразным болезням. К партии относятся животные одного вида, одновременно отправляемые из одного хозяйства (фермы), по одному ветеринарному свидетельству (ветеринарной справке). Мясо и другие продукты убоя животных всех категорий хозяйств подлежат обязательной послеубойной ветеринарно-санитарной экспертизе, которую проводит ветеринарный врач. Согласно Правилам на убой допускается только здоровое животное при наличии выданной в соответствии с установленными требованиями ветеринарной справки. В соответствии с Правилами в области ветеринарии при убое животных и первичной переработке мяса и иных продуктов убоя непромышленного изготовления на убойных пунктах средней и малой мощности, утвержденных Приказом Минсельхоза России от 12.03.2014 № 72, предубойный ветеринарный осмотр убойных животных, проведение ветеринарно-санитарной экспертизы туш и иных продуктов убоя, ветеринарное клеймение туш и иных продуктов убоя, полученных от этих животных осуществляется государственными ветеринарными специалистами только на убойных пунктах. По результатам проведенных мероприятий ветеринарными врачами производится выдача и оформление ветеринарных сопроводительных документов. Таким образом, выдача государственными ветеринарными специалистами ветеринарных сертификатов, ветеринарных свидетельств, ветеринарных справок на живых свиней и крупный рогатый скот, свежее или охлажденное мясо крупного рогатого скота, свежую или охлажденную свинину при их производстве, перемещении (перевозке), реализации является обязательной. В соответствии со статьей 5 Федерального закона от 29.12.1994 № 77-ФЗ «Об обязательном экземпляре документов» официальные документы - документы, принятые органами законодательной, исполнительной и судебной власти, носящие обязательный, рекомендательный или информационный характер. В соответствии с п. 7 Правил организации работы по оформлению ветеринарных сопроводительных документов, утвержденных Приказом Минсельхоза России от 17.07.2014 № 281, формы ветеринарных сертификатов, ветеринарных свидетельств и ветеринарных справок являются бланками строгой отчетности, их форма утверждена Минсельхозом России, они предоставляют гражданам право на дальнейшую транспортировку животного для убоя в пределах определенного района, с последующей реализацией продуктов животноводства и обязанность надзорно-контролирующих органов предоставить право владельцам данных справок на транспортирование и реализацию продуктов животноводства. Таким образом, ветеринарные справки формы № 4, утвержденные Приказом Минсельхоза России от 17.07.2014 № 281, выдаваемые государственными ветеринарными специалистами при производстве, обороте, а также перевозке подконтрольных товаров в пределах района, являются официальными документами. Согласно ст. Закона Российской Федерации от 14.05.1993 № 4979-1 «О ветеринарии» владельцы животных и производители продуктов животноводства обязаны соблюдать установленные ветеринарно-санитарные правила перевозки и убоя животных, переработки, хранения и реализации продуктов животноводства. В соответствии с п.п. 11, 12, 13 Ветеринарно-санитарных правил внутрихозяйственного убоя скота на мясо, утвержденных Минсельхоза СССР от 16.08.1971, убой скота, принадлежащего гражданам, проживающим в населенных пунктах, расположенных в зоне деятельности убойных пунктов, должен производиться на этих предприятиях. Скотоубойный пункт обслуживается ветеринарным врачом или фельдшером, который несет ответственность за выпуск с пункта доброкачественного мяса и мясопродуктов. Всех животных, поступающих для убоя на скотоубойный пункт, подвергают ветеринарному осмотру с обязательной термометрией и допускают к убою после разрешения ветеринарного персонала, обслуживающего данный пункт. Туши, внутренние органы и другие мясопродукты подвергают обязательному ветеринарному осмотру согласно действующим Правилам ветеринарного осмотра убойных животных и ветеринарно-санитарной экспертизы мяса и мясных продуктов. В соответствии с приказом начальника Учреждения № 7-к от 18.03.2014 в КОГКУ «Белохолуницкая районная станция по борьбе с болезнями животных» на должность заведующей лаборатории ветеринарно-санитарной экспертизы, ветеринарного врача Учреждения принята ФИО2 В соответствии с трудовым договором № от ДД.ММ.ГГГГ, заключенным между начальником Учреждения и ФИО2, а также должностной инструкцией последняя была обязана, в частности, проводить ветеринарный осмотр и ветеринарно-санитарную экспертизу подконтрольной продукции для установления ее безопасности в ветеринарно-санитарном отношении; выдавать ветеринарные заключения или свидетельства, удостоверяющие безопасность употребления в пищу продукции; использовать по назначению бланки строгой отчетности. Таким образом, ФИО2, являясь с ДД.ММ.ГГГГ заведующей лаборатории ветеринарно-санитарной экспертизы КОГКУ «&lt;адрес&gt; станция по борьбе с болезнями животных», ветеринарным врачом, фактически осуществляла деятельность, связанную с государственным ветеринарным надзором, то есть была наделена организационно-распорядительными функциями, являлась должностным лицом. ДД.ММ.ГГГГ в период с 08 часов 00 минут до 17 часов 00 минут к ФИО2, находившейся на рабочем месте в помещении КОГКУ «&lt;адрес&gt; станция по борьбе с болезнями животных», расположенном по адресу: &lt;адрес&gt;, обратилась ФИО7, которая пояснила, что осуществила забой принадлежащего ей животного – КРС, тёлки вне убойного пункта, и ей необходимы ветеринарно-сопроводительные документы для реализации мяса и мясопродуктов. Непосредственно после этого ФИО2 ДД.ММ.ГГГГ в период времени с 08 часов 00 минут до 17 часов 00 минут, находясь на своем рабочем месте по указанному адресу, являясь заведующей лаборатории ветеринарно-санитарной экспертизы, ветеринарным врачом КОГКУ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ФИО7 и желанием освободить её от лишних материальных затрат, а также в целях экономии своего рабочего времени и снижения рабочей нагрузки, осознавая, что клинический осмотр животного ею не проводился, выдала ФИО7 ветеринарную справку формы № серия 243 № от ДД.ММ.ГГГГ, являющуюся официальным документом, предоставляющую право на транспортировку животного к убойному пункту, в которой указала заведомо ложные сведения о том, что ею проведен клинический осмотр животного – одной головы КРС телки, принадлежащей ФИО7, которое является здоровым и направляется автотранспортом из &lt;адрес&gt; в д.&lt;адрес&gt; на убойный пункт СПК «Луч» в д. &lt;адрес&gt; для убоя, при этом ей было заведомо известно, что осмотр животного ею не проводился, и забой животного уже произведен ФИО7 вне убойного пункта. ДД.ММ.ГГГГ в период времени с 08 часов 00 минут до 17 часов 00 минут ФИО2, в продолжение своего преступного умысла, на совершение служебного подлога, находясь на своем рабочем месте по адресу: &lt;адрес&gt;, являясь заведующей лаборатории ветеринарно-санитарной экспертизы, ветеринарным врачом КОГКУ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ФИО7 и желанием освободить её от лишних материальных затрат, а также в целях экономии своего рабочего времени и снижения рабочей нагрузки, осознавая, что ФИО7 забой КРС-телки был произведен в нарушение требований действующего законодательства, а предубойный и послеубойный осмотр принадлежащих ей животного и мяса фактически не проводился, внесла заведомо ложные сведения в ветеринарную справку формы № серии 243 № от ДД.ММ.ГГГГ, являющуюся официальным документом, о проведении ею клинического осмотра мяса животного, а также о проведении ею ветеринарно-санитарной экспертизы ДД.ММ.ГГГГ в полном объеме, а именно указала в данной справке, что ею на убойном пункте СПК «Луч» в д. &lt;адрес&gt; ДД.ММ.ГГГГ мясо говядины охлажденное, а также голова и ливер подвергнуты ветеринарно-санитарной экспертизе в полном объеме, при этом ей было достоверно известно, что указанные действия ей не производились. Таким образом, ФИО2 совершила служебный подлог, то есть внесение должностным лицом, в официальные документы заведомо ложных сведений, если эти деяния совершены из корыстной и иной личной заинтересованности (при отсутствии признаков преступления, предусмотренного ч. 1 ст. 292.1 УК РФ ), то есть преступление, предусмотренное ч. 1 ст. 292 УК РФ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Кировское областное государственное казенное учреждение «Белохолуницкая районная станция по борьбе с болезнями животных» (далее Учреждение) создано в соответствии с распоряжением Правительства Кировской области «О создании областных казенных учреждений» от 29.11.2010 № 445, располагалось по адресу: &lt;...&gt;. В соответствии с п.п.1.2,1.3, 1.6, 1.11 Устава учреждения, утвержденного 10.05.2011 начальником управления ветеринарии Кировской области (далее Устав), станция является некоммерческой организацией, учредителем и собственником имущества которой является Кировская область в лице управления ветеринарии Кировской области, самостоятельно осуществляет свою деятельность в пределах, установленных Уставом и действующим законодательством, на территории Белохолуницкого района, имеет в своем составе ветстанцию, лабораторно-диагностический отдел, лабораторию ветеринарно-санитарной экспертизы, ветеринарные пункты. Согласно п.п. 2.1.1,2.2.3,2.2.17, 2.2.20, 2.3.2. Устава целями деятельности учреждения являются: осуществление на закрепленной территории государственного и ветеринарного лечебно-профилактических работ, защита населения от болезней общих для человека и животных, организация и проведение предубойного осмотра животных, организация выдачи в установленном порядке ветеринарных свидетельств, справок и оформление иной ветеринарной документации; оказание платных ветеринарных услуг в соответствии с Правилами оказания платных ветеринарных услуг, утвержденных Постановлением Правительства Российской Федерации от 06.08.1998 № 898. В соответствии с п.п. 5.2, 5.3 Устава источниками формирования имущества и финансовых ресурсов учреждения являются, в том числе, средства областного бюджета, а также доходы, полученные от приносящей доход деятельности. На основании Положения об оплате труда работников КОГКУ «Белохолуницкая районная станция по борьбе с болезнями животных», утвержденного начальником указанного учреждения 09.12.2008, выплаты стимулирующего характера устанавливаются по решению начальника учреждения в пределах выделенных бюджетных ассигнований на оплату труда работников учреждения, а также средств от предпринимательской и иной приносящей доход деятельности. К основным показателям премирования по итогам месяца отнесено выполнение плановых показателей доходов от предпринимательской и иной приносящей доход деятельности. В соответствии с расценками на платные ветеринарные услуги, оказываемые КОГКУ «Белохолуницкая районная станция по борьбе с болезнями животных», утвержденными приказом и.о. начальника Учреждения от 13.07.2015 № 72, к платным услугам отнесены, в том числе, предубойный клинический осмотр животных, ветеринарно-санитарная экспертиза партии пищевых продуктов, оформление ветеринарно-сопроводительных документов на животных, ветеринарно-санитарная экспертиза мяса, клеймение мяса. Таким образом, выполнение Учреждением государственного задания и увеличения объема оказанных платных услуг влияет на размер начисляемой и выплачиваемой заработной платы сотрудникам КОГКУ «Белохолуницкая районная станция по борьбе с болезнями животных». В соответствии со статьей 2.3 Закона Российской Федерации от 14.05.1993 № 4979-1 «О ветеринарии» ветеринарные сопроводительные документы (ветеринарные сертификаты, ветеринарные свидетельства, ветеринарные справки) в обязательном порядке оформляются лишь на подконтрольные товары. Согласно Перечню грузов, подлежащих сопровождению ветеринарными сопроводительными документами, утвержденному Приказом Минсельхоза России от 16.11.2006 № 422, к таковым относятся, в том числе, животные, мясо и мясные продукты. В соответствии с Правилами организации работы по оформлению ветеринарных сопроводительных документов, утвержденных Приказом Минсельхоза России от 17.07.2014 № 281 (далее Правила), оформление ветеринарных сопроводительных документов осуществляется при производстве партии подконтрольного товара (исключая производство для целей личного потребления), перемещении (перевозке) подконтрольного товара при переходе права собственности на подконтрольный товар (за исключением передачи (реализации) подконтрольного товара покупателю для личного, семейного, домашнего или иного использования, не связанного с предпринимательской деятельностью). Оформление ветеринарных сопроводительных документов может производиться как на бумажном носителе, так и в электронном виде с использованием государственной информационной системы. В соответствии с п.п.1.4.,1.5,2.1 Правил ветеринарного осмотра убойных животных и ветеринарно-санитарной экспертизы мяса и мясных продуктов, утвержденных Минсельхозом СССР 27.12.1983 животные, отправляемые для убоя, подлежат в хозяйстве-поставщике ветеринарному осмотру с выборочной термометрией по усмотрению ветеринарного врача (фельдшера); на них составляют опись с указанием вида животных и номера бирки (тавра), а для животных из промышленных животноводческих комплексов указывают и номер секции откорма. На каждую партию животных, направляемых для убоя, выдают ветеринарное свидетельство (или справку) в установленном ветеринарным законодательством порядке, с обязательным указанием всех сведений, предусмотренных формой свидетельства, в том числе сведений о благополучии животных и местах их выхода по заразным болезням. К партии относятся животные одного вида, одновременно отправляемые из одного хозяйства (фермы), по одному ветеринарному свидетельству (ветеринарной справке). Мясо и другие продукты убоя животных всех категорий хозяйств подлежат обязательной послеубойной ветеринарно-санитарной экспертизе, которую проводит ветеринарный врач. Согласно Правилам на убой допускается только здоровое животное при наличии выданной в соответствии с установленными требованиями ветеринарной справки. В соответствии с Правилами в области ветеринарии при убое животных и первичной переработке мяса и иных продуктов убоя непромышленного изготовления на убойных пунктах средней и малой мощности, утвержденных Приказом Минсельхоза России от 12.03.2014 № 72, предубойный ветеринарный осмотр убойных животных, проведение ветеринарно-санитарной экспертизы туш и иных продуктов убоя, ветеринарное клеймение туш и иных продуктов убоя, полученных от этих животных осуществляется государственными ветеринарными специалистами только на убойных пунктах. По результатам проведенных мероприятий ветеринарными врачами производится выдача и оформление ветеринарных сопроводительных документов. Таким образом, выдача государственными ветеринарными специалистами ветеринарных сертификатов, ветеринарных свидетельств, ветеринарных справок на живых свиней и крупный рогатый скот, свежее или охлажденное мясо крупного рогатого скота, свежую или охлажденную свинину при их производстве, перемещении (перевозке), реализации является обязательной. В соответствии со статьей 5 Федерального закона от 29.12.1994 № 77-ФЗ «Об обязательном экземпляре документов» официальные документы - документы, принятые органами законодательной, исполнительной и судебной власти, носящие обязательный, рекомендательный или информационный характер. В соответствии с п.7 Правил организации работы по оформлению ветеринарных сопроводительных документов, утвержденных Приказом Минсельхоза России от 17.07.2014 № 281, формы ветеринарных сертификатов, ветеринарных свидетельств и ветеринарных справок являются бланками строгой отчетности, их форма утверждена Минсельхозом России, они предоставляют гражданам право на дальнейшую транспортировку животного для убоя в пределах определенного района, с последующей реализацией продуктов животноводства и обязанность надзорно-контролирующих органов предоставить право владельцам данных справок на транспортирование и реализацию продуктов животноводства. Таким образом, ветеринарные справки формы №4, утвержденные Приказом Минсельхоза России от 17.07.2014 №281, выдаваемые государственными ветеринарными специалистами при производстве, обороте, а также перевозке подконтрольных товаров в пределах района, являются официальными документами. Согласно ст. Закона Российской Федерации от 14.05.1993 № 4979-1 «О ветеринарии» владельцы животных и производители продуктов животноводства обязаны соблюдать установленные ветеринарно-санитарные правила перевозки и убоя животных, переработки, хранения и реализации продуктов животноводства. В соответствии с п.п.11,12,13 Ветеринарно-санитарных правил внутрихозяйственного убоя скота на мясо, утвержденных Минсельхоза СССР от 16.08.1971, убой скота, принадлежащего гражданам, проживающим в населенных пунктах, расположенных в зоне деятельности убойных пунктов, должен производиться на этих предприятиях. Скотоубойный пункт обслуживается ветеринарным врачом или фельдшером, который несет ответственность за выпуск с пункта доброкачественного мяса и мясопродуктов. Всех животных, поступающих для убоя на скотоубойный пункт, подвергают ветеринарному осмотру с обязательной термометрией и допускают к убою после разрешения ветеринарного персонала, обслуживающего данный пункт. Туши, внутренние органы и другие мясопродукты подвергают обязательному ветеринарному осмотру согласно действующим Правилам ветеринарного осмотра убойных животных и ветеринарно-санитарной экспертизы мяса и мясных продуктов. В соответствии с приказом начальника Учреждения № 7-к от 18.03.2014 в КОГКУ «Белохолуницкая районная станция по борьбе с болезнями животных» на должность заведующей лаборатории ветеринарно-санитарной экспертизы, ветеринарного врача Учреждения принята ФИО2 В соответствии с трудовым договором № от ДД.ММ.ГГГГ, заключенным между начальником Учреждения и ФИО2, а также должностной инструкцией последняя была обязана, в частности, проводить ветеринарный осмотр и ветеринарно-санитарную экспертизу подконтрольной продукции для установления ее безопасности в ветеринарно-санитарном отношении; выдавать ветеринарные заключения или свидетельства, удостоверяющие безопасность употребления в пищу продукции; использовать по назначению бланки строгой отчетности. Таким образом, ФИО2, являясь с ДД.ММ.ГГГГ заведующей лаборатории ветеринарно-санитарной экспертизы КОГКУ «&lt;адрес&gt; станция по борьбе с болезнями животных», ветеринарным врачом, фактически осуществляла деятельность, связанную с государственным ветеринарным надзором, то есть была наделена организационно-распорядительными функциями, являлась должностным лицом. ДД.ММ.ГГГГ в период с 08 часов 00 минут до 17 часов 00 минут к ФИО2, находившейся на рабочем месте в помещении КОГКУ «&lt;адрес&gt; станция по борьбе с болезнями животных», расположенном по адресу: &lt;адрес&gt;, обратился ФИО8, который пояснил, что осуществил забой принадлежащего ему животного – КРС - бычка вне убойного пункта, и ему необходимы ветеринарно-сопроводительные документы для реализации мяса и мясопродуктов. Непосредственно после этого ФИО2 ДД.ММ.ГГГГ в период времени с 08 часов 00 минут до 17 часов 00 минут, находясь на своем рабочем месте по указанному адресу, являясь заведующей лаборатории ветеринарно-санитарной экспертизы, ветеринарным врачом КОГКУ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ФИО8 и желанием освободить его от лишних материальных затрат, а также в целях экономии своего рабочего времени и снижения рабочей нагрузки, осознавая, что клинический осмотр животного ею не проводился, выдала ФИО8, ветеринарную справку формы № серия 243 № от ДД.ММ.ГГГГ, являющуюся официальным документом, предоставляющую право на транспортировку животного к убойному пункту, в которой указала заведомо ложные сведения о том, что ею проведен клинический осмотр животного – одной головы КРС бычка, принадлежащего ФИО8, которое является здоровым и направляется автотранспортом из д. Ракалово в д. &lt;адрес&gt; на убойный пункт СХПК им. Кирова для убоя, при этом ей было заведомо известно, что осмотр животного ею не проводился, и забой животного уже произведен ФИО8 вне убойного пункта. ДД.ММ.ГГГГ в период времени с 08 часов 00 минут до 17 часов 00 минут ФИО2, в продолжение своего преступного умысла, на совершение служебного подлога, находясь на своем рабочем месте по адресу: &lt;адрес&gt;, являясь заведующей лаборатории ветеринарно-санитарной экспертизы, ветеринарным врачом КОГКУ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ФИО8 и желанием освободить его от лишних материальных затрат, а также в целях экономии своего рабочего времени и снижения рабочей нагрузки, осознавая, что ФИО8 забой КРС- бычка был произведен в нарушение требований действующего законодательства, а предубойный и послеубойный осмотр принадлежащих ему животного и мяса фактически не проводился, внесла заведомо ложные сведения в ветеринарную справку формы № серии 243 № от ДД.ММ.ГГГГ, являющуюся официальным документом, о проведении ею клинического осмотра мяса животного, а также о проведении ею ветеринарно-санитарной экспертизы ДД.ММ.ГГГГ в полном объеме, а именно указала в данной справке, что ею на убойном пункте СХПК им. Кирова в д. &lt;адрес&gt; ДД.ММ.ГГГГ мясо говядины охлажденное, а также голова и ливер подвергнуты ветеринарно-санитарной экспертизе в полном объеме, при этом ей было достоверно известно, что указанные действия ей не производились. Таким образом, ФИО2 совершила служебный подлог, то есть внесение должностным лицом, в официальные документы заведомо ложных сведений, если эти деяния совершены из корыстной и иной личной заинтересованности (при отсутствии признаков преступления, предусмотренного ч. 1 ст. 292.1 УК РФ ), то есть преступление, предусмотренное ч. 1 ст. 292 УК РФ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Кировское областное государственное казенное учреждение «Белохолуницкая районная станция по борьбе с болезнями животных» (сокращенное наименование КОГКУ «Белохолуницкая райСББЖ», далее Учреждение) создано в соответствии с распоряжением Правительства Кировской области «О создании областных казенных учреждений» от 29.11.2010 № 445. В соответствии с распоряжением Правительства Кировской области «О создании бюджетных учреждений путем изменения типа существующих Кировских областных государственных казенных учреждений ветеринарии» от 11.11.2015 №441, Учреждение переименовано на Кировское областное государственное бюджетное учреждение «Белохолуницкая районная станция по борьбе с болезнями животных» (сокращенное наименование КОГБУ «Белохолуницкая райСББЖ», далее Учреждение). Соответствующие изменения в наименовании зарегистрированы в Едином государственном реестре юридических лиц 25.01.2016. Таким образом, с момента государственной регистрации изменений типа Учреждения, т.е. с 25.01.2016, наименование Учреждения - КОГБУ «Белохолуницкая районная станция по борьбе с болезнями животных». Учреждение имеет юридический адрес, по которому фактически и располагается: &lt;...&gt;. В соответствии с п.п. 1.2, 1.3, 1.12, 1.13 Устава учреждения, утвержденного 24.12.2015, зарегистрированного 11.01.2016, начальником управления ветеринарии Кировской области (далее Устав), Учреждение является некоммерческой организацией, учредителем и собственником имущества которой является Кировская область в лице управления ветеринарии Кировской области, самостоятельно осуществляет свою деятельность в пределах, установленных Уставом и действующим законодательством, на территории Белохолуницкого района, имеет в своем составе лабораторно-диагностический отдел, лабораторию ветсанэкспертизы, ветпункты. Согласно п.п.2.2.1,2.2.2,2.6.2,2.6.5,2.6.10,2.7.2. Устава целями деятельности учреждения является обеспечение эпизоотического и ветеринарно-санитарного благополучия на закрепленной территории, защиту населения от болезней общих для человека и животных, проводит ветеринарно-санитарную экспертизу мяса, мясных и других продуктов убоя (промысла) животных в целях определения их пригодности к использованию для пищевых целей, оформляет и выдает в установленном законом порядке ветеринарные сопроводительные документы и иную ветеринарную документацию, проводит экспертизы по видам деятельности, отнесенным к компетенции Учреждения, оказывает платные ветеринарные услуги в соответствии с Правилами оказания платных ветеринарных услуг, утвержденных Постановлением Правительства Российской Федерации от 06.08.1998 № 898, В соответствии с п. 3.7 Устава источниками формирования имущества и финансовых ресурсов учреждения являются, в том числе, средства областного бюджета, а также доходы, полученные от приносящей доход деятельности. На основании Положения об оплате труда работников КОГБУ «Белохолуницкая районная станция по борьбе с болезнями животных», утвержденного начальником указанного учреждения 25.01.2016, выплаты стимулирующего характера устанавливаются по решению начальника учреждения в пределах выделенных бюджетных ассигнований на оплату труда работников учреждения, а также средств от предпринимательской и иной приносящей доход деятельности. К основным показателям премирования по итогам месяца отнесено выполнение плановых показателей доходов от предпринимательской и иной приносящей доход деятельности. В соответствии с расценками на платные ветеринарные услуги, оказываемые КОГБУ «Белохолуницкая районная станция по борьбе с болезнями животных», утвержденными приказом начальника Учреждения от 25.01.2016 № 59/3, к платным услугам отнесены, в том числе, предубойный клинический осмотр животных, ветеринарно-санитарная экспертиза партии пищевых продуктов, оформление ветеринарно-сопроводительных документов на животных, ветеринарно-санитарная экспертиза мяса, клеймение мяса. Таким образом, выполнение Учреждением государственного задания и увеличения объема оказанных платных услуг влияет на размер начисляемой и выплачиваемой заработной платы сотрудникам КОГБУ «Белохолуницкая районная станция по борьбе с болезнями животных». В соответствии со статьей 2.3 Закона Российской Федерации от 14.05.1993 № 4979-1 «О ветеринарии» ветеринарные сопроводительные документы (ветеринарные сертификаты, ветеринарные свидетельства, ветеринарные справки) в обязательном порядке оформляются лишь на подконтрольные товары. Согласно Приказу Минсельхоза России от 17.07.2014 N 281"Об утверждении Правил организации работы по оформлению ветеринарных сопроводительных документов и Порядка оформления ветеринарных сопроводительных документов в электронном виде" ветеринарные сопроводительные документы (ветеринарные сертификаты, ветеринарные свидетельства, ветеринарные справки), характеризующие территориальное и видовое происхождение, ветеринарно-санитарное состояние сопровождаемого подконтрольного товара, эпизоотическое состояние места его выхода и позволяющие идентифицировать подконтрольный товар, оформляются на подконтрольные товары, включенные в Единый перечень товаров, подлежащих ветеринарному контролю (надзору), утвержденный решением Комиссии Таможенного союза от 18.06.2010 №317 «О применении ветеринарно-санитарных мер в Таможенном союзе», в том числе на живых животных, мясо, мясопродукты. В соответствии с Правилами организации работы по оформлению ветеринарных сопроводительных документов, утвержденных Приказом Минсельхоза России от 17.07.2014 №281 (далее Правила), оформление ветеринарных сопроводительных документов осуществляется при производстве партии подконтрольного товара (исключая производство для целей личного потребления), перемещении (перевозке) подконтрольного товара при переходе права собственности на подконтрольный товар (за исключением передачи (реализации) подконтрольного товара покупателю для личного, семейного, домашнего или иного использования, не связанного с предпринимательской деятельностью). Оформление ветеринарных сопроводительных документов может производиться как на бумажном носителе, так и в электронном виде с использованием государственной информационной системы. В соответствии с п.п. 1.4., 1.5, 2.1 Правил ветеринарного осмотра убойных животных и ветеринарно-санитарной экспертизы мяса и мясных продуктов, утвержденных Минсельхозом СССР 27.12.1983 животные, отправляемые для убоя, подлежат в хозяйстве-поставщике ветеринарному осмотру с выборочной термометрией по усмотрению ветеринарного врача (фельдшера); на них составляют опись с указанием вида животных и номера бирки (тавра), а для животных из промышленных животноводческих комплексов указывают и номер секции откорма. На каждую партию животных, направляемых для убоя, выдают ветеринарное свидетельство (или справку) в установленном ветеринарным законодательством порядке, с обязательным указанием всех сведений, предусмотренных формой свидетельства, в том числе сведений о благополучии животных и местах их выхода по заразным болезням. К партии относятся животные одного вида, одновременно отправляемые из одного хозяйства (фермы), по одному ветеринарному свидетельству (ветеринарной справке). Мясо и другие продукты убоя животных всех категорий хозяйств подлежат обязательной послеубойной ветеринарно-санитарной экспертизе, которую проводит ветеринарный врач. Согласно Правилам на убой допускается только здоровое животное при наличии выданной в соответствии с установленными требованиями ветеринарной справки. В соответствии с Правилами в области ветеринарии при убое животных и первичной переработке мяса и иных продуктов убоя непромышленного изготовления на убойных пунктах средней и малой мощности, утвержденными Приказом Минсельхоза России от 12.03.2014 № 72, предубойный ветеринарный осмотр убойных животных, проведение ветеринарно-санитарной экспертизы туш и иных продуктов убоя, ветеринарное клеймение туш и иных продуктов убоя, полученных от этих животных осуществляется государственными ветеринарными специалистами только на убойных пунктах. По результатам проведенных мероприятий ветеринарными врачами производится выдача и оформление ветеринарных сопроводительных документов. Таким образом, выдача государственными ветеринарными специалистами ветеринарных сертификатов, ветеринарных свидетельств, ветеринарных справок на живых свиней и крупный рогатый скот, свежее или охлажденное мясо крупного рогатого скота, свежую или охлажденную свинину при их производстве, перемещении (перевозке), реализации является обязательной. В соответствии со статьей 5 Федерального закона от 29.12.1994 № 77-ФЗ «Об обязательном экземпляре документов» официальные документы - документы, принятые органами законодательной, исполнительной и судебной власти, носящие обязательный, рекомендательный или информационный характер. В соответствии с п. 7 Правил организации работы по оформлению ветеринарных сопроводительных документов, утвержденных Приказом Минсельхоза России от 17.07.2014 № 281, формы ветеринарных сертификатов, ветеринарных свидетельств и ветеринарных справок являются бланками строгой отчетности, их форма утверждена Минсельхозом России, они предоставляют гражданам право на дальнейшую транспортировку животного для убоя в пределах определенного района, с последующей реализацией продуктов животноводства и обязанность надзорно-контролирующих органов предоставить право владельцам данных справок на транспортирование и реализацию продуктов животноводства. Таким образом, ветеринарные справки формы № 4, утвержденные Приказом Минсельхоза России от 17.07.2014 № 281, выдаваемые государственными ветеринарными специалистами при производстве, обороте, а также перевозке подконтрольных товаров в пределах района, являются официальными документами. Согласно ст. Закона Российской Федерации от 14.05.1993 № 4979-1 «О ветеринарии» владельцы животных и производители продуктов животноводства обязаны соблюдать установленные ветеринарно-санитарные правила перевозки и убоя животных, переработки, хранения и реализации продуктов животноводства. В соответствии с п.п.11,12,13 Ветеринарно-санитарных правил внутрихозяйственного убоя скота на мясо, утвержденных Минсельхоза СССР от 16.08.1971, убой скота, принадлежащего гражданам, проживающим в населенных пунктах, расположенных в зоне деятельности убойных пунктов, должен производиться на этих предприятиях. Скотоубойный пункт обслуживается ветеринарным врачом или фельдшером, который несет ответственность за выпуск с пункта доброкачественного мяса и мясопродуктов. Всех животных, поступающих для убоя на скотоубойный пункт, подвергают ветеринарному осмотру с обязательной термометрией и допускают к убою после разрешения ветеринарного персонала, обслуживающего данный пункт. Туши, внутренние органы и другие мясопродукты подвергают обязательному ветеринарному осмотру согласно действующим Правилам ветеринарного осмотра убойных животных и ветеринарно-санитарной экспертизы мяса и мясных продуктов. В соответствии с приказом начальника Учреждения № 7-к от 18.03.2014 в КОГКУ «Белохолуницкая районная станция по борьбе с болезнями животных» на должность заведующей лаборатории ветеринарно-санитарной экспертизы, ветеринарного врача Учреждения принята ФИО2 В соответствии с трудовым договором № 62 от 18.03.2014, заключенным между начальником Учреждения и ФИО2, а также должностной инструкцией последняя была обязана, в частности, проводить ветеринарный осмотр и ветеринарно-санитарную экспертизу подконтрольной продукции для установления ее безопасности в ветеринарно-санитарном отношении; выдавать ветеринарные заключения или свидетельства, удостоверяющие безопасность употребления в пищу продукции; использовать по назначению бланки строгой отчетности. Таким образом, ФИО2, являясь с ДД.ММ.ГГГГ заведующей лаборатории ветеринарно-санитарной экспертизы КОГКУ (а с ДД.ММ.ГГГГ КОГБУ) «&lt;адрес&gt; станция по борьбе с болезнями животных», ветеринарным врачом, фактически осуществляла деятельность, связанную с государственным ветеринарным надзором, то есть была наделена организационно-распорядительными функциями, являлась должностным лицом. ДД.ММ.ГГГГ в период с 08 часов 00 минут до 17 часов 00 минут к ФИО2, находившейся на рабочем месте в помещении КОГБУ «&lt;адрес&gt; станция по борьбе с болезнями животных», расположенном по адресу: &lt;адрес&gt;, обратился ФИО9, который пояснил, что осуществил забой принадлежащего ему животного КРС - бычка вне убойного пункта, и ему необходимы ветеринарно-сопроводительные документы для реализации мяса и мясопродуктов. Непосредственно после этого ФИО2 ДД.ММ.ГГГГ в период времени с 08 часов 00 минут до 17 часов 00 минут, находясь на своем рабочем месте по указанному адресу, являясь заведующей лаборатории ветеринарно-санитарной экспертизы, ветеринарным врачом КОГБУ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ФИО9 и желанием освободить его от лишних материальных затрат, а также в целях экономии своего рабочего времени и снижения рабочей нагрузки, осознавая, что клинический осмотр животного ею не проводился, выдала ФИО9, ветеринарную справку формы № серия 243 № от ДД.ММ.ГГГГ, являющуюся официальным документом, предоставляющую право на транспортировку животного к убойному пункту, в которой указала заведомо ложные сведения о том, что ею проведен клинический осмотр животного – одной головы КРС-бычка, принадлежащего ФИО9, которое является здоровым и направляется автотранспортом из д. Быданово в д. &lt;адрес&gt; на убойный пункт СПК «Луч» для убоя, при этом ей было заведомо известно, что осмотр животного ею не проводился, и забой животного уже произведен ФИО9 вне убойного пункта. ДД.ММ.ГГГГ в период времени с 08 часов 00 минут до 17 часов 00 минут ФИО2, в продолжение своего преступного умысла, на совершение служебного подлога, находясь на своем рабочем месте по адресу: &lt;адрес&gt;, являясь заведующей лаборатории ветеринарно-санитарной экспертизы, ветеринарным врачом КОГБУ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ФИО9 и желанием освободить его от лишних материальных затрат, а также в целях экономии своего рабочего времени и снижения рабочей нагрузки, осознавая, что ФИО9 забой КРС - бычка был произведен в нарушение требований действующего законодательства, а предубойный и послеубойный осмотр принадлежащих ему животного и мяса фактически не проводился, внесла заведомо ложные сведения в ветеринарную справку формы № серии 243 № от ДД.ММ.ГГГГ, являющуюся официальным документом, о проведении ею клинического осмотра мяса животного, а также о проведении ею ветеринарно-санитарной экспертизы ДД.ММ.ГГГГ в полном объеме, а именно указала в данной справке, что ею на убойном пункте СПК «Луч» в д. &lt;адрес&gt; ДД.ММ.ГГГГ мясо говядины охлажденное, а также голова и ливер подвергнуты ветеринарно-санитарной экспертизе в полном объеме, при этом ей было достоверно известно, что указанные действия ей не производились. Таким образом, ФИО2 совершила служебный подлог, то есть внесение должностным лицом, в официальные документы заведомо ложных сведений, если эти деяния совершены из корыстной и иной личной заинтересованности (при отсутствии признаков преступления, предусмотренного ч. 1 ст. 292.1 УК РФ ), то есть преступление, предусмотренное ч. 1 ст. 292 УК РФ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Кировское областное государственное казенное учреждение «Белохолуницкая районная станция по борьбе с болезнями животных» (сокращенное наименование КОГКУ «Белохолуницкая райСББЖ», далее Учреждение) создано в соответствии с распоряжением Правительства Кировской области «О создании областных казенных учреждений» от 29.11.2010 № 445. В соответствии с распоряжением Правительства Кировской области «О создании бюджетных учреждений путем изменения типа существующих Кировских областных государственных казенных учреждений ветеринарии» от 11.11.2015 №441, Учреждение переименовано на Кировское областное государственное бюджетное учреждение «Белохолуницкая районная станция по борьбе с болезнями животных» (сокращенное наименование КОГБУ «Белохолуницкая райСББЖ», далее Учреждение). Соответствующие изменения в наименовании зарегистрированы в Едином государственном реестре юридических лиц 25.01.2016. Таким образом, с момента государственной регистрации изменений типа Учреждения, т.е. с 25.01.2016, наименование Учреждения - КОГБУ «Белохолуницкая районная станция по борьбе с болезнями животных». Учреждение имеет юридический адрес, по которому фактически и располагается: &lt;...&gt;. В соответствии с п.п.1.2,1.3,1.12,1.13 Устава учреждения, утвержденного 24.12.2015. зарегистрированного 11.01.2016, начальником управления ветеринарии Кировской области (далее Устав), Учреждение является некоммерческой организацией, учредителем и собственником имущества которой является Кировская область в лице управления ветеринарии Кировской области, самостоятельно осуществляет свою деятельность в пределах, установленных Уставом и действующим законодательством, на территории Белохолуницкого района, имеет в своем составе лабораторно-диагностический отдел, лабораторию ветсанэкспертизы, ветпункты. Согласно п.п. 2.2.1, 2.2.2, 2.6.2, 2.6.5, 2.6.10, 2.7.2., Устава целями деятельности учреждения является обеспечение эпизоотического и ветеринарно-санитарного благополучия на закрепленной территории, защиту населения от болезней общих для человека и животных, проводит ветеринарно-санитарную экспертизу мяса, мясных и других продуктов убоя (промысла) животных в целях определения их пригодности к использованию для пищевых целей, оформляет и выдает в установленном законом порядке ветеринарные сопроводительные документы и иную ветеринарную документацию, проводит экспертизы по видам деятельности, отнесенным к компетенции Учреждения, оказывает платные ветеринарные услуги в соответствии с Правилами оказания платных ветеринарных услуг, утвержденных Постановлением Правительства Российской Федерации от 06.08.1998 № 898, В соответствии с п. 3.7 Устава источниками формирования имущества и финансовых ресурсов учреждения являются, в том числе, средства областного бюджета, а также доходы, полученные от приносящей доход деятельности. На основании Положения об оплате труда работников КОГБУ «Белохолуницкая районная станция по борьбе с болезнями животных», утвержденного начальником указанного учреждения 25.01.2016, выплаты стимулирующего характера устанавливаются по решению начальника учреждения в пределах выделенных бюджетных ассигнований на оплату труда работников учреждения, а также средств от предпринимательской и иной приносящей доход деятельности. К основным показателям премирования по итогам месяца отнесено выполнение плановых показателей доходов от предпринимательской и иной приносящей доход деятельности. В соответствии с расценками на платные ветеринарные услуги, оказываемые КОГБУ «Белохолуницкая районная станция по борьбе с болезнями животных», утвержденными приказом начальника Учреждения от 25.01.2016 № 59/3, к платным услугам отнесены, в том числе, предубойный клинический осмотр животных, ветеринарно-санитарная экспертиза партии пищевых продуктов, оформление ветеринарно-сопроводительных документов на животных, ветеринарно-санитарная экспертиза мяса, клеймение мяса. Таким образом, выполнение Учреждением государственного задания и увеличения объема оказанных платных услуг влияет на размер начисляемой и выплачиваемой заработной платы сотрудникам КОГБУ «Белохолуницкая районная станция по борьбе с болезнями животных». В соответствии со статьей 2.3 Закона Российской Федерации от 14.05.1993 №4979-1 «О ветеринарии» ветеринарные сопроводительные документы (ветеринарные сертификаты, ветеринарные свидетельства, ветеринарные справки) в обязательном порядке оформляются лишь на подконтрольные товары. Согласно Приказу Минсельхоза России от 17.07.2014 №281 «Об утверждении Правил организации работы по оформлению ветеринарных сопроводительных документов и Порядка оформления ветеринарных сопроводительных документов в электронном виде» ветеринарные сопроводительные документы (ветеринарные сертификаты, ветеринарные свидетельства, ветеринарные справки), характеризующие территориальное и видовое происхождение, ветеринарно-санитарное состояние сопровождаемого подконтрольного товара, эпизоотическое состояние места его выхода и позволяющие идентифицировать подконтрольный товар, оформляются на подконтрольные товары, включенные в Единый перечень товаров, подлежащих ветеринарному контролю (надзору), утвержденный решением Комиссии Таможенного союза от 18.06.2010 №317 «О применении ветеринарно-санитарных мер в Таможенном союзе», в том числе на живых животных, мясо, мясопродукты. В соответствии с Правилами организации работы по оформлению ветеринарных сопроводительных документов, утвержденных Приказом Минсельхоза России от 17.07.2014 № 281 (далее Правила), оформление ветеринарных сопроводительных документов осуществляется при производстве партии подконтрольного товара (исключая производство для целей личного потребления), перемещении (перевозке) подконтрольного товара при переходе права собственности на подконтрольный товар (за исключением передачи (реализации) подконтрольного товара покупателю для личного, семейного, домашнего или иного использования, не связанного с предпринимательской деятельностью). Оформление ветеринарных сопроводительных документов может производиться как на бумажном носителе, так и в электронном виде с использованием государственной информационной системы. В соответствии с п.п.1.4.,1.5, 2.1 Правил ветеринарного осмотра убойных животных и ветеринарно-санитарной экспертизы мяса и мясных продуктов, утвержденных Минсельхозом СССР 27.12.1983 животные, отправляемые для убоя, подлежат в хозяйстве-поставщике ветеринарному осмотру с выборочной термометрией по усмотрению ветеринарного врача (фельдшера); на них составляют опись с указанием вида животных и номера бирки (тавра), а для животных из промышленных животноводческих комплексов указывают и номер секции откорма. На каждую партию животных, направляемых для убоя, выдают ветеринарное свидетельство (или справку) в установленном ветеринарным законодательством порядке, с обязательным указанием всех сведений, предусмотренных формой свидетельства, в том числе сведений о благополучии животных и местах их выхода по заразным болезням. К партии относятся животные одного вида, одновременно отправляемые из одного хозяйства (фермы), по одному ветеринарному свидетельству (ветеринарной справке). Мясо и другие продукты убоя животных всех категорий хозяйств подлежат обязательной послеубойной ветеринарно-санитарной экспертизе, которую проводит ветеринарный врач. Согласно Правилам на убой допускается только здоровое животное при наличии выданной в соответствии с установленными требованиями ветеринарной справки. В соответствии с Правилами в области ветеринарии при убое животных и первичной переработке мяса и иных продуктов убоя непромышленного изготовления на убойных пунктах средней и малой мощности, утвержденными Приказом Минсельхоза России от 12.03.2014 №72, предубойный ветеринарный осмотр убойных животных, проведение ветеринарно-санитарной экспертизы туш и иных продуктов убоя, ветеринарное клеймение туш и иных продуктов убоя, полученных от этих животных осуществляется государственными ветеринарными специалистами только на убойных пунктах. По результатам проведенных мероприятий ветеринарными врачами производится выдача и оформление ветеринарных сопроводительных документов. Таким образом, выдача государственными ветеринарными специалистами ветеринарных сертификатов, ветеринарных свидетельств, ветеринарных справок на живых свиней и крупный рогатый скот, свежее или охлажденное мясо крупного рогатого скота, свежую или охлажденную свинину при их производстве, перемещении (перевозке), реализации является обязательной. В соответствии со статьей 5 Федерального закона от 29.12.1994 № 77-ФЗ «Об обязательном экземпляре документов» официальные документы - документы, принятые органами законодательной, исполнительной и судебной власти, носящие обязательный, рекомендательный или информационный характер. В соответствии с п.7 Правил организации работы по оформлению ветеринарных сопроводительных документов, утвержденных Приказом Минсельхоза России от 17.07.2014 №281, формы ветеринарных сертификатов, ветеринарных свидетельств и ветеринарных справок являются бланками строгой отчетности, их форма утверждена Минсельхозом России, они предоставляют гражданам право на дальнейшую транспортировку животного для убоя в пределах определенного района, с последующей реализацией продуктов животноводства и обязанность надзорно-контролирующих органов предоставить право владельцам данных справок на транспортирование и реализацию продуктов животноводства. Таким образом, ветеринарные справки формы №4, утвержденные Приказом Минсельхоза России от 17.07.2014 №281, выдаваемые государственными ветеринарными специалистами при производстве, обороте, а также перевозке подконтрольных товаров в пределах района, являются официальными документами. Согласно ст. Закона Российской Федерации от 14.05.1993 № 4979-1 «О ветеринарии» владельцы животных и производители продуктов животноводства обязаны соблюдать установленные ветеринарно-санитарные правила перевозки и убоя животных, переработки, хранения и реализации продуктов животноводства. В соответствии с п.п.11,12,13 Ветеринарно-санитарных правил внутрихозяйственного убоя скота на мясо, утвержденных Минсельхоза СССР от 16.08.1971, убой скота, принадлежащего гражданам, проживающим в населенных пунктах, расположенных в зоне деятельности убойных пунктов, должен производиться на этих предприятиях. Скотоубойный пункт обслуживается ветеринарным врачом или фельдшером, который несет ответственность за выпуск с пункта доброкачественного мяса и мясопродуктов. Всех животных, поступающих для убоя на скотоубойный пункт, подвергают ветеринарному осмотру с обязательной термометрией и допускают к убою после разрешения ветеринарного персонала, обслуживающего данный пункт. Туши, внутренние органы и другие мясопродукты подвергают обязательному ветеринарному осмотру согласно действующим Правилам ветеринарного осмотра убойных животных и ветеринарно-санитарной экспертизы мяса и мясных продуктов. В соответствии с приказом начальника Учреждения № 7-к от 18.03.2014 в КОГКУ «Белохолуницкая районная станция по борьбе с болезнями животных» на должность заведующей лаборатории ветеринарно-санитарной экспертизы, ветеринарного врача Учреждения принята ФИО2 В соответствии с трудовым договором № 62 от 18.03.2014, заключенным между начальником Учреждения и ФИО2, а также должностной инструкцией последняя была обязана, в частности, проводить ветеринарный осмотр и ветеринарно-санитарную экспертизу подконтрольной продукции для установления ее безопасности в ветеринарно-санитарном отношении; выдавать ветеринарные заключения или свидетельства, удостоверяющие безопасность употребления в пищу продукции; использовать по назначению бланки строгой отчетности. Таким образом, ФИО2, являясь с ДД.ММ.ГГГГ заведующей лаборатории ветеринарно-санитарной экспертизы КОГКУ (а с ДД.ММ.ГГГГ КОГБУ) «&lt;адрес&gt; станция по борьбе с болезнями животных», ветеринарным врачом, фактически осуществляла деятельность, связанную с государственным ветеринарным надзором, то есть была наделена организационно-распорядительными функциями, являлась должностным лицом. ДД.ММ.ГГГГ в период с 08 часов 00 минут до 17 часов 00 минут к ФИО2, находившейся на рабочем месте в помещении КОГБУ «&lt;адрес&gt; станция по борьбе с болезнями животных», расположенном по адресу: &lt;адрес&gt;, обратилась ФИО7, которая пояснила, что осуществила забой принадлежащего ей животного КРС - быка вне убойного пункта, и ей необходимы ветеринарно-сопроводительные документы для реализации мяса и мясопродуктов Непосредственно после этого ФИО2 ДД.ММ.ГГГГ в период времени с 08 часов 00 минут до 17 часов 00 минут, находясь на своем рабочем месте по указанному адресу, являясь заведующей лаборатории ветеринарно-санитарной экспертизы, ветеринарным врачом КОГБУ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ФИО7 и желанием освободить её от лишних материальных затрат, а также в целях экономии своего рабочего времени и снижения рабочей нагрузки, осознавая, что клинический осмотр животного ею не проводился, выдала ФИО7 ветеринарную справку формы № серия 243 № от ДД.ММ.ГГГГ, являющуюся официальным документом, предоставляющую право на транспортировку животного к убойному пункту, в которой указала заведомо ложные сведения о том, что ею проведен клинический осмотр животного – одной головы КРС - быка, принадлежащего ФИО7, которое является здоровым и направляется автотранспортом из &lt;адрес&gt; в д. &lt;адрес&gt; на убойный пункт СПК «Луч» для убоя, при этом ей было заведомо известно, что осмотр животного ею не проводился, и забой животного уже произведен ФИО7 вне убойного пункта. ДД.ММ.ГГГГ в период времени с 08 часов 00 минут до 17 часов 00 минут ФИО2, в продолжение своего преступного умысла, на совершение служебного подлога, находясь на своем рабочем месте по адресу: &lt;адрес&gt;, являясь заведующей лаборатории ветеринарно-санитарной экспертизы, ветеринарным врачом КОГБУ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ФИО7 и желанием освободить её от лишних материальных затрат, а также в целях экономии своего рабочего времени и снижения рабочей нагрузки, осознавая, что ФИО7 забой КРС - быка был произведен в нарушение требований действующего законодательства, а предубойный и послеубойный осмотр принадлежащих ей животного и мяса фактически не проводился, внесла заведомо ложные сведения в ветеринарную справку формы № серии 243 № от ДД.ММ.ГГГГ, являющуюся официальным документом, о проведении ею клинического осмотра мяса животного, а также о проведении ею ветеринарно-санитарной экспертизы ДД.ММ.ГГГГ в полном объеме, а именно указала в данной справке, что ею на убойном пункте СПК «Луч» в д. &lt;адрес&gt; ДД.ММ.ГГГГ мясо говядины охлажденное, а также голова и ливер подвергнуты ветеринарно-санитарной экспертизе в полном объеме, при этом ей было достоверно известно, что указанные действия ей не производились. Таким образом, ФИО2 совершила служебный подлог, то есть внесение должностным лицом, в официальные документы заведомо ложных сведений, если эти деяния совершены из корыстной и иной личной заинтересованности (при отсутствии признаков преступления, предусмотренного ч. 1 ст. 292.1 УК РФ ), то есть преступление, предусмотренное ч. 1 ст. 292 УК РФ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Кировское областное государственное казенное учреждение «Белохолуницкая районная станция по борьбе с болезнями животных» (сокращенное наименование КОГКУ «Белохолуницкая райСББЖ», далее Учреждение) создано в соответствии с распоряжением Правительства Кировской области «О создании областных казенных учреждений» от 29.11.2010 № 445. В соответствии с распоряжением Правительства Кировской области «О создании бюджетных учреждений путем изменения типа существующих Кировских областных государственных казенных учреждений ветеринарии» от 11.11.2015 №441, Учреждение переименовано на Кировское областное государственное бюджетное учреждение «Белохолуницкая районная станция по борьбе с болезнями животных» (сокращенное наименование КОГБУ «Белохолуницкая райСББЖ», далее Учреждение). Соответствующие изменения в наименовании зарегистрированы в Едином государственном реестре юридических лиц 25.01.2016. Таким образом, с момента государственной регистрации изменений типа Учреждения, т.е. с 25.01.2016, наименование Учреждения - КОГБУ «Белохолуницкая районная станция по борьбе с болезнями животных». Учреждение имеет юридический адрес, по которому фактически и располагается: &lt;...&gt;. В соответствии с п.п.1.2,1.3,1.12,1.13 Устава учреждения, утвержденного 24.12.2015, зарегистрированного 11.01.2016, начальником управления ветеринарии Кировской области (далее Устав), Учреждение является некоммерческой организацией, учредителем и собственником имущества которой является Кировская область в лице управления ветеринарии Кировской области, самостоятельно осуществляет свою деятельность в пределах, установленных Уставом и действующим законодательством, на территории Белохолуницкого района, имеет в своем составе лабораторно-диагностический отдел, лабораторию ветсанэкспертизы, ветпункты. Согласно п.п. 2.2.1, 2.2.2, 2.6.2, 2.6.5, 2.6.10, 2.7.2. Устава целями деятельности учреждения является обеспечение эпизоотического и ветеринарно-санитарного благополучия на закрепленной территории, защиту населения от болезней общих для человека и животных, проводит ветеринарно-санитарную экспертизу мяса, мясных и других продуктов убоя (промысла) животных в целях определения их пригодности к использованию для пищевых целей, оформляет и выдает в установленном законом порядке ветеринарные сопроводительные документы и иную ветеринарную документацию, проводит экспертизы по видам деятельности, отнесенным к компетенции Учреждения, оказывает платные ветеринарные услуги в соответствии с Правилами оказания платных ветеринарных услуг, утвержденных Постановлением Правительства Российской Федерации от 06.08.1998 № 898, В соответствии с п. 3.7 Устава источниками формирования имущества и финансовых ресурсов учреждения являются, в том числе, средства областного бюджета, а также доходы, полученные от приносящей доход деятельности. На основании Положения об оплате труда работников КОГБУ «Белохолуницкая районная станция по борьбе с болезнями животных», утвержденного начальником указанного учреждения 25.01.2016, выплаты стимулирующего характера устанавливаются по решению начальника учреждения в пределах выделенных бюджетных ассигнований на оплату труда работников учреждения, а также средств от предпринимательской и иной приносящей доход деятельности. К основным показателям премирования по итогам месяца отнесено выполнение плановых показателей доходов от предпринимательской и иной приносящей доход деятельности. В соответствии с расценками на платные ветеринарные услуги, оказываемые КОГБУ «Белохолуницкая районная станция по борьбе с болезнями животных», утвержденными приказом начальника Учреждения от 25.01.2016 № 59/3, к платным услугам отнесены, в том числе, предубойный клинический осмотр животных, ветеринарно-санитарная экспертиза партии пищевых продуктов, оформление ветеринарно-сопроводительных документов на животных, ветеринарно-санитарная экспертиза мяса, клеймение мяса. Таким образом, выполнение Учреждением государственного задания и увеличения объема оказанных платных услуг влияет на размер начисляемой и выплачиваемой заработной платы сотрудникам КОГБУ «Белохолуницкая районная станция по борьбе с болезнями животных». В соответствии со статьей 2.3 Закона Российской Федерации от 14.05.1993 № 4979-1 «О ветеринарии» ветеринарные сопроводительные документы (ветеринарные сертификаты, ветеринарные свидетельства, ветеринарные справки) в обязательном порядке оформляются лишь на подконтрольные товары. Согласно Приказу Минсельхоза России от 17.07.2014 N 281"Об утверждении Правил организации работы по оформлению ветеринарных сопроводительных документов и Порядка оформления ветеринарных сопроводительных документов в электронном виде" ветеринарные сопроводительные документы (ветеринарные сертификаты, ветеринарные свидетельства, ветеринарные справки), характеризующие территориальное и видовое происхождение, ветеринарно-санитарное состояние сопровождаемого подконтрольного товара, эпизоотическое состояние места его выхода и позволяющие идентифицировать подконтрольный товар, оформляются на подконтрольные товары, включенные в Единый перечень товаров, подлежащих ветеринарному контролю (надзору), утвержденный решением Комиссии Таможенного союза от 18.06.2010 N 317 "О применении ветеринарно-санитарных мер в Таможенном союзе", в том числе на живых животных, мясо, мясопродукты. В соответствии с Правилами организации работы по оформлению ветеринарных сопроводительных документов, утвержденных Приказом Минсельхоза России от 17.07.2014 № 281 (далее Правила), оформление ветеринарных сопроводительных документов осуществляется при производстве партии подконтрольного товара (исключая производство для целей личного потребления), перемещении (перевозке) подконтрольного товара при переходе права собственности на подконтрольный товар (за исключением передачи (реализации) подконтрольного товара покупателю для личного, семейного, домашнего или иного использования, не связанного с предпринимательской деятельностью). Оформление ветеринарных сопроводительных документов может производиться как на бумажном носителе, так и в электронном виде с использованием государственной информационной системы. В соответствии с п.п.1.4.,1.5,2.1 Правил ветеринарного осмотра убойных животных и ветеринарно-санитарной экспертизы мяса и мясных продуктов, утвержденных Минсельхозом СССР 27.12.1983 животные, отправляемые для убоя, подлежат в хозяйстве-поставщике ветеринарному осмотру с выборочной термометрией по усмотрению ветеринарного врача (фельдшера); на них составляют опись с указанием вида животных и номера бирки (тавра), а для животных из промышленных животноводческих комплексов указывают и номер секции откорма. На каждую партию животных, направляемых для убоя, выдают ветеринарное свидетельство (или справку) в установленном ветеринарным законодательством порядке, с обязательным указанием всех сведений, предусмотренных формой свидетельства, в том числе сведений о благополучии животных и местах их выхода по заразным болезням. К партии относятся животные одного вида, одновременно отправляемые из одного хозяйства (фермы), по одному ветеринарному свидетельству (ветеринарной справке). Мясо и другие продукты убоя животных всех категорий хозяйств подлежат обязательной послеубойной ветеринарно-санитарной экспертизе, которую проводит ветеринарный врач. Согласно Правилам на убой допускается только здоровое животное при наличии выданной в соответствии с установленными требованиями ветеринарной справки. В соответствии с Правилами в области ветеринарии при убое животных и первичной переработке мяса и иных продуктов убоя непромышленного изготовления на убойных пунктах средней и малой мощности, утвержденными Приказом Минсельхоза России от 12.03.2014 №72, предубойный ветеринарный осмотр убойных животных, проведение ветеринарно-санитарной экспертизы туш и иных продуктов убоя, ветеринарное клеймение туш и иных продуктов убоя, полученных от этих животных осуществляется государственными ветеринарными специалистами только на убойных пунктах. По результатам проведенных мероприятий ветеринарными врачами производится выдача и оформление ветеринарных сопроводительных документов. Таким образом, выдача государственными ветеринарными специалистами ветеринарных сертификатов, ветеринарных свидетельств, ветеринарных справок на живых свиней и крупный рогатый скот, свежее или охлажденное мясо крупного рогатого скота, свежую или охлажденную свинину при их производстве, перемещении (перевозке), реализации является обязательной. В соответствии со статьей 5 Федерального закона от 29.12.1994 № 77-ФЗ «Об обязательном экземпляре документов» официальные документы - документы, принятые органами законодательной, исполнительной и судебной власти, носящие обязательный, рекомендательный или информационный характер. В соответствии с п.7 Правил организации работы по оформлению ветеринарных сопроводительных документов, утвержденных Приказом Минсельхоза России от 17.07.2014 №281, формы ветеринарных сертификатов, ветеринарных свидетельств и ветеринарных справок являются бланками строгой отчетности, их форма утверждена Минсельхозом России, они предоставляют гражданам право на дальнейшую транспортировку животного для убоя в пределах определенного района, с последующей реализацией продуктов животноводства и обязанность надзорно-контролирующих органов предоставить право владельцам данных справок на транспортирование и реализацию продуктов животноводства. Таким образом, ветеринарные справки формы №4, утвержденные Приказом Минсельхоза России от 17.07.2014 №281, выдаваемые государственными ветеринарными специалистами при производстве, обороте, а также перевозке подконтрольных товаров в пределах района, являются официальными документами. Согласно ст. Закона Российской Федерации от 14.05.1993 № 4979-1 «О ветеринарии» владельцы животных и производители продуктов животноводства обязаны соблюдать установленные ветеринарно-санитарные правила перевозки и убоя животных, переработки, хранения и реализации продуктов животноводства. В соответствии с п.п.11,12,13 Ветеринарно-санитарных правил внутрихозяйственного убоя скота на мясо, утвержденных Минсельхоза СССР от 16.08.1971, убой скота, принадлежащего гражданам, проживающим в населенных пунктах, расположенных в зоне деятельности убойных пунктов, должен производиться на этих предприятиях. Скотоубойный пункт обслуживается ветеринарным врачом или фельдшером, который несет ответственность за выпуск с пункта доброкачественного мяса и мясопродуктов. Всех животных, поступающих для убоя на скотоубойный пункт, подвергают ветеринарному осмотру с обязательной термометрией и допускают к убою после разрешения ветеринарного персонала, обслуживающего данный пункт. Туши, внутренние органы и другие мясопродукты подвергают обязательному ветеринарному осмотру согласно действующим Правилам ветеринарного осмотра убойных животных и ветеринарно-санитарной экспертизы мяса и мясных продуктов. В соответствии с приказом начальника Учреждения № 11-к от 15.03.2016 в КОГБУ «Белохолуницкая районная станция по борьбе с болезнями животных» на должность заместителя начальника, ветеринарного врача Учреждения переведена ФИО2 В соответствии с трудовым договором № от ДД.ММ.ГГГГ, дополнительным соглашением к трудовому договору от ДД.ММ.ГГГГ, заключенными между начальником Учреждения и ФИО2, а также должностной инструкцией последняя была обязана, в частности, проводить ветеринарный осмотр и ветеринарно-санитарную экспертизу подконтрольной продукции для установления ее безопасности в ветеринарно-санитарном отношении; выдавать ветеринарные заключения или свидетельства, удостоверяющие безопасность употребления в пищу продукции; использовать по назначению бланки строгой отчетности. Таким образом, ФИО2, являясь с ДД.ММ.ГГГГ заместителем начальника КОГБУ «&lt;адрес&gt; станция по борьбе с болезнями животных», ветеринарным врачом, фактически осуществляла деятельность, связанную с государственным ветеринарным надзором, то есть была наделена организационно-распорядительными функциями, являлась должностным лицом. ДД.ММ.ГГГГ в период с 08 часов 00 минут до 17 часов 00 минут к ФИО2, находившейся на рабочем месте в помещении КОГБУ «&lt;адрес&gt; станция по борьбе с болезнями животных», расположенном по адресу: &lt;адрес&gt;, обратилась ФИО10, которая пояснила, что осуществила забой принадлежащего ей животного КРС - коровы вне убойного пункта, и ей необходимы ветеринарно-сопроводительные документы для реализации мяса и мясопродуктов. Непосредственно после этого ФИО2 ДД.ММ.ГГГГ в период времени с 08 часов 00 минут до 17 часов 00 минут, находясь на своем рабочем месте по указанному адресу, являясь заместителем начальника КОГБУ «&lt;адрес&gt; станция по борьбе с болезнями животных», ветеринарным врачом КОГБУ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ФИО10 и желанием освободить её от лишних материальных затрат, а также в целях экономии своего рабочего времени и снижения рабочей нагрузки, осознавая, что клинический осмотр животного ею не проводился, выдала ФИО10 ветеринарную справку формы № серия 243 № от ДД.ММ.ГГГГ, являющуюся официальным документом, предоставляющую право на транспортировку животного к убойному пункту, в которой указала заведомо ложные сведения о том, что ею проведен клинический осмотр животного – одной головы КРС - коровы, принадлежащего ФИО10, которое является здоровым и направляется автотранспортом из д. Гуренки в д. &lt;адрес&gt; на убойный пункт СПК «Луч» для убоя, при этом ей было заведомо известно, что осмотр животного ею не проводился, и забой животного уже произведен ФИО10 вне убойного пункта. ДД.ММ.ГГГГ в период времени с 08 часов 00 минут до 17 часов 00 минут ФИО2, в продолжение своего преступного умысла, на совершение служебного подлога, находясь на своем рабочем месте по адресу: &lt;адрес&gt;, являясь заместителем начальника КОГБУ «&lt;адрес&gt; станция по борьбе с болезнями животных», ветеринарным врачом КОГБУ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ФИО10 и желанием освободить её от лишних материальных затрат, а также в целях экономии своего рабочего времени и снижения рабочей нагрузки, осознавая, что ФИО10 забой КРС - коровы был произведен в нарушение требований действующего законодательства, а предубойный и послеубойный осмотр принадлежащих ей животного и мяса фактически не проводился, внесла заведомо ложные сведения в ветеринарную справку формы № серии 243 № от ДД.ММ.ГГГГ, являющуюся официальным документом, о проведении ею клинического осмотра мяса животного, а также о проведении ею ветеринарно-санитарной экспертизы ДД.ММ.ГГГГ в полном объеме, а именно указала в данной справке, что ею на убойном пункте СПК «Луч» в д. &lt;адрес&gt; ДД.ММ.ГГГГ мясо говядины охлажденное, а также голова и ливер подвергнуты ветеринарно-санитарной экспертизе в полном объеме, при этом ей было достоверно известно, что указанные действия ей не производились. Таким образом, ФИО2 совершила служебный подлог, то есть внесение должностным лицом, в официальные документы заведомо ложных сведений, если эти деяния совершены из корыстной и иной личной заинтересованности (при отсутствии признаков преступления, предусмотренного ч. 1 ст. 292.1 УК РФ ), то есть преступление, предусмотренное ч. 1 ст. 292 УК РФ .</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Кировское областное государственное казенное учреждение «Белохолуницкая районная станция по борьбе с болезнями животных» (сокращенное наименование КОГКУ «Белохолуницкая райСББЖ», далее Учреждение) создано в соответствии с распоряжением Правительства Кировской области «О создании областных казенных учреждений» от 29.11.2010 № 445. В соответствии с распоряжением Правительства Кировской области «О создании бюджетных учреждений путем изменения типа существующих Кировских областных государственных казенных учреждений ветеринарии» от 11.11.2015 №441, Учреждение переименовано на Кировское областное государственное бюджетное учреждение «Белохолуницкая районная станция по борьбе с болезнями животных» (сокращенное наименование КОГБУ «Белохолуницкая райСББЖ», далее Учреждение). Соответствующие изменения в наименовании зарегистрированы в Едином государственном реестре юридических лиц 25.01.2016. Таким образом, с момента государственной регистрации изменений типа Учреждения, т.е. с 25.01.2016, наименование Учреждения - КОГБУ «Белохолуницкая районная станция по борьбе с болезнями животных». Учреждение имеет юридический адрес, по которому фактически и располагается: &lt;...&gt;. В соответствии с п.п. 1.2, 1.3, 1.12, 1.13 Устава учреждения, утвержденного 24.12.2015, зарегистрированного 11.01.2016, начальником управления ветеринарии Кировской области (далее Устав), Учреждение является некоммерческой организацией, учредителем и собственником имущества которой является Кировская область в лице управления ветеринарии Кировской области, самостоятельно осуществляет свою деятельность в пределах, установленных Уставом и действующим законодательством, на территории Белохолуницкого района, имеет в своем составе лабораторно-диагностический отдел, лабораторию ветсанэкспертизы, ветпункты. Согласно п.п.2.2.1,2.2.2,2.6.2,2.6.5,2.6.10,2.7.2. Устава целями деятельности учреждения является обеспечение эпизоотического и ветеринарно-санитарного благополучия на закрепленной территории, защиту населения от болезней общих для человека и животных, проводит ветеринарно-санитарную экспертизу мяса, мясных и других продуктов убоя (промысла) животных в целях определения их пригодности к использованию для пищевых целей, оформляет и выдает в установленном законом порядке ветеринарные сопроводительные документы и иную ветеринарную документацию, проводит экспертизы по видам деятельности, отнесенным к компетенции Учреждения, оказывает платные ветеринарные услуги в соответствии с Правилами оказания платных ветеринарных услуг, утвержденных Постановлением Правительства Российской Федерации от 06.08.1998 № 898, В соответствии с п. 3.7 Устава источниками формирования имущества и финансовых ресурсов учреждения являются, в том числе, средства областного бюджета, а также доходы, полученные от приносящей доход деятельности. На основании Положения об оплате труда работников КОГБУ «Белохолуницкая районная станция по борьбе с болезнями животных», утвержденного начальником указанного учреждения 25.01.2016, выплаты стимулирующего характера устанавливаются по решению начальника учреждения в пределах выделенных бюджетных ассигнований на оплату труда работников учреждения, а также средств от предпринимательской и иной приносящей доход деятельности. К основным показателям премирования по итогам месяца отнесено выполнение плановых показателей доходов от предпринимательской и иной приносящей доход деятельности. В соответствии с расценками на платные ветеринарные услуги, оказываемые КОГБУ «Белохолуницкая районная станция по борьбе с болезнями животных», утвержденными приказом начальника Учреждения от 25.01.2016 № 59/3, к платным услугам отнесены, в том числе, предубойный клинический осмотр животных, ветеринарно-санитарная экспертиза партии пищевых продуктов, оформление ветеринарно-сопроводительных документов на животных, ветеринарно-санитарная экспертиза мяса, клеймение мяса. Таким образом, выполнение Учреждением государственного задания и увеличения объема оказанных платных услуг влияет на размер начисляемой и выплачиваемой заработной платы сотрудникам КОГБУ «Белохолуницкая районная станция по борьбе с болезнями животных». В соответствии со статьей 2.3 Закона Российской Федерации от 14.05.1993 № 4979-1 «О ветеринарии» ветеринарные сопроводительные документы (ветеринарные сертификаты, ветеринарные свидетельства, ветеринарные справки) в обязательном порядке оформляются лишь на подконтрольные товары. Согласно Приказу Минсельхоза России от 17.07.2014 N 281"Об утверждении Правил организации работы по оформлению ветеринарных сопроводительных документов и Порядка оформления ветеринарных сопроводительных документов в электронном виде" ветеринарные сопроводительные документы (ветеринарные сертификаты, ветеринарные свидетельства, ветеринарные справки), характеризующие территориальное и видовое происхождение, ветеринарно-санитарное состояние сопровождаемого подконтрольного товара, эпизоотическое состояние места его выхода и позволяющие идентифицировать подконтрольный товар, оформляются на подконтрольные товары, включенные в Единый перечень товаров, подлежащих ветеринарному контролю (надзору), утвержденный решением Комиссии Таможенного союза от 18.06.2010 N 317 "О применении ветеринарно-санитарных мер в Таможенном союзе", в том числе на живых животных, мясо, мясопродукты. В соответствии с Правилами организации работы по оформлению ветеринарных сопроводительных документов, утвержденных Приказом Минсельхоза России от 17.07.2014 № 281 (далее Правила), оформление ветеринарных сопроводительных документов осуществляется при производстве партии подконтрольного товара (исключая производство для целей личного потребления), перемещении (перевозке) подконтрольного товара при переходе права собственности на подконтрольный товар (за исключением передачи (реализации) подконтрольного товара покупателю для личного, семейного, домашнего или иного использования, не связанного с предпринимательской деятельностью). Оформление ветеринарных сопроводительных документов может производиться как на бумажном носителе, так и в электронном виде с использованием государственной информационной системы. В соответствии с п.п. 1.4., 1.5, 2.1 Правил ветеринарного осмотра убойных животных и ветеринарно-санитарной экспертизы мяса и мясных продуктов, утвержденных Минсельхозом СССР 27.12.1983 животные, отправляемые для убоя, подлежат в хозяйстве-поставщике ветеринарному осмотру с выборочной термометрией по усмотрению ветеринарного врача (фельдшера); на них составляют опись с указанием вида животных и номера бирки (тавра), а для животных из промышленных животноводческих комплексов указывают и номер секции откорма. На каждую партию животных, направляемых для убоя, выдают ветеринарное свидетельство (или справку) в установленном ветеринарным законодательством порядке, с обязательным указанием всех сведений, предусмотренных формой свидетельства, в том числе сведений о благополучии животных и местах их выхода по заразным болезням. К партии относятся животные одного вида, одновременно отправляемые из одного хозяйства (фермы), по одному ветеринарному свидетельству (ветеринарной справке). Мясо и другие продукты убоя животных всех категорий хозяйств подлежат обязательной послеубойной ветеринарно-санитарной экспертизе, которую проводит ветеринарный врач. Согласно Правилам на убой допускается только здоровое животное при наличии выданной в соответствии с установленными требованиями ветеринарной справки. В соответствии с Правилами в области ветеринарии при убое животных и первичной переработке мяса и иных продуктов убоя непромышленного изготовления на убойных пунктах средней и малой мощности, утвержденными Приказом Минсельхоза России от ДД.ММ.ГГГГ № 72, предубойный ветеринарный осмотр убойных животных, проведение ветеринарно-санитарной экспертизы туш и иных продуктов убоя, ветеринарное клеймение туш и иных продуктов убоя, полученных от этих животных осуществляется государственными ветеринарными специалистами только на убойных пунктах. По результатам проведенных мероприятий ветеринарными врачами производится выдача и оформление ветеринарных сопроводительных документов. Таким образом, выдача государственными ветеринарными специалистами ветеринарных сертификатов, ветеринарных свидетельств, ветеринарных справок на живых свиней и крупный рогатый скот, свежее или охлажденное мясо крупного рогатого скота, свежую или охлажденную свинину при их производстве, перемещении (перевозке), реализации является обязательной. В соответствии со статьей 5 Федерального закона от 29.12.1994 № 77-ФЗ «Об обязательном экземпляре документов» официальные документы - документы, принятые органами законодательной, исполнительной и судебной власти, носящие обязательный, рекомендательный или информационный характер. В соответствии с п.7 Правил организации работы по оформлению ветеринарных сопроводительных документов, утвержденных Приказом Минсельхоза России от 17.07.2014 №281, формы ветеринарных сертификатов, ветеринарных свидетельств и ветеринарных справок являются бланками строгой отчетности, их форма утверждена Минсельхозом России, они предоставляют гражданам право на дальнейшую транспортировку животного для убоя в пределах определенного района, с последующей реализацией продуктов животноводства и обязанность надзорно-контролирующих органов предоставить право владельцам данных справок на транспортирование и реализацию продуктов животноводства. Таким образом, ветеринарные справки формы №4, утвержденные Приказом Минсельхоза России от 17.07.2014 №281, выдаваемые государственными ветеринарными специалистами при производстве, обороте, а также перевозке подконтрольных товаров в пределах района, являются официальными документами. Согласно ст. Закона Российской Федерации от 14.05.1993 № 4979-1 «О ветеринарии» владельцы животных и производители продуктов животноводства обязаны соблюдать установленные ветеринарно-санитарные правила перевозки и убоя животных, переработки, хранения и реализации продуктов животноводства. В соответствии с п.п. 11, 12, 13 Ветеринарно-санитарных правил внутрихозяйственного убоя скота на мясо, утвержденных Минсельхоза СССР от 16.08.1971, убой скота, принадлежащего гражданам, проживающим в населенных пунктах, расположенных в зоне деятельности убойных пунктов, должен производиться на этих предприятиях. Скотоубойный пункт обслуживается ветеринарным врачом или фельдшером, который несет ответственность за выпуск с пункта доброкачественного мяса и мясопродуктов. Всех животных, поступающих для убоя на скотоубойный пункт, подвергают ветеринарному осмотру с обязательной термометрией и допускают к убою после разрешения ветеринарного персонала, обслуживающего данный пункт. Туши, внутренние органы и другие мясопродукты подвергают обязательному ветеринарному осмотру согласно действующим Правилам ветеринарного осмотра убойных животных и ветеринарно-санитарной экспертизы мяса и мясных продуктов. В соответствии с приказом начальника Учреждения № 11-к от 15.03.2016 в КОГБУ «Белохолуницкая районная станция по борьбе с болезнями животных» на должность заместителя начальника, ветеринарного врача Учреждения переведена ФИО2 В соответствии с трудовым договором № от ДД.ММ.ГГГГ, дополнительным соглашением к трудовому договору от ДД.ММ.ГГГГ, заключенными между начальником Учреждения и ФИО2, а также должностной инструкцией последняя была обязана, в частности, проводить ветеринарный осмотр и ветеринарно-санитарную экспертизу подконтрольной продукции для установления ее безопасности в ветеринарно-санитарном отношении; выдавать ветеринарные заключения или свидетельства, удостоверяющие безопасность употребления в пищу продукции; использовать по назначению бланки строгой отчетности. Таким образом, ФИО2, являясь с ДД.ММ.ГГГГ заместителем начальника КОГБУ «&lt;адрес&gt; станция по борьбе с болезнями животных», ветеринарным врачом, фактически осуществляла деятельность, связанную с государственным ветеринарным надзором, то есть была наделена организационно-распорядительными функциями, являлась должностным лицом. ДД.ММ.ГГГГ в период с 08 часов 00 минут до 17 часов 00 минут к ФИО2, находившейся на рабочем месте в помещении КОГБУ «&lt;адрес&gt; станция по борьбе с болезнями животных», расположенном по адресу: &lt;адрес&gt;, обратилась ФИО11, которая пояснила, что осуществила забой принадлежащего ей животного КРС – бычка вне убойного пункта, и ей необходимы ветеринарно-сопроводительные документы для реализации мяса и мясопродуктов. Непосредственно после этого ФИО2 ДД.ММ.ГГГГ в период времени с 08 часов 00 минут до 17 часов 00 минут, находясь на своем рабочем месте по указанному адресу, являясь заместителем начальника КОГБУ «&lt;адрес&gt; станция по борьбе с болезнями животных», ветеринарным врачом КОГБУ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ФИО11 и желанием освободить её от лишних материальных затрат, а также в целях экономии своего рабочего времени и снижения рабочей нагрузки, осознавая, что ФИО11 забой КРС - бычка был произведен в нарушение требований действующего законодательства, а предубойный и послеубойный осмотр принадлежащих ей животного и мяса фактически не проводился, выдала ФИО11 ветеринарную справку формы № серия 243 № от ДД.ММ.ГГГГ, являющуюся официальным документом, о проведении ею клинического осмотра мяса животного, а также о проведении ею ветеринарно-санитарной экспертизы ДД.ММ.ГГГГ в полном объеме, а именно указала в данной справке, что ею на убойном пункте СПК «Луч» в д. &lt;адрес&gt; ДД.ММ.ГГГГ мясо говядины охлажденное, а также голова и ливер подвергнуты ветеринарно-санитарной экспертизе в полном объеме, при этом ей было достоверно известно, что указанные действия ей не производились. Таким образом, ФИО2 совершила служебный подлог, то есть внесение должностным лицом, в официальные документы заведомо ложных сведений, если эти деяния совершены из корыстной и иной личной заинтересованности (при отсутствии признаков преступления, предусмотренного ч. 1 ст. 292.1 УК РФ ), то есть преступление, предусмотренное ч. 1 ст. 292 УК РФ .</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Кировское областное государственное казенное учреждение «Белохолуницкая районная станция по борьбе с болезнями животных» (сокращенное наименование КОГКУ «Белохолуницкая райСББЖ», далее Учреждение) создано в соответствии с распоряжением Правительства Кировской области «О создании областных казенных учреждений» от 29.11.2010 № 445. В соответствии с распоряжением Правительства Кировской области «О создании бюджетных учреждений путем изменения типа существующих Кировских областных государственных казенных учреждений ветеринарии» от 11.11.2015 №441, Учреждение переименовано на Кировское областное государственное бюджетное учреждение «Белохолуницкая районная станция по борьбе с болезнями животных» (сокращенное наименование КОГБУ «Белохолуницкая райСББЖ», далее Учреждение). Соответствующие изменения в наименовании зарегистрированы в Едином государственном реестре юридических лиц 25.01.2016. Таким образом, с момента государственной регистрации изменений типа Учреждения, т.е. с 25.01.2016, наименование Учреждения - КОГБУ «Белохолуницкая районная станция по борьбе с болезнями животных». Учреждение имеет юридический адрес, по которому фактически и располагается: &lt;...&gt;. В соответствии с п.п.1.2,1.3,1.12,1.13 Устава учреждения, утвержденного 24.12.2015, зарегистрированного 11.01.2016, начальником управления ветеринарии Кировской области (далее Устав), Учреждение является некоммерческой организацией, учредителем и собственником имущества которой является Кировская область в лице управления ветеринарии Кировской области, самостоятельно осуществляет свою деятельность в пределах, установленных Уставом и действующим законодательством, на территории Белохолуницкого района, имеет в своем составе лабораторно-диагностический отдел, лабораторию ветсанэкспертизы, ветпункты. Согласно п.п.2.2.1,2.2.2,2.6.2,2.6.5,2.6.10,2.7.2. Устава целями деятельности учреждения является обеспечение эпизоотического и ветеринарно-санитарного благополучия на закрепленной территории, защиту населения от болезней общих для человека и животных, проводит ветеринарно-санитарную экспертизу мяса, мясных и других продуктов убоя (промысла) животных в целях определения их пригодности к использованию для пищевых целей, оформляет и выдает в установленном законом порядке ветеринарные сопроводительные документы и иную ветеринарную документацию, проводит экспертизы по видам деятельности, отнесенным к компетенции Учреждения, оказывает платные ветеринарные услуги в соответствии с Правилами оказания платных ветеринарных услуг, утвержденных Постановлением Правительства Российской Федерации от 06.08.1998 № 898, В соответствии с п. 3.7 Устава источниками формирования имущества и финансовых ресурсов учреждения являются, в том числе, средства областного бюджета, а также доходы, полученные от приносящей доход деятельности. На основании Положения об оплате труда работников КОГБУ «Белохолуницкая районная станция по борьбе с болезнями животных», утвержденного начальником указанного учреждения 25.01.2016, выплаты стимулирующего характера устанавливаются по решению начальника учреждения в пределах выделенных бюджетных ассигнований на оплату труда работников учреждения, а также средств от предпринимательской и иной приносящей доход деятельности. К основным показателям премирования по итогам месяца отнесено выполнение плановых показателей доходов от предпринимательской и иной приносящей доход деятельности. В соответствии с расценками на платные ветеринарные услуги, оказываемые КОГБУ «Белохолуницкая районная станция по борьбе с болезнями животных», утвержденными приказом начальника Учреждения от 25.01.2016 № 59/3, к платным услугам отнесены, в том числе, предубойный клинический осмотр животных, ветеринарно-санитарная экспертиза партии пищевых продуктов, оформление ветеринарно-сопроводительных документов на животных, ветеринарно-санитарная экспертиза мяса, клеймение мяса. Таким образом, выполнение Учреждением государственного задания и увеличения объема оказанных платных услуг влияет на размер начисляемой и выплачиваемой заработной платы сотрудникам КОГБУ «Белохолуницкая районная станция по борьбе с болезнями животных». В соответствии со статьей 2.3 Закона Российской Федерации от 14.05.1993 № 4979-1 «О ветеринарии» ветеринарные сопроводительные документы (ветеринарные сертификаты, ветеринарные свидетельства, ветеринарные справки) в обязательном порядке оформляются лишь на подконтрольные товары. Согласно Приказу Минсельхоза России от 17.07.2014 №281 «Об утверждении Правил организации работы по оформлению ветеринарных сопроводительных документов и Порядка оформления ветеринарных сопроводительных документов в электронном виде» ветеринарные сопроводительные документы (ветеринарные сертификаты, ветеринарные свидетельства, ветеринарные справки), характеризующие территориальное и видовое происхождение, ветеринарно-санитарное состояние сопровождаемого подконтрольного товара, эпизоотическое состояние места его выхода и позволяющие идентифицировать подконтрольный товар, оформляются на подконтрольные товары, включенные в Единый перечень товаров, подлежащих ветеринарному контролю (надзору), утвержденный решением Комиссии Таможенного союза от 18.06.2010 №317 «О применении ветеринарно-санитарных мер в Таможенном союзе», в том числе на живых животных, мясо, мясопродукты. В соответствии с Правилами организации работы по оформлению ветеринарных сопроводительных документов, утвержденных Приказом Минсельхоза России от 17.07.2014 №281 (далее Правила), оформление ветеринарных сопроводительных документов осуществляется при производстве партии подконтрольного товара (исключая производство для целей личного потребления), перемещении (перевозке) подконтрольного товара при переходе права собственности на подконтрольный товар (за исключением передачи (реализации) подконтрольного товара покупателю для личного, семейного, домашнего или иного использования, не связанного с предпринимательской деятельностью). Оформление ветеринарных сопроводительных документов может производиться как на бумажном носителе, так и в электронном виде с использованием государственной информационной системы. В соответствии с п.п.1.4.,1.5, 2.1 Правил ветеринарного осмотра убойных животных и ветеринарно-санитарной экспертизы мяса и мясных продуктов, утвержденных Минсельхозом СССР 27.12.1983 животные, отправляемые для убоя, подлежат в хозяйстве-поставщике ветеринарному осмотру с выборочной термометрией по усмотрению ветеринарного врача (фельдшера); на них составляют опись с указанием вида животных и номера бирки (тавра), а для животных из промышленных животноводческих комплексов указывают и номер секции откорма. На каждую партию животных, направляемых для убоя, выдают ветеринарное свидетельство (или справку) в установленном ветеринарным законодательством порядке, с обязательным указанием всех сведений, предусмотренных формой свидетельства, в том числе сведений о благополучии животных и местах их выхода по заразным болезням. К партии относятся животные одного вида, одновременно отправляемые из одного хозяйства (фермы), по одному ветеринарному свидетельству (ветеринарной справке). Мясо и другие продукты убоя животных всех категорий хозяйств подлежат обязательной послеубойной ветеринарно-санитарной экспертизе, которую проводит ветеринарный врач. Согласно Правилам на убой допускается только здоровое животное при наличии выданной в соответствии с установленными требованиями ветеринарной справки. В соответствии с Правилами в области ветеринарии при убое животных и первичной переработке мяса и иных продуктов убоя непромышленного изготовления на убойных пунктах средней и малой мощности, утвержденными Приказом Минсельхоза России от 12.03.2014 № 72, предубойный ветеринарный осмотр убойных животных, проведение ветеринарно-санитарной экспертизы туш и иных продуктов убоя, ветеринарное клеймение туш и иных продуктов убоя, полученных от этих животных осуществляется государственными ветеринарными специалистами только на убойных пунктах. По результатам проведенных мероприятий ветеринарными врачами производится выдача и оформление ветеринарных сопроводительных документов. Таким образом, выдача государственными ветеринарными специалистами ветеринарных сертификатов, ветеринарных свидетельств, ветеринарных справок на живых свиней и крупный рогатый скот, свежее или охлажденное мясо крупного рогатого скота, свежую или охлажденную свинину при их производстве, перемещении (перевозке), реализации является обязательной. В соответствии со статьей 5 Федерального закона от 29.12.1994 № 77-ФЗ «Об обязательном экземпляре документов» официальные документы - документы, принятые органами законодательной, исполнительной и судебной власти, носящие обязательный, рекомендательный или информационный характер. В соответствии с п.7 Правил организации работы по оформлению ветеринарных сопроводительных документов, утвержденных Приказом Минсельхоза России от 17.07.2014 № 281, формы ветеринарных сертификатов, ветеринарных свидетельств и ветеринарных справок являются бланками строгой отчетности, их форма утверждена Минсельхозом России, они предоставляют гражданам право на дальнейшую транспортировку животного для убоя в пределах определенного района, с последующей реализацией продуктов животноводства и обязанность надзорно-контролирующих органов предоставить право владельцам данных справок на транспортирование и реализацию продуктов животноводства. Таким образом, ветеринарные справки формы № 4, утвержденные Приказом Минсельхоза России от 17.07.2014 № 281, выдаваемые государственными ветеринарными специалистами при производстве, обороте, а также перевозке подконтрольных товаров в пределах района, являются официальными документами. Согласно ст. Закона Российской Федерации от 14.05.1993 № 4979-1 «О ветеринарии» владельцы животных и производители продуктов животноводства обязаны соблюдать установленные ветеринарно-санитарные правила перевозки и убоя животных, переработки, хранения и реализации продуктов животноводства. В соответствии с п.п. 11, 12, 13 Ветеринарно-санитарных правил внутрихозяйственного убоя скота на мясо, утвержденных Минсельхоза СССР от 16.08.1971, убой скота, принадлежащего гражданам, проживающим в населенных пунктах, расположенных в зоне деятельности убойных пунктов, должен производиться на этих предприятиях. Скотоубойный пункт обслуживается ветеринарным врачом или фельдшером, который несет ответственность за выпуск с пункта доброкачественного мяса и мясопродуктов. Всех животных, поступающих для убоя на скотоубойный пункт, подвергают ветеринарному осмотру с обязательной термометрией и допускают к убою после разрешения ветеринарного персонала, обслуживающего данный пункт. Туши, внутренние органы и другие мясопродукты подвергают обязательному ветеринарному осмотру согласно действующим Правилам ветеринарного осмотра убойных животных и ветеринарно-санитарной экспертизы мяса и мясных продуктов. В соответствии с приказом начальника Учреждения №-к от ДД.ММ.ГГГГ в КОГБУ «&lt;адрес&gt; станция по борьбе с болезнями животных» на должность заместителя начальника, ветеринарного врача Учреждения переведена ФИО2 В соответствии с трудовым договором № от ДД.ММ.ГГГГ, дополнительным соглашением к трудовому договору от ДД.ММ.ГГГГ, заключенными между начальником Учреждения и ФИО2, а также должностной инструкцией последняя была обязана, в частности, проводить ветеринарный осмотр и ветеринарно-санитарную экспертизу подконтрольной продукции для установления ее безопасности в ветеринарно-санитарном отношении; выдавать ветеринарные заключения или свидетельства, удостоверяющие безопасность употребления в пищу продукции; использовать по назначению бланки строгой отчетности. Таким образом, ФИО2, являясь с ДД.ММ.ГГГГ заместителем начальника КОГБУ «&lt;адрес&gt; станция по борьбе с болезнями животных», ветеринарным врачом, фактически осуществляла деятельность, связанную с государственным ветеринарным надзором, то есть была наделена организационно-распорядительными функциями, являлась должностным лицом. ДД.ММ.ГГГГ в период с 08 часов 00 минут до 17 часов 00 минут к ФИО2, находившейся на рабочем месте в помещении КОГБУ «&lt;адрес&gt; станция по борьбе с болезнями животных», расположенном по адресу: &lt;адрес&gt;, обратилась ФИО11, которая пояснила, что осуществила забой принадлежащего ей животного КРС - бычка вне убойного пункта, и ей необходимы ветеринарно-сопроводительные документы для реализации мяса и мясопродуктов. Непосредственно после этого ФИО2 ДД.ММ.ГГГГ в период времени с 08 часов 00 минут до 17 часов 00 минут, находясь на своем рабочем месте по указанному адресу, являясь заместителем начальника КОГБУ «&lt;адрес&gt; станция по борьбе с болезнями животных», ветеринарным врачом КОГБУ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ФИО11 и желанием освободить её от лишних материальных затрат, а также в целях экономии своего рабочего времени и снижения рабочей нагрузки, осознавая, что клинический осмотр животного ею не проводился, выдала ФИО11 ветеринарную справку формы № серия 243 № от ДД.ММ.ГГГГ, являющуюся официальным документом, предоставляющую право на транспортировку животного к убойному пункту, в которой указала заведомо ложные сведения о том, что ею проведен клинический осмотр животного – одной головы КРС - бычка, принадлежащего ФИО11, которое является здоровым и направляется автотранспортом из д. Быданово в д. &lt;адрес&gt; на убойный пункт СПК «Луч» для убоя, при этом ей было заведомо известно, что осмотр животного ею не проводился, и забой животного уже произведен ФИО11 вне убойного пункта. ДД.ММ.ГГГГ в период времени с 08 часов 00 минут до 17 часов 00 минут ФИО2, в продолжение своего преступного умысла, на совершение служебного подлога, находясь на своем рабочем месте по адресу: &lt;адрес&gt;, являясь заместителем начальника КОГБУ «&lt;адрес&gt; станция по борьбе с болезнями животных», ветеринарным врачом КОГБУ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ФИО11 и желанием освободить её от лишних материальных затрат, а также в целях экономии своего рабочего времени и снижения рабочей нагрузки, осознавая, что ФИО11 забой КРС - бычка был произведен в нарушение требований действующего законодательства, а предубойный и послеубойный осмотр принадлежащих ей животного и мяса фактически не проводился, внесла заведомо ложные сведения в ветеринарную справку формы № серии 243 № от ДД.ММ.ГГГГ, являющуюся официальным документом, о проведении ею клинического осмотра мяса животного, а также о проведении ею ветеринарно-санитарной экспертизы ДД.ММ.ГГГГ в полном объеме, а именно указала в данной справке, что ею на убойном пункте СПК «Луч» в д. &lt;адрес&gt; ДД.ММ.ГГГГ мясо говядины охлажденное, а также голова и ливер подвергнуты ветеринарно-санитарной экспертизе в полном объеме, при этом ей было достоверно известно, что указанные действия ей не производились. Таким образом, ФИО2 совершила служебный подлог, то есть внесение должностным лицом, в официальные документы заведомо ложных сведений, если эти деяния совершены из корыстной и иной личной заинтересованности (при отсутствии признаков преступления, предусмотренного ч. 1 ст. 292.1 УК РФ ), то есть преступление, предусмотренное ч. 1 ст. 292 УК РФ .</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Кировское областное государственное казенное учреждение «Белохолуницкая районная станция по борьбе с болезнями животных» (сокращенное наименование КОГКУ «Белохолуницкая райСББЖ», далее Учреждение) создано в соответствии с распоряжением Правительства Кировской области «О создании областных казенных учреждений» от 29.11.2010 № 445. В соответствии с распоряжением Правительства Кировской области «О создании бюджетных учреждений путем изменения типа существующих Кировских областных государственных казенных учреждений ветеринарии» от 11.11.2015 №441, Учреждение переименовано на Кировское областное государственное бюджетное учреждение «Белохолуницкая районная станция по борьбе с болезнями животных» (сокращенное наименование КОГБУ «Белохолуницкая райСББЖ», далее Учреждение). Соответствующие изменения в наименовании зарегистрированы в Едином государственном реестре юридических лиц 25.01.2016. Таким образом, с момента государственной регистрации изменений типа Учреждения, т.е. с 25.01.2016, наименование Учреждения - КОГБУ «Белохолуницкая районная станция по борьбе с болезнями животных». Учреждение имеет юридический адрес, по которому фактически и располагается: &lt;...&gt;. В соответствии с п.п. 1.2, 1.3, 1.12, 1.13 Устава учреждения, утвержденного 24.12.2015, зарегистрированного 11.01.2016, начальником управления ветеринарии Кировской области (далее Устав), Учреждение является некоммерческой организацией, учредителем и собственником имущества которой является Кировская область в лице управления ветеринарии Кировской области, самостоятельно осуществляет свою деятельность в пределах, установленных Уставом и действующим законодательством, на территории Белохолуницкого района, имеет в своем составе лабораторно-диагностический отдел, лабораторию ветсанэкспертизы, ветпункты. Согласно п.п. 2.2.1, 2.2.2, 2.6.2, 2.6.5, 2.6.10, 2.7.2. Устава целями деятельности учреждения является обеспечение эпизоотического и ветеринарно-санитарного благополучия на закрепленной территории, защиту населения от болезней общих для человека и животных, проводит ветеринарно-санитарную экспертизу мяса, мясных и других продуктов убоя (промысла) животных в целях определения их пригодности к использованию для пищевых целей, оформляет и выдает в установленном законом порядке ветеринарные сопроводительные документы и иную ветеринарную документацию, проводит экспертизы по видам деятельности, отнесенным к компетенции Учреждения, оказывает платные ветеринарные услуги в соответствии с Правилами оказания платных ветеринарных услуг, утвержденных Постановлением Правительства Российской Федерации от 06.08.1998 № 898, В соответствии с п. 3.7 Устава источниками формирования имущества и финансовых ресурсов учреждения являются, в том числе, средства областного бюджета, а также доходы, полученные от приносящей доход деятельности. На основании Положения об оплате труда работников КОГБУ «Белохолуницкая районная станция по борьбе с болезнями животных», утвержденного начальником указанного учреждения 25.01.2016, выплаты стимулирующего характера устанавливаются по решению начальника учреждения в пределах выделенных бюджетных ассигнований на оплату труда работников учреждения, а также средств от предпринимательской и иной приносящей доход деятельности. К основным показателям премирования по итогам месяца отнесено выполнение плановых показателей доходов от предпринимательской и иной приносящей доход деятельности. В соответствии с расценками на платные ветеринарные услуги, оказываемые КОГБУ «Белохолуницкая районная станция по борьбе с болезнями животных», утвержденными приказом начальника Учреждения от 25.01.2016 № 59/3, к платным услугам отнесены, в том числе, предубойный клинический осмотр животных, ветеринарно-санитарная экспертиза партии пищевых продуктов, оформление ветеринарно-сопроводительных документов на животных, ветеринарно-санитарная экспертиза мяса, клеймение мяса. Таким образом, выполнение Учреждением государственного задания и увеличения объема оказанных платных услуг влияет на размер начисляемой и выплачиваемой заработной платы сотрудникам КОГБУ «Белохолуницкая районная станция по борьбе с болезнями животных». В соответствии со статьей 2.3 Закона Российской Федерации от 14.05.1993 № 4979-1 «О ветеринарии» ветеринарные сопроводительные документы (ветеринарные сертификаты, ветеринарные свидетельства, ветеринарные справки) в обязательном порядке оформляются лишь на подконтрольные товары. Согласно Приказу Минсельхоза России от 17.07.2014 №281 «Об утверждении Правил организации работы по оформлению ветеринарных сопроводительных документов и Порядка оформления ветеринарных сопроводительных документов в электронном виде» ветеринарные сопроводительные документы (ветеринарные сертификаты, ветеринарные свидетельства, ветеринарные справки), характеризующие территориальное и видовое происхождение, ветеринарно-санитарное состояние сопровождаемого подконтрольного товара, эпизоотическое состояние места его выхода и позволяющие идентифицировать подконтрольный товар, оформляются на подконтрольные товары, включенные в Единый перечень товаров, подлежащих ветеринарному контролю (надзору), утвержденный решением Комиссии Таможенного союза от 18.06.2010 № 317 «О применении ветеринарно-санитарных мер в Таможенном союзе», в том числе на живых животных, мясо, мясопродукты. В соответствии с Правилами организации работы по оформлению ветеринарных сопроводительных документов, утвержденных Приказом Минсельхоза России от 17.07.2014 № 281 (далее Правила), оформление ветеринарных сопроводительных документов осуществляется при производстве партии подконтрольного товара (исключая производство для целей личного потребления), перемещении (перевозке) подконтрольного товара при переходе права собственности на подконтрольный товар (за исключением передачи (реализации) подконтрольного товара покупателю для личного, семейного, домашнего или иного использования, не связанного с предпринимательской деятельностью). Оформление ветеринарных сопроводительных документов может производиться как на бумажном носителе, так и в электронном виде с использованием государственной информационной системы. В соответствии с п.п.1.4.,1.5, 2.1 Правил ветеринарного осмотра убойных животных и ветеринарно-санитарной экспертизы мяса и мясных продуктов, утвержденных Минсельхозом СССР 27.12.1983 животные, отправляемые для убоя, подлежат в хозяйстве-поставщике ветеринарному осмотру с выборочной термометрией по усмотрению ветеринарного врача (фельдшера); на них составляют опись с указанием вида животных и номера бирки (тавра), а для животных из промышленных животноводческих комплексов указывают и номер секции откорма. На каждую партию животных, направляемых для убоя, выдают ветеринарное свидетельство (или справку) в установленном ветеринарным законодательством порядке, с обязательным указанием всех сведений, предусмотренных формой свидетельства, в том числе сведений о благополучии животных и местах их выхода по заразным болезням. К партии относятся животные одного вида, одновременно отправляемые из одного хозяйства (фермы), по одному ветеринарному свидетельству (ветеринарной справке). Мясо и другие продукты убоя животных всех категорий хозяйств подлежат обязательной послеубойной ветеринарно-санитарной экспертизе, которую проводит ветеринарный врач. Согласно Правилам на убой допускается только здоровое животное при наличии выданной в соответствии с установленными требованиями ветеринарной справки. В соответствии с Правилами в области ветеринарии при убое животных и первичной переработке мяса и иных продуктов убоя непромышленного изготовления на убойных пунктах средней и малой мощности, утвержденными Приказом Минсельхоза России от 12.03.2014 № 72, предубойный ветеринарный осмотр убойных животных, проведение ветеринарно-санитарной экспертизы туш и иных продуктов убоя, ветеринарное клеймение туш и иных продуктов убоя, полученных от этих животных осуществляется государственными ветеринарными специалистами только на убойных пунктах. По результатам проведенных мероприятий ветеринарными врачами производится выдача и оформление ветеринарных сопроводительных документов. Таким образом, выдача государственными ветеринарными специалистами ветеринарных сертификатов, ветеринарных свидетельств, ветеринарных справок на живых свиней и крупный рогатый скот, свежее или охлажденное мясо крупного рогатого скота, свежую или охлажденную свинину при их производстве, перемещении (перевозке), реализации является обязательной. В соответствии со статьей 5 Федерального закона от 29.12.1994 № 77-ФЗ «Об обязательном экземпляре документов» официальные документы - документы, принятые органами законодательной, исполнительной и судебной власти, носящие обязательный, рекомендательный или информационный характер. В соответствии с п.7 Правил организации работы по оформлению ветеринарных сопроводительных документов, утвержденных Приказом Минсельхоза России от 17.07.2014 №281, формы ветеринарных сертификатов, ветеринарных свидетельств и ветеринарных справок являются бланками строгой отчетности, их форма утверждена Минсельхозом России, они предоставляют гражданам право на дальнейшую транспортировку животного для убоя в пределах определенного района, с последующей реализацией продуктов животноводства и обязанность надзорно-контролирующих органов предоставить право владельцам данных справок на транспортирование и реализацию продуктов животноводства. Таким образом, ветеринарные справки формы №4, утвержденные Приказом Минсельхоза России от 17.07.2014 №281, выдаваемые государственными ветеринарными специалистами при производстве, обороте, а также перевозке подконтрольных товаров в пределах района, являются официальными документами. Согласно ст. Закона Российской Федерации от 14.05.1993 № 4979-1 «О ветеринарии» владельцы животных и производители продуктов животноводства обязаны соблюдать установленные ветеринарно-санитарные правила перевозки и убоя животных, переработки, хранения и реализации продуктов животноводства. В соответствии с п.п. 11, 12, 13 Ветеринарно-санитарных правил внутрихозяйственного убоя скота на мясо, утвержденных Минсельхоза СССР от 16.08.1971, убой скота, принадлежащего гражданам, проживающим в населенных пунктах, расположенных в зоне деятельности убойных пунктов, должен производиться на этих предприятиях. Скотоубойный пункт обслуживается ветеринарным врачом или фельдшером, который несет ответственность за выпуск с пункта доброкачественного мяса и мясопродуктов. Всех животных, поступающих для убоя на скотоубойный пункт, подвергают ветеринарному осмотру с обязательной термометрией и допускают к убою после разрешения ветеринарного персонала, обслуживающего данный пункт. Туши, внутренние органы и другие мясопродукты подвергают обязательному ветеринарному осмотру согласно действующим Правилам ветеринарного осмотра убойных животных и ветеринарно-санитарной экспертизы мяса и мясных продуктов. В соответствии с приказом начальника Учреждения № 11-к от 15.03.2016 в КОГБУ «Белохолуницкая районная станция по борьбе с болезнями животных» на должность заместителя начальника, ветеринарного врача Учреждения переведена ФИО2 В соответствии с трудовым договором № от ДД.ММ.ГГГГ, дополнительным соглашением к трудовому договору от ДД.ММ.ГГГГ, заключенными между начальником Учреждения и ФИО1, а также должностной инструкцией последняя была обязана, в частности, проводить ветеринарный осмотр и ветеринарно-санитарную экспертизу подконтрольной продукции для установления ее безопасности в ветеринарно-санитарном отношении; выдавать ветеринарные заключения или свидетельства, удостоверяющие безопасность употребления в пищу продукции; использовать по назначению бланки строгой отчетности. Таким образом, ФИО2, являясь с ДД.ММ.ГГГГ заместителем начальника КОГБУ «&lt;адрес&gt; станция по борьбе с болезнями животных», ветеринарным врачом, фактически осуществляла деятельность, связанную с государственным ветеринарным надзором, то есть была наделена организационно-распорядительными функциями, являлась должностным лицом. ДД.ММ.ГГГГ в период с 08 часов 00 минут до 17 часов 00 минут к ФИО2, находившейся на рабочем месте в помещении КОГБУ «&lt;адрес&gt; станция по борьбе с болезнями животных», расположенном по адресу: &lt;адрес&gt;, обратилась ФИО7, которая пояснила, что осуществила забой принадлежащего ей животного – свиньи-хряка вне убойного пункта, и ей необходимы ветеринарно-сопроводительные документы для реализации мяса и мясопродуктов. Непосредственно после этого ФИО2 ДД.ММ.ГГГГ в период времени с 08 часов 00 минут до 17 часов 00 минут, находясь на своем рабочем месте по указанному адресу, являясь заместителем начальника КОГБУ «&lt;адрес&gt; станция по борьбе с болезнями животных», ветеринарным врачом КОГБУ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ФИО7 и желанием освободить её от лишних материальных затрат, а также в целях экономии своего рабочего времени и снижения рабочей нагрузки, осознавая, что клинический осмотр животного ею не проводился, выдала ФИО7 ветеринарную справку формы № серия 243 № от ДД.ММ.ГГГГ, являющуюся официальным документом, предоставляющую право на транспортировку животного к убойному пункту, в которой указала заведомо ложные сведения о том, что ею проведен клинический осмотр животного – одной головы свиньи - хряка, принадлежащего ФИО7, которое является здоровым и направляется автотранспортом из &lt;адрес&gt; в д. &lt;адрес&gt; на убойный пункт СПК «Луч» для убоя, при этом ей было заведомо известно, что осмотр животного ею не проводился, и забой животного уже произведен ФИО7 вне убойного пункта. ДД.ММ.ГГГГ в период времени с 08 часов 00 минут до 17 часов 00 минут ФИО2, в продолжение своего преступного умысла, на совершение служебного подлога, находясь на своем рабочем месте по адресу: &lt;адрес&gt;, являясь заместителем начальника КОГБУ «&lt;адрес&gt; станция по борьбе с болезнями животных», ветеринарным врачом КОГБУ «&lt;адрес&gt; станция по борьбе с болезнями животных», действуя умышленно, в целях внесения заведомо ложных сведений в официальный документ, из корыстной заинтересованности, выразившейся в получении дополнительно к основному заработку премий, и иной личной заинтересованности, выразившейся в оказании помощи ФИО7 и желанием освободить её от лишних материальных затрат, а также в целях экономии своего рабочего времени и снижения рабочей нагрузки, осознавая, что ФИО7 забой свиньи - хряка был произведен в нарушение требований действующего законодательства, а предубойный и послеубойный осмотр принадлежащих ей животного и мяса фактически не проводился, внесла заведомо ложные сведения в ветеринарную справку формы № серии 243 № от ДД.ММ.ГГГГ, являющуюся официальным документом, о проведении ею клинического осмотра мяса животного, а также о проведении ею ветеринарно-санитарной экспертизы ДД.ММ.ГГГГ в полном объеме, а именно указала в данной справке, что ею на убойном пункте СПК «Луч» в д. &lt;адрес&gt; ДД.ММ.ГГГГ мясо свинины охлажденное, а также голова и ливер подвергнуты ветеринарно-санитарной экспертизе в полном объеме, при этом ей было достоверно известно, что указанные действия ей не производились. Таким образом, ФИО2 совершила служебный подлог, то есть внесение должностным лицом, в официальные документы заведомо ложных сведений, если эти деяния совершены из корыстной и иной личной заинтересованности (при отсутствии признаков преступления, предусмотренного ч. 1 ст. 292.1 УК РФ ), то есть преступление, предусмотренное ч. 1 ст. 292 УК РФ . В судебном заседании подсудимая ФИО2 пояснила, что предъявленное обвинение ей понятно и с ним она согласна, вину в совершении девяти преступлений, предусмотренных ч.1 ст. 292 УК РФ , признала в полном объеме. Заявленное ранее ходатайство о рассмотрении дела в особом порядке и постановлении приговора без проведения судебного разбирательства поддержала, указав, что оно заявлено ею добровольно и после консультации с защитником, ей разъяснены и понятны последствия постановления приговора в порядке, предусмотренном ст.ст. - 317 УПК РФ . Государственный обвинитель, защитник согласны с ходатайством подсудимой о рассмотрении дела без проведения судебного разбирательства. За совершение преступления, предусмотренного ч.1 ст. 292 УК РФ , установлено наказание, не превышающее размера наказания, установленного ст. 314 УПК РФ . По мнению суда, обвинение, с которым согласна подсудимая, обоснованно, подтверждается собранными по уголовному делу доказательствами. Учитывая, что все условия постановления приговора без проведения судебного разбирательства, предусмотренные ст. 314 УПК РФ , соблюдены, суд полагает необходимым удовлетворить ходатайство подсудимой ФИО2 и постановить приговор без проведения судебного разбирательства. ФИО2 на учете у врачей психиатра и психиатра - нарколога не состоит, инвалидом по физическому и психическому заболеванию не является (т&lt;данные изъяты&gt;). С учетом материалов дела, касающихся личности подсудимой, обстоятельств совершенного ею преступления, суд признает ФИО2 вменяемой в отношении инкриминируемых ей деяний и подлежащей уголовной ответственности. Действия ФИО2 по фактам совершения ею служебных подлогов ДД.ММ.ГГГГ, ДД.ММ.ГГГГ, ДД.ММ.ГГГГ, ДД.ММ.ГГГГ, ДД.ММ.ГГГГ, ДД.ММ.ГГГГ, ДД.ММ.ГГГГ, ДД.ММ.ГГГГ, ДД.ММ.ГГГГ суд квалифицирует как девять преступлений, предусмотренные ч.1 ст. 292 УК РФ , то есть как девять служебных подлогов, то есть девять внесений должностным лицом, в официальные документы заведомо ложных сведений, если эти деяния совершены из корыстной и иной личной заинтересованности (при отсутствии признаков преступления, предусмотренного ч. 1 ст. 292.1 УК РФ ). Возможности применения к ФИО2 положений ст.ст. - 78 УК РФ и ст.ст. - 28 УПК РФ об освобождении ее от уголовной ответственности суд не усматривает. Оснований для изменения категории совершенных преступлений на менее тяжкие в соответствии с ч.6 ст. 15 УК РФ не имеется, так как преступление, предусмотренное ч.1 ст. 292 УК РФ , отнесено законом к категории преступлений небольшой тяжести (ч.1 ст. 15 УК РФ ). При назначении наказания, суд в соответствии со ст.ст. , 60 УК РФ учитывает характер и степень общественной опасности совершенных ФИО2 преступлений, данные о ее личности, учитывает обстоятельства, смягчающие и отягчающее наказание, а также влияние назначенного наказания на исправление подсудимой и на условия жизни ее семьи. Предусмотренных ст. 63 УК РФ обстоятельств, отягчающих наказание ФИО2, судом не установлено (по всем преступлениям). В качестве обстоятельств, смягчающих наказание подсудимой, суд в отношении всех преступлений признает активное способствование раскрытию и расследованию преступления, наличие на её иждивении несовершеннолетнего и малолетнего детей, беременность, признание вины и раскаяние в содеянном (п.п.«и»,«г»,«в» ч.1, ч.2 ст. 61 УК РФ ). При назначении наказания суд учитывает личность подсудимой. ФИО2 имеет постоянные места работы и жительства, разведена, воспитывает несовершеннолетних детей ФИО5, ДД.ММ.ГГГГ г.р., ФИО5, ДД.ММ.ГГГГ г.р., с которыми совместно проживает, к административной ответственности не привлекалась (&lt;данные изъяты&gt;). Согласно характеристикам по месту жительства (УУП ОП «Белохолуницкое» и администрации Белохолуницкого городского поселения) ФИО2 по месту жительства проживает с семьей, каких-либо жалоб от соседей и родственников не поступало, спиртным не злоупотребляет, к противоправному поведению не склонна, по характеру открыта и коммуникабельна (&lt;данные изъяты&gt;). По месту работы ФИО2 характеризуется исключительно положительно как квалифицированный, ответственный специалист, награждена почетной грамотой за добросовестный труд (т&lt;данные изъяты&gt;). С учетом характера и степени общественной опасности совершенных преступлений, отсутствия отягчающих и имеющихся смягчающих обстоятельств, данных о личности подсудимой, ее семейного и имущественного положения, влияния назначенного наказания на исправление подсудимой и условия жизни ее семьи, суд приходит к выводу, что цели наказания могут быть достигнуты путем применения к ФИО2 наказания за каждое преступление в виде штрафа в доход государства. При определении размера штрафа суд учитывает тяжесть совершенных преступлений и имущественное положения осужденной и ее семьи, а также возможность получения осужденной заработной платы или иного дохода. Оснований, предусмотренных ч.3 ст. 47 УК РФ , для назначения ФИО2 дополнительного наказания в виде лишения права занимать определенные должности или заниматься определенной деятельностью, суд не усматривает. В соответствии с ч.2 ст. 69 УК РФ , по совокупности преступлений, ФИО2 следует назначить наказание путем частичного сложения назначенных наказаний. При назначении вида и размера наказания суд учитывает правила назначения наказания, предусмотренные ст.ст. , , 61 УК РФ , ч.5 ст. 62 УК РФ и ч.7 ст. 316 УПК РФ (особый порядок судебного разбирательства), ч.1 ст. 62 УК РФ (назначение наказания при наличии смягчающих обстоятельств). Каких-либо исключительных обстоятельств, существенно уменьшающих степень общественной опасности содеянного подсудимой, дающих основания для применения при назначении наказания положений ст. 64 УК РФ , суд не усматривает. Окончательное наказание ФИО2 следует назначить в соответствии с ч.5 ст. 69 УК РФ по совокупности преступлений путем полного сложения наказания по настоящему приговору и наказания, назначенного по приговору Слободского районного суда &lt;адрес&gt; от ДД.ММ.ГГГГ, в окончательное наказание зачесть отбытое наказание в виде штрафа по приговору Слободского районного суда &lt;адрес&gt; от ДД.ММ.ГГГГ в сумме 20000 рублей. Гражданский иск по делу не заявлен. Меры в обеспечение гражданского иска и возможной конфискации имущества не применялись за отсутствием оснований. Вопрос о вещественных доказательствах суд разрешает в соответствии с ч. 3 ст. 81 УПК РФ . На основании ч.1 ст. и ч.10 ст. 316 УПК РФ процессуальные издержки по делу в виде оплаты труда адвоката за защиту подсудимой следует возместить за счет средств федерального бюджета. Руководствуясь ст.ст. , - , 316 УПК РФ , суд П Р И Г О В О Р И Л: ФИО2 признать виновной в совершении преступлений, предусмотренных ч.1 ст. 292 УК РФ , ч.1 ст. 292 УК РФ , ч.1 ст. , ч.1 ст. 292 УК РФ , ч.1 ст. 292 УК РФ , ч.1 ст. 292 УК РФ , ч.1 ст. 292 УК РФ , ч.1 ст. 292 УК РФ , ч.1 ст. 292 УК РФ , и назначить ей наказание: - по ч.1 ст. 292 УК РФ (за преступление, совершенное ДД.ММ.ГГГГ) – в виде штрафа в доход государства в размере 10000 (десять тысяч) рублей; - по ч.1 ст. 292 УК РФ (за преступление, совершенное ДД.ММ.ГГГГ,) – в виде штрафа в доход государства в размере 10000 (десять тысяч) рублей; - по ч.1 ст. 292 УК РФ (за преступление, совершенное ДД.ММ.ГГГГ) – в виде штрафа в доход государства в размере 10000 (десять тысяч) рублей; - по ч.1 ст. 292 УК РФ (за преступление, совершенное ДД.ММ.ГГГГ) – в виде штрафа в доход государства в размере 10000 (десять тысяч) рублей; - по ч.1 ст. 292 УК РФ (за преступление, совершенное ДД.ММ.ГГГГ) – в виде штрафа в доход государства в размере в размере 10000 (десять тысяч) рублей; - по ч.1 ст. 292 УК РФ (за преступление, совершенное ДД.ММ.ГГГГ) – в виде штрафа в доход государства в размере 10000 (десять тысяч) рублей; - по ч.1 ст. 292 УК РФ (за преступление, совершенное ДД.ММ.ГГГГ) – в виде штрафа в доход государства в размере 10000 (десять тысяч) рублей; - по ч.1 ст. 292 УК РФ (за преступление, совершенное ДД.ММ.ГГГГ) – в виде штрафа в доход государства в размере 10000 (десять тысяч) рублей; - по ч.1 ст. 292 УК РФ (за преступление, совершенное ДД.ММ.ГГГГ) – в виде штрафа в доход государства в размере 10000 (десять тысяч) рублей. На основании ч.2 ст. 69 УК РФ , по совокупности преступлений, путем частичного сложения назначенных наказаний, назначить ФИО2 окончательное наказание в виде штрафа в доход государства в размере 20000 (двадцать тысяч) рублей. На основании ч.5 ст. 69 УК РФ , по совокупности преступлений, путем полного сложения наказания по настоящему приговору и наказания, назначенного по приговору Слободского районного суда &lt;адрес&gt; от ДД.ММ.ГГГГ, окончательно назначить ФИО1 наказание в виде штрафа в доход государства в размере 40000 (сорок тысяч) рублей. Зачесть в окончательное наказание отбытое наказание в виде штрафа по приговору Слободского районного суда &lt;адрес&gt; от ДД.ММ.ГГГГ в сумме 20000 (двадцать тысяч) рублей. Меру процессуального принуждения ФИО2 до вступления приговора в законную силу (на период апелляционного обжалования настоящего приговора) оставить без изменения в виде обязательства о явке. Вещественные доказательства по уголовному делу: книга учета бланков строгой отчетности ФИО2, начатая 12.2011; книга учета бланков строгой отчетности ФИО2, начатая ДД.ММ.ГГГГ; журнал учета результатов убойных животных и ветеринарно-санитарной экспертизы мяса и мясопродуктов на бойне (убойном пункте) СПК им. Кирова; журнал учета результатов убойных животных и ветеринарно-санитарной экспертизы мяса и мясопродуктов на бойне (убойном пункте) СПК «Луч»; корешок ветеринарной справки формы № серии 243 № от ДД.ММ.ГГГГ, выданный ФИО6, корешок ветеринарной справки формы № сери 243 № от ДД.ММ.ГГГГ, выданный ФИО6, корешок ветеринарной справки формы № серии 243 № от ДД.ММ.ГГГГ, выданный ФИО7, корешок ветеринарной справки формы № серии 243 № от ДД.ММ.ГГГГ, выданный ФИО7, корешок ветеринарной справки формы № серии 243 № от ДД.ММ.ГГГГ, выданный ФИО8, корешок ветеринарной справки формы № серии 243 № от ДД.ММ.ГГГГ, выданный ФИО8, корешок ветеринарной справки формы № серии 243 № от ДД.ММ.ГГГГ, выданный ФИО9, корешок ветеринарной справки формы № серии 243 № от ДД.ММ.ГГГГ, выданный ФИО9, корешок ветеринарной справки формы № серии 243 № от ДД.ММ.ГГГГ, выданный ФИО7, корешок ветеринарной справки формы № серии 243 № от ДД.ММ.ГГГГ, выданный ФИО7, корешок ветеринарной справки формы № серии 243 № от ДД.ММ.ГГГГ, выданный ФИО10, корешок ветеринарной справки формы № серии 243 № от ДД.ММ.ГГГГ, выданный ФИО10, корешок ветеринарной справки формы № серии 243 № от ДД.ММ.ГГГГ, выданный ФИО11, корешок ветеринарной справки формы № серии 243 № от ДД.ММ.ГГГГ, выданный ФИО11, корешок ветеринарной справки формы № серии 243 № от ДД.ММ.ГГГГ, выданный ФИО11, корешок ветеринарной справки формы № серии 243 № от ДД.ММ.ГГГГ, выданный ФИО7, корешок ветеринарной справки формы № серии 243 № от ДД.ММ.ГГГГ, выданный ФИО7 – считать возвращенными законному владельцу КОГКУ «&lt;адрес&gt; станция по борьбе с болезнями животных» (&lt;данные изъяты&gt;). На основании ч.10 ст. 316 УПК РФ процессуальные издержки по делу возместить за счет средств федерального бюджета. Приговор может быть обжалован в апелляционном порядке в Кировский областной суд (непосредственно или через суд в г. Белая Холуница Кировской области) в течение 10 суток со дня его провозглашения, при этом он не может быть обжалован по основанию несоответствия выводов суда, изложенных в приговоре, фактическим обстоятельствам дела (с учетом требований ст. 317 УПК РФ ). В случае подачи осужденным апелляционной жалобы, а также в случае внесения прокурором апелляционного представления или подачи жалобы иными участниками процесса, затрагивающими интересы осужденного, осужденный вправе участвовать в рассмотрении уголовного дела судом апелляционной инстанции. Судья: подпись Л.Н. Маслова. Копия верна. Судья: Л.Н. Маслова. Суд: Слободской районный суд (Кировская область) (подробнее) Судьи дела: Маслова Л.Н. (судья) (подробнее) Последние документы по делу: Приговор от 7 сентября 2017 г. по делу № 1-2/36/2017 Приговор от 17 августа 2017 г. по делу № 1-2/36/2017 Приговор от 19 июня 2017 г. по делу № 1-2/36/2017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