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Финансирование мероприятий по обеспечению лекарственными препаратами отдельных категорий граждан осуществляется за счет средств федерального бюджета на очередной финансовый год и плановый период, а также при отсутствии необходимых лекарственных препаратов, поставляемых в соответствии с переданными полномочиями Российской Федерации, может дополнительно осуществляться за счет средств бюджета ФИО4 &lt;адрес&gt;.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Порядок и условия предоставления лекарственных препаратов отдельным категориям граждан и порядок использования средств бюджета ФИО4 &lt;адрес&gt; на указанные цели устанавливаются Правительством ФИО4 &lt;адрес&gt;». ФИО3 &lt;адрес&gt; от ДД.ММ.ГГГГ № утвержден Порядок лекарственного обеспечения за счет бюджета ФИО4 &lt;адрес&gt; отдельных категорий граждан, имеющих право на получение мер социальной поддержки. ФИО2 указанного Порядка, рецепты на лекарственные средства и изделия медицинского назначения выписываются отдельным категориям граждан в соответствии с Перечнем лекарственных средств и изделий медицинского назначения, утвержденным Министерством здравоохранения ФИО4 &lt;адрес&gt;; рецепты на лекарственные средства выписываются врачами (фельдшерами) лечебно-профилактических учреждений, в отношении которых Министерством здравоохранения ФИО4 &lt;адрес&gt; установлено право на оформление рецептурных бланков отдельным категориям граждан. ФИО3 &lt;адрес&gt; от ДД.ММ.ГГГГ № утвержден Перечень лекарственных препаратов и медицинских изделий, необходимых для обеспечения отдельных категорий граждан, отпускаемых при амбулаторном лечении по рецептам врачей бесплатно или с 50-процентной скидкой со свободных цен. В соответствии с Перечнем групп населения и категорий заболеваний, при амбулаторном лечении которых лекарственные средства изделий медицинского назначения отпускаются по рецептам врачей бесплатно, утвержденного постановлением Правительства РФ от ДД.ММ.ГГГГ №, к группе населения и категорий заболеваний, отнесены онкологические заболевания. Перечнем предусмотрено лекарственное средство «октреотид», льготное обеспечение которым осуществляется за счет средств федерального бюджета. В силу п. 1 ст. 1064 Гражданского кодекса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В силу п. 2 ст. 5 Федерального ФИО2 от ДД.ММ.ГГГГ N 178-ФЗ "О государственной социальной помощи" «Оказание (предоставление) государственной социальной помощи, в том числе на основании социального контракта, в соответствии с нормативными правовыми актами и региональными программами субъектов Российской Федерации, предусматривающими также предоставление гражданам социальных пособий в виде набора социальных услуг и субсидий, является расходным обязательством субъектов Российской Федерации». Организация обеспечения граждан лекарственными препаратами, медицинскими изделиями и специализированными продуктами лечебного питания в случаях, установленных законодательством РФ и законодательством ФИО4 &lt;адрес&gt;, возложена постановлением Правительства ФИО4 &lt;адрес&gt; № от ДД.ММ.ГГГГ на Министерство здравоохранения ФИО4 &lt;адрес&gt;. В силу п. 1 ст. Гражданского кодекса РФ «Лицо, право которого нарушено, может требовать полного возмещения причиненных ему убытков, если ФИО2 или договором не предусмотрено возмещение убытков в меньшем размере». В силу ст. 1069 Гражданского кодекса РФ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ФИО2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 ФИО2 Обзора законодательства и судебной практики Верховного Суда РФ за второй квартал 2007 года, утвержденного постановлением Президиума Верховного Суда РФ от ДД.ММ.ГГГГ, «ФИО2 ст. 1071 Гражданского кодекса РФ в случаях, когда в соответствии с указанным Кодексом РФ или другими ФИО2 причиненный вред подлежит возмещению за счет казны РФ, от имени казны выступает финансовый орган». Учитывая, что Министерство здравоохранения ФИО4 &lt;адрес&gt; не предоставило льгот на обеспечение ФИО1 жизненно необходимыми для него лекарственными препаратами, ФИО1 приобрел лекарственный препарат за свой счет на общую сумму 27 000 рублей, суд взыскивает с Министерства финансов РФ за счет казны РФ в пользу ФИО1 стоимость приобретенных лекарственных средств в размере 27 000 рублей. На основании изложенного и руководствуясь ст.ст. - 235 ГПК РФ , суд РЕШИЛ Исковые требования Подольского городского прокурора в интересах ФИО1 к Министерству финансов РФ, Министерству здравоохранения ФИО4 &lt;адрес&gt;, Управлению координационной деятельности Медицинских и фармацевтических организаций № Министерства здравоохранения ФИО4 &lt;адрес&gt;, ГБУЗ ФИО4 &lt;адрес&gt; «Мособлмедсервис» о взыскании стоимости приобретенных лекарственных средств удовлетворить. Взыскать с Министерства финансов РФ за счет казны Российской Федерации в пользу ФИО1 стоимость приобретенных лекарственных средств в размере 27 000 рублей. Решение может быть обжаловано в апелляционном порядке в ФИО4 областной суд через Подольский городской суд в течение месяца. Ответчиком может быть подано заявление об отмене заочного решения суда в течение 7 дней со дня получения копии решения суда. Председательствующий судья (подпись) Е.А. Звягинцева Суд: Подольский городской суд (Московская область) (подробнее) Истцы: Подольский городской прокурор (подробнее) Ответчики: ГБУЗ Московской области "Мособлмедсервис" (подробнее) Министерство здравоохранения Московской области (подробнее) Министерство финансов Российской Федерации (подробнее) Управление координационной деятельности медицинских и фрмацевтических организаций №1 Министерства здравоохранения Московской области (подробнее) Судьи дела: Звягинцева Е.А. (судья) (подробнее) Последние документы по делу: Решение от 21 декабря 2017 г. по делу № 2-3284/2017 Решение от 17 декабря 2017 г. по делу № 2-3284/2017 Решение от 27 ноября 2017 г. по делу № 2-3284/2017 Решение от 1 ноября 2017 г. по делу № 2-3284/2017 Решение от 8 августа 2017 г. по делу № 2-3284/2017 Решение от 7 августа 2017 г. по делу № 2-3284/2017 Решение от 3 августа 2017 г. по делу № 2-3284/2017 Решение от 9 июля 2017 г. по делу № 2-3284/2017 Решение от 22 июня 2017 г. по делу № 2-3284/2017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