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Старый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Белгородская область,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