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Водка «Пшеничная» в количестве 4 бутылки емкостью 0,5 литра каждая;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Водка «Пшеничная» в количестве 360 бутылок емкостью 0,25 литра каждая;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Водка «Стопка» в количестве 816 бутылок емкостью 0,1 литр каждая;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Водка «Березовая» в количестве 4 бутылок емкостью 0,25 литра каждая;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Водка «Финская» в количестве 1 бутылка емкостью 0,5 литра;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Водка «Беленькая» в количестве 379 бутылок емкостью 0,5 литра каждая;</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Водка «Беленькая» в количестве 30 бутылок емкостью 0,25 литра каждая;</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Водка «Пять озер» в количестве 91 бутылка емкостью 0,5 литра каждая;</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Водка «Талка» в количестве 889 бутылок емкостью 0,5 литра каждая;</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Водка «Хортица» в количестве 961 бутылка емкостью 0,5 литра каждая;</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Водка «Журавли» в количестве 652 бутылка емкостью 0,5 литра каждая;</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Водка «Зеленая марка» в количестве 445 бутылок емкостью 0,5 литра каждая;</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Водка «Фински» в количестве 6 бутылок емкостью 0,5 литра каждая;</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Водка «Полтина» в количестве 1 бутылка емкостью 0,5 литра;</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Водка «Полтина» в количестве 20 бутылок емкостью 0,25 литра каждая;</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Водка «Дрова» в количестве 313 бутылок емкостью 0,5 литра каждая;</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Водка «Рябчик» в количестве 417 бутылок емкостью 0,5 литра каждая;</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Водка «ГрафинЪ» в количестве 413 бутылок емкостью 0,5 литра каждая;</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Водка «Доктор столетов» в количестве 44 бутылки емкостью 0,5 литра каждая;</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Водка «Доктор столетов» в количестве 216 бутылок емкостью 0,25 литра каждая;</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Водка «Нефть» в количестве 12 бутылок емкостью 0,7 литра каждая;</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Водка «Сордис» в количестве 60 бутылок емкостью 0,5 литра каждая;</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Водка «Сордис» в количестве 69 бутылок емкостью 0,25 литра каждая;</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Водка «Финляндия» в количестве 12 бутылок емкостью 0,5 литра каждая;</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Коньяк «Лезгинка» в количестве 126 бутылок емкостью 0,5 литра каждая;</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Коньяк «Кизляр» в количестве 2 бутылки емкостью 0,5 литра каждая;</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Коньяк «Хеннеси» в количестве 105 бутылок емкостью 0,5 литра каждая;</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Коньяк «Хеннеси» в количестве 48 бутылок емкостью 0,7 литра каждая;</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Джин «Бифитер ФИО7», в количестве 60 бутылок емкостью 1 литр каждая;</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Виски «Джонни Уокер Блэк Лейбл», в количестве 1 бутылка емкостью 1 литр;</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Виски «Джонни Уокер Блэк Лейбл», в количестве 45 бутылок емкостью 0,5 литра каждая;</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Виски «Джонни Уокер Рэд Лейбл», в количестве 1 бутылка емкостью 1 литр;</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Виски «Вильям Лоусонс», в количестве 9 бутылок емкостью 0,75 литра каждая;</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Текила «Ольмека» в количестве 97 бутылок емкостью 1 литр каждая;</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Ром «Бакарди Супериор», в количестве 38 бутылок емкостью 1 литр каждая;</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Ром «Бакарди Голд» в количестве 49 бутылок емкостью 1 литр каждая;</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Бренди «Пере Маглори» в количестве 401 бутылка емкостью 0,7 литра каждая;</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Виски «Дюарс» в количестве 25 бутылок емкостью 1 литр каждая;</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Виски «Джек Денилс» в количестве 49 бутылок емкостью 1 литр каждая;</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Виски «Джеймсон» в количестве 13 бутылок емкостью 1 литр каждая,</w:t>
      </w:r>
    </w:p>
    <w:p>
      <w:pPr>
        <w:pStyle w:val="Heading3"/>
      </w:pPr>
      <w:r>
        <w:rPr>
          <w:rFonts w:ascii="Times New Roman" w:hAnsi="Times New Roman" w:eastAsia="Times New Roman" w:cs="Times New Roman"/>
          <w:b/>
          <w:i w:val="0"/>
          <w:sz w:val="22"/>
        </w:rPr>
        <w:t>Пункт 41. Правовой анализ</w:t>
      </w:r>
    </w:p>
    <w:p>
      <w:pPr>
        <w:spacing w:after="120" w:before="160"/>
        <w:ind w:firstLine="720"/>
        <w:jc w:val="both"/>
      </w:pPr>
      <w:r>
        <w:rPr>
          <w:rFonts w:ascii="Times New Roman" w:hAnsi="Times New Roman" w:eastAsia="Times New Roman" w:cs="Times New Roman"/>
          <w:b/>
          <w:i w:val="0"/>
          <w:sz w:val="22"/>
        </w:rPr>
        <w:t xml:space="preserve">41. </w:t>
      </w:r>
      <w:r>
        <w:rPr>
          <w:rFonts w:ascii="Times New Roman" w:hAnsi="Times New Roman" w:eastAsia="Times New Roman" w:cs="Times New Roman"/>
          <w:b w:val="0"/>
          <w:i w:val="0"/>
          <w:sz w:val="22"/>
        </w:rPr>
        <w:t>Виски «Роял Салют» в количестве 1 шт. объемом 0,5 л.;</w:t>
      </w:r>
    </w:p>
    <w:p>
      <w:pPr>
        <w:pStyle w:val="Heading3"/>
      </w:pPr>
      <w:r>
        <w:rPr>
          <w:rFonts w:ascii="Times New Roman" w:hAnsi="Times New Roman" w:eastAsia="Times New Roman" w:cs="Times New Roman"/>
          <w:b/>
          <w:i w:val="0"/>
          <w:sz w:val="22"/>
        </w:rPr>
        <w:t>Пункт 42. Правовой анализ</w:t>
      </w:r>
    </w:p>
    <w:p>
      <w:pPr>
        <w:spacing w:after="120" w:before="160"/>
        <w:ind w:firstLine="720"/>
        <w:jc w:val="both"/>
      </w:pPr>
      <w:r>
        <w:rPr>
          <w:rFonts w:ascii="Times New Roman" w:hAnsi="Times New Roman" w:eastAsia="Times New Roman" w:cs="Times New Roman"/>
          <w:b/>
          <w:i w:val="0"/>
          <w:sz w:val="22"/>
        </w:rPr>
        <w:t xml:space="preserve">42. </w:t>
      </w:r>
      <w:r>
        <w:rPr>
          <w:rFonts w:ascii="Times New Roman" w:hAnsi="Times New Roman" w:eastAsia="Times New Roman" w:cs="Times New Roman"/>
          <w:b w:val="0"/>
          <w:i w:val="0"/>
          <w:sz w:val="22"/>
        </w:rPr>
        <w:t>напиток винный «BELLINI», в количестве 39 бутылки, объемом 0,75 л.;</w:t>
      </w:r>
    </w:p>
    <w:p>
      <w:pPr>
        <w:pStyle w:val="Heading3"/>
      </w:pPr>
      <w:r>
        <w:rPr>
          <w:rFonts w:ascii="Times New Roman" w:hAnsi="Times New Roman" w:eastAsia="Times New Roman" w:cs="Times New Roman"/>
          <w:b/>
          <w:i w:val="0"/>
          <w:sz w:val="22"/>
        </w:rPr>
        <w:t>Пункт 43. Правовой анализ</w:t>
      </w:r>
    </w:p>
    <w:p>
      <w:pPr>
        <w:spacing w:after="120" w:before="160"/>
        <w:ind w:firstLine="720"/>
        <w:jc w:val="both"/>
      </w:pPr>
      <w:r>
        <w:rPr>
          <w:rFonts w:ascii="Times New Roman" w:hAnsi="Times New Roman" w:eastAsia="Times New Roman" w:cs="Times New Roman"/>
          <w:b/>
          <w:i w:val="0"/>
          <w:sz w:val="22"/>
        </w:rPr>
        <w:t xml:space="preserve">43. </w:t>
      </w:r>
      <w:r>
        <w:rPr>
          <w:rFonts w:ascii="Times New Roman" w:hAnsi="Times New Roman" w:eastAsia="Times New Roman" w:cs="Times New Roman"/>
          <w:b w:val="0"/>
          <w:i w:val="0"/>
          <w:sz w:val="22"/>
        </w:rPr>
        <w:t>напиток винный газированный «BOSCA» в количестве 86 бутылок, объемом 0,75 л. каждая;</w:t>
      </w:r>
    </w:p>
    <w:p>
      <w:pPr>
        <w:pStyle w:val="Heading3"/>
      </w:pPr>
      <w:r>
        <w:rPr>
          <w:rFonts w:ascii="Times New Roman" w:hAnsi="Times New Roman" w:eastAsia="Times New Roman" w:cs="Times New Roman"/>
          <w:b/>
          <w:i w:val="0"/>
          <w:sz w:val="22"/>
        </w:rPr>
        <w:t>Пункт 44. Правовой анализ</w:t>
      </w:r>
    </w:p>
    <w:p>
      <w:pPr>
        <w:spacing w:after="120" w:before="160"/>
        <w:ind w:firstLine="720"/>
        <w:jc w:val="both"/>
      </w:pPr>
      <w:r>
        <w:rPr>
          <w:rFonts w:ascii="Times New Roman" w:hAnsi="Times New Roman" w:eastAsia="Times New Roman" w:cs="Times New Roman"/>
          <w:b/>
          <w:i w:val="0"/>
          <w:sz w:val="22"/>
        </w:rPr>
        <w:t xml:space="preserve">44. </w:t>
      </w:r>
      <w:r>
        <w:rPr>
          <w:rFonts w:ascii="Times New Roman" w:hAnsi="Times New Roman" w:eastAsia="Times New Roman" w:cs="Times New Roman"/>
          <w:b w:val="0"/>
          <w:i w:val="0"/>
          <w:sz w:val="22"/>
        </w:rPr>
        <w:t>вино «Хванчкара» в количестве 7 бутылок, объемом 0,75 л. каждая;</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вино «Дом солнца» в количестве 13 бутылок, объемом 0,7 л. каждая;</w:t>
      </w:r>
    </w:p>
    <w:p>
      <w:pPr>
        <w:pStyle w:val="Heading3"/>
      </w:pPr>
      <w:r>
        <w:rPr>
          <w:rFonts w:ascii="Times New Roman" w:hAnsi="Times New Roman" w:eastAsia="Times New Roman" w:cs="Times New Roman"/>
          <w:b/>
          <w:i w:val="0"/>
          <w:sz w:val="22"/>
        </w:rPr>
        <w:t>Пункт 46. Выводы</w:t>
      </w:r>
    </w:p>
    <w:p>
      <w:pPr>
        <w:spacing w:after="120" w:before="160"/>
        <w:ind w:firstLine="720"/>
        <w:jc w:val="both"/>
      </w:pPr>
      <w:r>
        <w:rPr>
          <w:rFonts w:ascii="Times New Roman" w:hAnsi="Times New Roman" w:eastAsia="Times New Roman" w:cs="Times New Roman"/>
          <w:b/>
          <w:i w:val="0"/>
          <w:sz w:val="22"/>
        </w:rPr>
        <w:t xml:space="preserve">46. </w:t>
      </w:r>
      <w:r>
        <w:rPr>
          <w:rFonts w:ascii="Times New Roman" w:hAnsi="Times New Roman" w:eastAsia="Times New Roman" w:cs="Times New Roman"/>
          <w:b w:val="0"/>
          <w:i w:val="0"/>
          <w:sz w:val="22"/>
        </w:rPr>
        <w:t>винный напиток «LAVETTI», в количестве 110 бутылок объемом 0,75 л. каждая; На основании Приказа Федеральной службы по регулированию алкогольного рынка от 25.12.2014 года № 409 «Об установлении цен, не ниже которых осуществляется закупка (за исключением импорта), поставки (за исключением экспорта) и розничная продажа алкогольной продукции крепостью свыше 28%» минимальная розничная цена за 1 бутылку водки емкостью 0,5 литра составляет 185 рублей, продажа водки, разлитой в потребительскую тару иной емкости, рассчитываются пропорционально ценам, установленным за 0,5 литра, за исключением водки, разлитой в потребительскую тару объемом свыше 0,375 до 0,5 литра, цена которой равна цене водки, разлитой в потребительскую тару емкостью 0,5 литра. Цена, не ниже которой осуществляется розничная продажа бренди и другой алкогольной продукции, произведенной из винного, виноградного, плодового, коньячного, кальвадосного, вискового дистилляторов, за исключением коньяка, - 293 рубля за 0,5 литра готовой продукции, коньяка 322 рублей за 0,5 литра готовой продукции. Таким образом, общая стоимость немаркированной алкогольной продукции, подлежащей обязательной маркировке АМ и ФСМ, изъятой в подсобном помещении около дома № 33 на ул. Северная г. Семенов Нижегородской области составила 1 550 655 рублей 20 копеек (один миллион пятьсот пятьдесят тысяч шестьсот пятьдесят пять рублей двадцать копеек), что является особо крупным размером. Согласно заключению судебно – криминалистической экспертизы № 123 от 25.05.2016 года, федеральные специальные марки: акцизная (специальная) марка Водка до 0,5 л. № с выходными данными Гознак, МТ,Москва,2013 «Б»; акцизная (специальная) марка Водка до 0,5 л. №*4181 с выходными данными Гознак, МТ, Москва, 2013 «Б»; акцизная (специальная) марка Водка до 0,5 л. № с выходными данными Гознак, МТ, Москва, 2014 «Б»; акцизная (специальная) марка Водка до 0,5 л. № с выходными данными Гознак, МТ, Москва, 2013 «Б»; акцизная (специальная) марка Водка до 0,5 л. № с выходными данными Гознак, ППФ, Пермь, 2013 «Б»; акцизная (специальная) марка Водка до 0,5 л. № отсутствует с выходными данными Гознак, МТ, Москва, 2013 «Б»; акцизная (специальная) марка Водка до 0,5 л. №*6*220 с выходными данными Гознак, МТ, Москва, 2014 «Б»; акцизная (специальная) марка Водка до 0,5 л. № с выходными данными Гознак, ППФ, Пермь, 2012 «Б»; акцизная (специальная) марка Водка до 0,5 л. № отсутствует с выходными данными Гознак, МТ, Москва, 2013 «Б»; акцизная (специальная) марка Крепкие спиртные напитки до 0,5 л. №*789*12 с выходными данными Гознак, МТ, Москва,2014 «Б»; акцизная (специальная) марка Водка до 0,5 л. № с выходными данными Гознак, МТ, Москва, 2012 «Б»; акцизная (специальная) марка Водка до 0,5 л. № с выходными данными Гознак, МТ, Москва, 2013 «Б»; акцизная (специальная) марка Водка до 0,5 л. № с выходными данными Гознак, МТ, Москва, 2013 «Б»; акцизная (специальная) марка Водка до 0,5 л. № с выходными данными Гознак, ППФ, Пермь, 2013 «Б»; акцизная (специальная) марка Водка до 0,5 л. № с выходными данными Гознак, ППФ, Пермь, 2013 «Б»; акцизная (специальная) марка Крепкие спиртные напитки свыше 25% № с выходными данными Гознак, МТ, Москва, 2014 «Б»; акцизная (специальная) марка Вина виноградные № с выходными данными Гознак, МТ, Москва, 2013 «Б»; акцизная (специальная) марка Крепкие спиртные напитки до 0,5 л. №**7863112 с выходными данными Гознак, МТ, Москва, 2013 «Б»; акцизная (специальная) марка Крепкие спиртные напитки до 0,5 л. № с выходными данными Гознак, МТ, Москва; акцизная (специальная) марка Крепкие спиртные напитки до 0,5 л. № с выходными данными Гознак, МТ, Москва, 2013 «Б»; акцизная (специальная) марка Крепкие спиртные напитки до 0,5 л. № с выходными данными Гознак, МТ, Москва, 2014 «Б»; акцизная (специальная) марка Крепкие спиртные напитки до 0,5 л. № с выходными данными Гознак, МТ, Москва, 2013 «Б»; акцизная (специальная) марка Крепкие спиртные напитки до 0,5 л. № с выходными данными Гознак, МТ, Москва, 2013 «Б»; акцизная (специальная) марка Крепкие спиртные напитки до 0,5 л. № с выходными данными Гознак, ***, Пермь, 2013 «Б»; акцизная (специальная) марка Крепкие спиртные напитки до 0,5 л. № с выходными данными Гознак,МТ,Москва,2013 «Б»; акцизная (специальная) марка Крепкие спиртные напитки до 0,5 л. № с выходными данными Гознак, МТ, Москва, 2014 «Б»; акцизная (специальная) марка Водка до 0,75 л. № с повреждёнными выходными данными; акцизная (специальная) марка Крепкие спиртные напитки до 0,5 л. № с выходными данными Гознак, МТ, Москва, 2014 «Б»- изготовлены не производством Гознак. Цветные изображения, за исключением штрих-кода, информации о литраже и нумерации нанесены с применением высоких печатных форм.Акцизная (специальная) марка Водка 0,25 л. № отсутствует с выходными данными Гознак, МТ, Москва, *013 «*»; акцизная (специальная) марка Водка до 0,5 л. № с выходными данными Гознак, ППФ, Пермь, 2014 «Б»; акцизная (специальная) марка Водка 0,25 л. № с выходными данными Гознак, МТ, Москва, 2015 «Б»; акцизная (специальная) марка Алкогольная продукция свыше 25% № с выходными данными Гознак, МТ, Москва,2012 «Б»; акцизная (специальная) марка Вина виноградные № с выходными данными Гознак, МТ, Москва, 2015 «Б»; акцизная (специальная) марка Алкогольная продукция свыше 25% до 0,5 л. № с выходными данными Гознак, МТ, Москва, 2011 «Б»; акцизная (специальная) марка Алкогольная продукция свыше 25% до 1 л. № с выходными данными Гознак, МТ, Москва, 2011 «Б»; акцизная (специальная) марка Водка до 0,1 л. № с выходными данными Гознак,МТ,Москва,2013 «Б»; акцизная (специальная) марка Винные напитки (без этилового спирта) до 0,75 л. № с выходными данными Гознак, ППФ, Пермь, 2015 «Б»; акцизная (специальная) марка Винные напитки (без содержания этилового спирта) № с выходными данными Гознак, ППФ, Пермь, 2015 «Б»; акцизная (специальная) марка с повреждением № с выходными данными Гознак,МТ,Москва,2012 «Б»; акцизная (специальная) марка Водка 0,25л. № с выходными данными Гознак, ППФ, Пермь, 2015 «Б»; акцизная (специальная) марка Водка 0,25л. № с выходными данными Гознак, ППФ, Пермь, 2013 «Б»; акцизная (специальная) марка Водка 0,25л. № с выходными данными Гознак, МТ, Москва, 2013 «Б»; акцизная (специальная) марка Водка 0,25л. № отсутствует, с выходными данными Гознак, МТ, Москва, 2013 «Б» - выполнены способом плоской офсетной печати, не предприятием Гознак. Согласно заключению эксперта № 124 э от 18.01.2016 года ЭКЦ ГУ МВД России по Нижегородской области федеральные специальные марки на вышеуказанной алкогольной продукции не соответствуют образцам того же обозначения, модификации, годы выпуска, фабрики - изготовителя, изготовленным Гознаком. Согласно заключению эксперта № 163 э от 21.03.2016 года представленная на экспертизу жидкость в бутылке с этикеткой: «Dewars White Label Blended Scotch Whisky» и федеральной специальной маркой: « 100 247863112» является спиртосодержащей и содержит в своем составе этиловый спирт (этанол). В представленной жидкости диэтилфталат и денатурирующие добавки (кротоновый альдегид, битрекс, бензин / керосин) не обнаружены. Согласно заключению эксперта № 164 э от 24.03.2016 года представленная на экспертизу жидкость в бутылке с этикеткой: «Pere Magloire» и федеральной специальной маркой: «038 40650800» является спиртосодержащей и содержит в своем составе этиловый спирт (этанол). В представленной жидкости диэтилфталат и денатурирующие добавки (кротоновый альдегид, битрекс, бензин / керосин) не обнаружены. Согласно заключению эксперта № 165 э от 24.03.2016 года представленная на экспертизу жидкость в бутылке с этикеткой: «Bacardi Superior Original Premium Rum…» и федеральной специальной маркой: «037 573648898» является спиртосодержащей и содержит в своем составе этиловый спирт (этанол). В представленной жидкости диэтилфталат и денатурирующие добавки (кротоновый альдегид, битрекс, бензин / керосин) не обнаружены. Согласно заключению эксперта №166 Э от 21.03.2016 года представленная на экспертизу жидкость в бутылке с этикеткой: «Bacardi Gold Original Premium Crafted Rum …» и федеральной специальной маркой: «102 248021070» является спиртосодержащей и содержит в своем составе этиловый спирт (этанол). В представленной жидкости диэтилфталат и денатурирующие добавки (кротоновый альдегид, битрекс, бензин / керосин) не обнаружены. Согласно заключению эксперта № 167 Э от 21.03.2016 года представленная на экспертизу жидкость в бутылке с этикеткой: «William Lawson` Blended Skotch Whisky…» и федеральной специальной маркой: «101 091497089….» является спиртосодержащей и содержит в своем составе этиловый спирт (этанол). В представленной жидкости диэтилфталат и денатурирующие добавки (кротоновый альдегид, битрекс, бензин / керосин) не обнаружены. Согласно заключению эксперта № 168 Э от 21.03.2016 года представленная на экспертизу жидкость в бутылке с этикеткой: «Johnnie Walker Black Laber…» и федеральной специальной маркой: «100 247892372….» является спиртосодержащей и содержит в своем составе этиловый спирт (этанол). В представленной жидкости диэтилфталат и денатурирующие добавки (кротоновый альдегид, битрекс, бензин / керосин) не обнаружены. Согласно заключению эксперта № 169 Э от 24.03.2016 года представленная на экспертизу жидкость в бутылке с этикеткой: «Johnnie Walker Red Label…» и федеральной специальной маркой: «101 091492847….» является спиртосодержащей и содержит в своем составе этиловый спирт (этанол). В представленной жидкости диэтилфталат и денатурирующие добавки (кротоновый альдегид, битрекс, бензин / керосин) не обнаружены. Согласно заключению эксперта № 170 Э от 28.03.2016 года представленная на экспертизу жидкость в бутылке с этикеткой: «Jack Daniel` Jennessee Whiskey…» и федеральной специальной маркой: «037 433476589….» является спиртосодержащей и содержит в своем составе этиловый спирт (этанол). В представленной жидкости диэтилфталат и денатурирующие добавки (кротоновый альдегид, битрекс, бензин / керосин) не обнаружены. Согласно заключению эксперта № 135 Э от 02.02.2016 года представленная на экспертизу жидкость в бутылке с этикеткой: «Беленькая ВОДКА Люкс…» является спиртосодержащей - содержит в своем составе этиловый спирт. Объемная доля этилового спирта в жидкости составила 37,5 - 0,1 % об. Диэтилфталат и денатурирующие добавки (керосин / бензин), кротоновый альдегид и денатониум бензоат (битрекс)) в жидкости из бутылки с этикеткой «Беленькая ВОДКА Люкс…» не обнаружены (в пределах чувствительности используемых методов). Согласно заключению эксперта № 136 Э от 29.01.2016 года представленная на экспертизу жидкость в бутылке с этикеткой: «ВОДКА ТАЛКА…» является спиртосодержащей - содержит в своем составе этиловый спирт. Объемная доля этилового спирта в жидкости составила 39,5 - 0,1 % об. Диэтилфталат и денатурирующие добавки (керосин / бензин), кротоновый альдегид и денатониум бензоат (битрекс)) в жидкости из бутылки с этикеткой «ВОДКА ТАЛКА…» не обнаружены (в пределах чувствительности используемых методов). Согласно заключению эксперта № 137 Э от 01.02.2016 года представленная на экспертизу жидкость в бутылке с этикеткой: «…НЕФТЬ ВОДКА…» является спиртосодержащей - содержит в своем составе этиловый спирт. Объемная доля этилового спирта в жидкости составила 37,1 - 0,1 % об. Диэтилфталат и денатурирующие добавки (керосин / бензин), кротоновый альдегид и денатониум бензоат (битрекс)) в жидкости из бутылки с этикеткой «…НЕФТЬ ВОДКА…» не обнаружены (в пределах чувствительности используемых методов). Согласно заключению эксперта № 138 Э от 03.02.2016 года представленная на экспертизу жидкость в бутылке с этикеткой: «…ВОДКА ПОЛТИНА ПРЕМИУМ…» является спиртосодержащей - содержит в своем составе этиловый спирт. Объемная доля этилового спирта в жидкости составила 40,0 - 0,1 % об. Диэтилфталат и денатурирующие добавки (керосин / бензин), кротоновый альдегид и денатониум бензоат (битрекс)) в жидкости из бутылки с этикеткой «…ВОДКА ПОЛТИНА ПРЕМИУМ…» не обнаружены (в пределах чувствительности используемых методов). Согласно заключению эксперта № 139 Э от 05.03.2016 года представленная на экспертизу жидкость в бутылке с этикеткой: «…ЗОЛОТОЙ ВОДКА ГрафинЪ 0,5 л классика вкуса 40 % ВЕЛЕС…» является спиртосодержащей - содержит в своем составе этиловый спирт. Объемная доля этилового спирта в жидкости составила 36,9 - 0,1 % об. Диэтилфталат и денатурирующие добавки (керосин / бензин), кротоновый альдегид и денатониум бензоат (битрекс)) в жидкости из бутылки с этикеткой «…ЗОЛОТОЙ ВОДКА ГрафинЪ 0,5 л классика вкуса 40 % ВЕЛЕС…» не обнаружены (в пределах чувствительности используемых методов). Согласно заключению эксперта № 140 Э от 15.03.2016 года представленная на экспертизу жидкость в стопке с этикеткой: «…СТОПКА ВОДКА…» является спиртосодержащей - содержит в своем составе этиловый спирт. Объемная доля этилового спирта в жидкости составила 36 - 1 % об. Диэтилфталат и денатурирующие добавки (керосин / бензин), кротоновый альдегид и денатониум бензоат (битрекс)) в жидкости из стакана с этикеткой «…СТОПКА ВОДКА …» не обнаружены (в пределах чувствительности используемых методов). Согласно заключению эксперта № 141 Э от 01.02.2016 года представленная на экспертизу жидкость в бутылке с этикеткой: «…Drova firewood ECOLOGICAL VODKA…» является спиртосодержащей - содержит в своем составе этиловый спирт. Объемная доля этилового спирта в жидкости составила 31,3 - 0,1 % об. Диэтилфталат и денатурирующие добавки (керосин / бензин), кротоновый альдегид и денатониум бензоат (битрекс)) в жидкости из бутылки с этикеткой «…Drova firewood ECOLOGICAL VODKA…» не обнаружены (в пределах чувствительности используемых методов). Согласно заключению эксперта № 143 Э от 29.01.2016 года представленная на экспертизу жидкость в бутылке с этикеткой: «…SORDIS ВОДКА DELUXE СОРМОВСКАЯ ЛЮКС …» и «…VODKA SJRDIS SJRMOVSKAYA Лирическая…» являются спиртосодержащими - содержат в своем составе этиловый спирт. Объемная доля этилового спирта в жидкости составила 34,9-0,1 % об. и 35.4 – 0,1 % об, соответственно. Диэтилфталат и денатурирующие добавки (керосин / бензин), кротоновый альдегид и денатониум бензоат (битрекс)) в представленных на экспертизу жидкостях не обнаружены (в пределах чувствительности используемых методов). Согласно заключению эксперта № 142 Э от 02.02.2016 года представленная на экспертизу жидкость в бутылке с этикеткой: «Доктор Столетов Водка…» является спиртосодержащей - содержит в своем составе этиловый спирт. Объемная доля этилового спирта в жидкости составила 40,1 - 0,1 % об. Диэтилфталат и денатурирующие добавки (керосин / бензин), кротоновый альдегид и денатониум бензоат (битрекс)) в жидкости из бутылки с этикеткой «Доктор Столетов Водка…» не обнаружены (в пределах чувствительности используемых методов). Согласно заключению эксперта № 144 Э от 03.02.2016 года представленная на экспертизу жидкость в бутылке с этикеткой: «… ВОДКА ПЯТЬ ОЗЕР…» является спиртосодержащей - содержит в своем составе этиловый спирт. Объемная доля этилового спирта в жидкости составила 39,0 - 0,1 % об. Диэтилфталат и денатурирующие добавки (керосин / бензин), кротоновый альдегид и денатониум бензоат (битрекс)) в жидкости из бутылки с этикеткой «… ВОДКА ПЯТЬ ОЗЕР…» не обнаружены (в пределах чувствительности используемых методов). Согласно заключению эксперта № 145 Э от 03.02.2016 года представленная на экспертизу жидкость в бутылках с этикеткой: «… ПШЕНИЧНАЯ ВОДКА 0,5 Л 40% об…» и «…ПШЕНИЧНАЯ Водка Крепость 40 % об. Объем 0,25 л…» являются спиртосодержащими - содержат в своем составе этиловый спирт. Объемная доля этилового спирта в жидкостях составила 35,8 - 0,1 % об. и 39,4 – 0,1% об., соответственно. Диэтилфталат и денатурирующие добавки (керосин / бензин), кротоновый альдегид и денатониум бензоат (битрекс)) в представленных на экспертизу жидкостях не обнаружены (в пределах чувствительности используемых методов). Согласно заключению эксперта № 145 Э от 02.02.2016 года представленная на экспертизу жидкость в бутылке с этикеткой: «FINLANDIA VODKA JF FINLAND…» является спиртосодержащей - содержит в своем составе этиловый спирт. Объемная доля этилового спирта в жидкости составила 32,2 - 0,1 % об. Диэтилфталат и денатурирующие добавки (керосин / бензин), кротоновый альдегид и денатониум бензоат (битрекс)) в жидкости из бутылки с этикеткой «FINLANDIA VODKA JF FINLAND…» не обнаружены (в пределах чувствительности используемых методов). Согласно заключению эксперта № 147 Э от 29.01.2016 года представленная на экспертизу жидкость в бутылке с этикеткой: «FINN SKY VODKA Original Flavor…» является спиртосодержащей - содержит в своем составе этиловый спирт. Объемная доля этилового спирта в жидкости составила 40.0 - 0,1 % об. Диэтилфталат и денатурирующие добавки (керосин / бензин), кротоновый альдегид и денатониум бензоат (битрекс)) в жидкости из бутылки с этикеткой «FINN SKY VODKA Original Flavor…» не обнаружены (в пределах чувствительности используемых методов). Согласно заключению эксперта № 148 Э от 04.02.2016 года представленная на экспертизу жидкость в бутылке с этикеткой: «ХОРТИЦЯ ПЛАТИНУМ ВОДКА…» является спиртосодержащей - содержит в своем составе этиловый спирт. Объемная доля этилового спирта в жидкости составила 40.6 - 0,1 % об. Диэтилфталат и денатурирующие добавки (керосин / бензин), кротоновый альдегид и денатониум бензоат (битрекс)) в жидкости из бутылки с этикеткой «ХОРТИЦЯ ПЛАТИНУМ ВОДКА…» не обнаружены (в пределах чувствительности используемых методов). Согласно заключению эксперта № 149 Э от 03.02.2016 года представленная на экспертизу жидкость в бутылке с этикеткой: «Рябчик Водка Особая НА КАЛИНЕ…» является спиртосодержащей - содержит в своем составе этиловый спирт. Объемная доля этилового спирта в жидкости составила 39,9 - 0,1 % об. Диэтилфталат и денатурирующие добавки (керосин / бензин), кротоновый альдегид и денатониум бензоат (битрекс)) в жидкости из бутылки с этикеткой «Рябчик Водка Особая НА КАЛИНЕ…» не обнаружены (в пределах чувствительности используемых методов). Согласно заключению эксперта № 150 Э от 01.02.2016 года представленная на экспертизу жидкость в бутылке с этикеткой: «FINSKAYA SIL VODKA…» является спиртосодержащей - содержит в своем составе этиловый спирт. Объемная доля этилового спирта в жидкости составила 36,6 - 0,1 % об. Диэтилфталат и денатурирующие добавки (керосин / бензин), кротоновый альдегид и денатониум бензоат (битрекс)) в жидкости из бутылки с этикеткой «FINSKAYA SIL VODKA…» не обнаружены (в пределах чувствительности используемых методов). Согласно заключению эксперта № 151 Э от 03.02.2016 года представленная на экспертизу жидкость в бутылке с этикеткой: «…водка ЗЕЛЕНАЯ МАРКА…» является спиртосодержащей - содержит в своем составе этиловый спирт. Объемная доля этилового спирта в жидкости составила 39,4 - 0,1 % об. Диэтилфталат и денатурирующие добавки (керосин / бензин), кротоновый альдегид и денатониум бензоат (битрекс)) в жидкости из бутылки с этикеткой «…водка ЗЕЛЕНАЯ МАРКА…» не обнаружены (в пределах чувствительности используемых методов). Согласно заключению эксперта № 152 Э от 28.03.2016 года представленная на экспертизу жидкость в бутылке с этикеткой: «Lavetti Rose Лаветти розе розовый полусладкий напиток винный газированный…» и федеральной специальной маркой « 103 040486987» является спиртосодержащей и содержит в своем составе этиловый спирт (этанол). В представленной жидкости диэтилфталат и денатурирующие добавки (кротоновый альдегид, битрекс, бензин / керосин не обнаружены. Согласно заключению эксперта № 153 Э от 31.03.2016 года представленная на экспертизу жидкость в бутылке с этикеткой: «Bellini напиток винный газированный и федеральной специальной маркой « 103 023291395» является спиртосодержащей и содержит в своем составе этиловый спирт (этанол). В представленной жидкости диэтилфталат и денатурирующие добавки (кротоновый альдегид, битрекс, бензин / керосин не обнаружены. Согласно заключению эксперта № 154 Э от 31.03.2016 года представленная на экспертизу жидкость в бутылке с этикеткой: «Дом солнца вино столовое полусладкое белое…» и федеральной специальной маркой « 102 055445407» является спиртосодержащей и содержит в своем составе этиловый спирт (этанол). В представленной жидкости диэтилфталат и денатурирующие добавки (кротоновый альдегид, битрекс, бензин / керосин не обнаружены. Согласно заключению эксперта № 155 Э от 31.03.2016 года представленная на экспертизу жидкость в бутылке с этикеткой: «Хванчкара красное полусладкое вино…» и федеральной специальной маркой « 103 040486987» является спиртосодержащей и содержит в своем составе этиловый спирт (этанол). В представленной жидкости диэтилфталат и денатурирующие добавки (кротоновый альдегид, битрекс, бензин / керосин не обнаружены. Согласно заключению эксперта № 156 Э от 31.03.2016 года представленная на экспертизу жидкость в бутылке с этикеткой: «Bosca Anniversary напиток винный газированный» и федеральной специальной маркой « 103 040486987» является спиртосодержащей и содержит в своем составе этиловый спирт (этанол). В представленной жидкости диэтилфталат и денатурирующие добавки (кротоновый альдегид, битрекс, бензин / керосин не обнаружены. Согласно заключению эксперта № 157 Э от 21.03.2016 года представленная на экспертизу жидкость в бутылке с этикеткой: «Российский коньяк выдержанный «КВ» Лезгинка…» и федеральной специальной маркой « 102 24802 …» является спиртосодержащей и содержит в своем составе этиловый спирт (этанол). В представленной жидкости диэтилфталат и денатурирующие добавки (кротоновый альдегид, битрекс, бензин / керосин не обнаружены. Согласно заключению эксперта № 158 Э от 21.03.2016 года представленная на экспертизу жидкость в бутылке с этикеткой: «Коньяк Российский Кизляр …» и федеральной специальной маркой « 102 247907131 …» является спиртосодержащей и содержит в своем составе этиловый спирт (этанол). В представленной жидкости диэтилфталат и денатурирующие добавки (кротоновый альдегид, битрекс, бензин / керосин не обнаружены. Согласно заключению эксперта № 159 Э от 21.03.2016 года представленная на экспертизу жидкость в бутылке с этикеткой: «Beefeater London Dry Gin …» и федеральной специальной маркой «019 215789512 …» является спиртосодержащей и содержит в своем составе этиловый спирт (этанол). В представленной жидкости диэтилфталат и денатурирующие добавки (кротоновый альдегид, битрекс, бензин / керосин не обнаружены. Согласно заключению эксперта № 160 Э от 21.03.2016 года представленная на экспертизу жидкость в бутылке с этикеткой: «…OLMECA GOLD TTQUILA SUPREMO …» является спиртосодержащей - содержит в своем составе этиловый спирт Объемная доля этилового спирта в жидкости составила 32,6 -0,1% об. Диэтилфталат и денатурирующие добавки (керосин / бензин), кротоновый альдегид и денатониум бензоат (битрекс)) в представленной на экспертизу жидкости не обнаружены (в пределах чувствительности используемых методов). Согласно заключению эксперта № 161 Э от 21.03.2016 года представленная на экспертизу жидкость в бутылке с этикеткой: «…ROYAL SALUTE 21 YEARS OLD SCOTCH WHISKY CHIVAS REGAL …» является спиртосодержащей - содержит в своем составе этиловый спирт Объемная доля этилового спирта в жидкости составила 38,8 -0,1% об. Диэтилфталат и денатурирующие добавки (керосин / бензин), кротоновый альдегид и денатониум бензоат (битрекс)) в представленной на экспертизу жидкости не обнаружены (в пределах чувствительности используемых методов). Согласно заключению эксперта № 162 Э от 21.03.2016 года представленная на экспертизу жидкость в бутылке с этикеткой: «…JAMESON… IRISH WHISKEY…» является спиртосодержащей - содержит в своем составе этиловый спирт Объемная доля этилового спирта в жидкости составила 35,5 –0,1% об. Диэтилфталат и денатурирующие добавки (керосин / бензин), кротоновый альдегид и денатониум бензоат (битрекс)) в представленной на экспертизу жидкости не обнаружены (в пределах чувствительности используемых методов). Согласно заключению эксперта № 207 Э от 19.01.2016 года представленная на экспертизу жидкость в бутылке с этикеткой: «Водка Журавли…» и федеральной специальной маркой: «100 356122431» является спиртосодержащей и содержит в своем составе этиловый спирт ( этанол). Объемная доля этилового спирта в представленной жидкости составила 38, 6% об. В представленной жидкости диэтилфталат и денатурирующие добавки (кротоновый альдегид, битрекс, бензин / керосин не обнаружены. Кроме этого, в период времени с мая 2015 года по 01.12.2015 года, более точные дата и время следствием не установлены, ФИО1 в неустановленном следствием месте у неустановленного следствием лица приобрел и хранил с целью сбыта в подсобном помещении около своего дома по адресу: &lt;адрес&gt;. Северная &lt;адрес&gt;, спиртосодержащую жидкость, не отвечающую требованиям безопасности жизни и здоровья потребителей, разлитую в 105 бутылок емкостью 0,5 литров и 48 бутылок емкостью 0,7 литров под видом коньяка «HENNESSY Х.О.». В период времени с мая 2015 года по 01.12.2015 года, более точная дата следствием не установлена, ФИО1, по предварительному сговору со своей женой ФИО2, действуя в целях извлечения материальной выгоды, из корыстных побуждений, группой лиц по предварительному сговору, не имея права на использование товарного знака «HENNESSY», без получения соответствующего разрешения правообладателей «Societe Jas HENNESSY &amp; Co» и не состоя с ними в договорных отношениях, осуществляли незаконное хранение немаркированной спиртосодержащей продукции, подлежащей обязательной маркировке акцизными марками либо федеральными специальными марками, с целью дальнейшей ее реализации. Объемный товарный знак «HENNESSY» (свидетельство о международной регистрации №), зарегистрирован в установленном законом порядке на территории Российской Федерации. Словесный торговый знак «HENNESSY» (свидетельство о международной регистрации №) зарегистрирован во Всемирной организации по интеллектуальной собственности с распространением регистрации на территории Российской Федерации по свидетельству о международной регистрации № для товаров 33 класса. Объемный товарный знак «HENNESSY» зарегистрирован во Всемирной организации по интеллектуальной собственности с распространением регистрации на территории Российской Федерации по свидетельству о международной регистрации №. Их правообладателем является компания «Societe Jas HENNESSY &amp; Co». Товарным знаком компании «Societe Jas HENNESSY &amp; Co» предоставлена правовая охрана на территории Российской Федерации в соответствии с международной регистрацией. В соответствии с частью 4 параграфом 2 Гражданского кодекса РФ, товарный знак компании «Societe Jas HENNESSY &amp; Co» пользуется охраной объектов прав интелектупльной собственности, в том числе - права на использование товарного знака. Таким образом, товарным знаком компании «Societe Jas HENNESSY &amp; Co» предоставлена правовая охрана на территории Российской Федерации в соответствии с международной регистрацией. ФИО1 и ФИО2 зная, что незаконное использование товарных знаков влечет уголовную ответственность, действуя в нарушение уголовного законодательства, незаконно использовали товарный знак «HENNESSY», путем демонстрации ее покупателю, без получения соответствующего разрешения «Societe Jas HENNESSY &amp; Co» товарного знака указанной организации на реализуемой им продукции, осуществили приобретение, хранение немаркированной алкогольной продукции коньяка «HENNESSY Х.О.» в количестве 105 бутылок объемом 0,5 литров и 48 бутылок объемом 0,7 литров. 01.12.2015 года сотрудниками полиции ОМВД России по Семеновскому городскому округу, в ходе проведения оперативно – розыскных мероприятий, в подсобном помещении &lt;адрес&gt;, расположенного по адресу: &lt;адрес&gt;, принадлежащем ФИО1, была обнаружена и изъята спиртосодержащая продукция, подлежащая обязательной маркировке акцизными марками либо федеральными специальными марками, а именно: 105 бутылок емкостью 0,5 литров и 48 бутылок объемом 0,7 литров. В каждой бутылке наименования коньяка – «COCNAL HENNESSY Х.О.» содержится прозрачная светло – коричневого (чайного) цвета жидкость, на бутылке отсутствуют лот – коды и индивидуальные номера, не соответствует форма и механизм закупоривания крышек оригинальными, отсутствует маркировка тары. Таким образом, стоимость 1 бутылки емкостью 0,5 литров легальной продукции коньяка «HENNESSY Х.О.», производимой заводом - изготовителем составляет 10048 рублей; стоимость 1 бутылки емкостью 0,7 литров легальной продукции коньяка «HENNESSY Х.О.», производимой заводом - изготовителем составляет 13156 рублей. Таким образом, общая стоимость 153 бутылок легальной продукции коньяка «HENNESSY Х.О.» составляет 1 686 633 рубля. Согласно заключению эксперта № 124 э от 18.01.2016 года ЭКЦ ГУ МВД России по Нижегородской области федеральные специальные марки на вышеуказанной алкогольной продукции не соответствуют образцам того же обозначения, модификации, годы выпуска, фабрики - изготовителя, изготовленным Гознаком. Согласно заключению эксперта № 171 Э от 21.03.2016 года представленная на экспертизу жидкость в бутылке с этикеткой: «Cognan Hennessy Коньяк Хеннесси Икс.О…» и федеральной специальной маркой: «100 07089…667…» является спиртосодержащей и содержит в своем составе этиловый спирт (этанол). В представленной жидкости диэтилфталат и денатурирующие добавки (кротоновый альдегид, битрекс, бензин / керосин) не обнаружены. Своими действиями ФИО1 и ФИО2 причинили компании «Societe Jas HENNESSY &amp; Co» ущерб в крупном размере на общую сумму 1 686 633 рубля. (один миллион шестьсот восемьдесят шесть тысяч шестьсот тридцать три рубля) В судебном заседании подсудимый ФИО1 вину, в совершении преступлений предусмотренных ст. 171.1 ч. 6 п. «а, б», ч. 3 УК РФ признал частично, лишь в части хранения алкогольной продукции и показал, что, в начале августа 2015 года, более точную дату не помнит, он возвращался с работы. Проезжая по &lt;адрес&gt;, около здания ООО «Техсервис», расположенного на &lt;адрес&gt;, на обочине автодороги он увидел, что стоял автомобиль марки «Камаз», государственный регистрационный номер которого он не помнит. Водитель данной автомашины попросил остановиться. Когда он остановился, водитель попросил его помощь в ремонте автомашины. Мужчину он видел впервые. Он хотел помочь, но колесо отремонтировать им не удалось. После этого водитель КАМАЗА, который представился как ФИО16, решил, что необходимо где то в Семенове найти склад для того, чтобы там выгрузить находящуюся у него в кузове продукцию и после этого ехать в какой - либо сервис. ФИО16 спросил у него не знает ли он, где находится какой - либо склад. После этого, он ответил ФИО16, что за определенную плату он сможет его товар складировать в своем подсобном помещении, расположенном около своего дома. ФИО16 согласился и при этом сказал, что за неделю хранения его товара он сможет взять себе десятую часть алкогольной продукции находящейся у него в автомашине «Камаз». После этого, алкогольную продукцию, которая была упакована в картонные коробки, он и ФИО16 перегрузили в его автомашину УАЗ 3303 и за несколько раз, перевезли в его подсобное помещение, расположенное рядом с его домом. Сколько коробок с алкогольной продукцией они перевези к нему домой он не знает, поскольку не считал. Документы на алкогольную продукцию у ФИО16 он не спрашивал и он ему их не показывал. О том, что данная алкогольная продукция может быть контрафактной он не знал. До настоящего момента ФИО16 к нему так и не приехал. Перед тем как ФИО16 ушел от него, он дал ему свой сотовый телефон, но ФИО16 так на связь больше и не выходил. До 01 декабря 2015 года алкогольная продукция, которую ему оставил ФИО16 находилась у него в пристрое дома. 01 декабря 2015 года алкогольную продукцию у него изъяли сотрудники полиции. В коробках находилась алкогольная продукция различных марок и различного ассортимента. Оставленную алкогольную продукцию он использовал для личного употребления, а также раздавал своим друзьям и знакомым, денег за нее не спрашивал. Жену он в курс дела не вводил. Прайс на алкогольную продукцию нашел случайно в г.Семенове на площади, подумал, что кто-то из его друзей над ним подшутил, поэтому и повесил в пристрое дома. 01 декабря 2015 года около 14 или 15 часов, более точное время не помнит, ему на сотовый телефон позвонил мужчина, который представился Михаилом. Что это был за Михаил он не знает, поскольку у него имеется много знакомых по имени Михаил. На тот момент он не придал значение, что за Михаил ему звонил, поскольку находился за рулем автомашины. Михаил спросил у него, не будет ли у него «пару пузырей «Журавли». Поскольку он сам был в отъезде, то он позвонил своей жене ФИО17 и сказал ей, что придет мужчина по имени Михаил, которому нужно дать водку «Журавли». Про деньги разговора не было. Затем через какое-то время позвонила ему жена и сказала, что пришли из полиции с обыском. Разрешения на обыск по телефону он не давал. Виноводочная продукция была изъята сотрудниками полиции. Среди всей хранящейся алкогольной продукции у него в подсобном помещении также был коньяк марки «HENNESSY». Сколько коньяка марки «HENNESSY» было точно, он не знает. Являлся ли данный коньяк контрафактным, ему не известно, поскольку он в этом не разбирается. Ни сбыт, ни использование чужого товарного знака он не осуществлял, осуществил только временное хранение алкогольной продукции. Исковые требования не признает. Из оглашенных по ходатайству государственного обвинителя в соответствии с п.1 ч.1 ст. 276 УПК РФ показаний подсудимого ФИО1 (т.6 л.д.19-25) следует, что 01 декабря 2015 года около 14 или 15 часов, более точное время не помнит, ему на сотовый телефон позвонил мужчина, который представился Михаилом. Что это был за Михаил он не знает, поскольку у него имеется много знакомых по имени Михаил. На тот момент он не придал значение, что за Михаил ему звонил, поскольку находился за рулем автомашины. Михаил спросил у него, не будет ли у него «пару пузырей «Журавли». Откуда он узнал, что у него может находиться дома алкогольная продукция, ему не известно. Поскольку он сам был в отъезде, то он позвонил своей жене ФИО17 и сказал ей, что придет мужчина по имени Михаил, которому нужно дать водку «Журавли». После этого, ФИО17 спросила у него брать ли с Михаила деньги за водку. На что он ей ответил, что если он что – то даст за водку, то пусть возьмет. Подсудимая ФИО2 вину по предъявленному ей обвинению не признала и показала, что 01.12.2015 года около 16 часов, более точное время не помнит, ей на сотовый телефон позвонил муж ФИО1, сказал, что к ним домой должен подойти мужчина, и чтобы она дала ему имеющуюся у них в доме водку «Журавли». Что за мужчина должен был подойти, он ей не говорил. Примерно через 2 часа, в дом постучал мужчина, который попросил ее продать ему 15 бутылок водки марки «Журавли». Мужчину, который пришел к ним домой, она ранее знала визуально. Она знала, что он является жителем гор. Семенов Нижегородской области и что его фамилии Казакевич. Поскольку муж ее предупреждал о том, что за покупкой водки придет мужчина, то она решила Казакевичу не отдать водку, а продать. Данное решение она приняла самостоятельно, поскольку ей нужны были деньги на подарок ко дню рождения своего мужа. Муж не заставлял ее продавать водку, а просто просил отдать ее мужчине, который к ним придет. Водку она продала Казакевичу на общую сумму 1800 рублей. Кроме водки, в пристрое хранилась еще и другая алкогольная продукция. В каком количестве она была, она не знает. Вся алкогольная продукция хранилась в картонных коробках. Данную алкогольную продукцию привез муж. Вся данная алкогольная продукция появилась у них в пристрое в период времени с конца июля по начало августа 2015 года, более точный промежуток времени не помнит. Муж ей только пояснил, вся данная алкогольная продукция принадлежит какому то мужчине, и что этот мужчина в ближайшее время должен позвонить, и забрать ее. Каких – либо документов на данную алкогольную продукцию не было. Из данной партии алкогольной продукции она с мужем брали алкоголь для личного пользования, для подарков друзьям и знакомым. Продажей алкогольной продукцией они не занимались. После того, как она передала Казакевичу коробку с водкой «Журавли», а он передал ей денежные средства, то он ушел, но при этом сказал, что он сейчас отнесет данную коробку и вернется, за оставшимися 3 бутылками. Примерно через 1 минуту в пристрой вернулся Казакевич и вместе с ним было еще 4 человека. Что это были за люди она не знает, но один из них сказал, что они являются сотрудниками полиции. Что происходило дальше она не помнит, поскольку от всего этого у нее был шок и она не понимала, что происходит. Сотрудники полиции произвели осмотр помещения присторя, в ходе которого они изъяли находящуюся в нем алкогольную продукцию, а также денежные средства, которыми Казакевич рассчитался с ней за покупку водки. В каком количестве они изъяли алкогольную продукцию, она не знает. На стене в подсобном помещении висел прейскурант цен на алкогольную продукцию. Данный прейскурант цен на алкогольную продукцию принес в пристрой ее муж. Он ей пояснил, что он его нашел где - то. Среди всей алкогольной продукции, в помещении пристроя также находился коньяк марки Хенносси. Сколько коньяка марки «HENNESSY» было, она не знает. Являлся ли данный коньяк контрафактным, ей не известно, поскольку она не разбирается в этом. Исковые требования не признает. Вина ФИО1 и ФИО2 по факту приобретения, хранения, продажи немаркированной алкогольной продукции, подлежащей обязательной маркировке акцизными марками либо федеральными специальными марками, совершенной группой лиц по предварительному сговору, в особо крупном размере, а также незаконного использования чужого товарного знака, совершенного с причинением крупного ущерба, группой лиц по предварительному сговору, подтверждается следующими доказательствами: Оглашенными по ходатайству государственного обвинителя с согласия сторон показаниями представителя потерпевшего ФИО9 от 25.04.2016 года, согласно которых он работает в должности главного юридического департамента ООО «Оптим СиАйЭс» с сентября 2014 года. В его обязанности входит осуществление выездов на территории Российской Федерации для оказания помощи сотрудникам полиции в установлении контрафактной алкогольной продукции марки «Хеннесси», оценки ущерба, причиненного противоправными действиями. Их представительство в России занимается деятельностью по защите бренда «Хеннесси», с целью остановить появление контрафактной продукции на территории РФ и ее распространение, нарушение прав правообладателей. 03.12.2015 года в адрес компании поступил запрос о предоставлении сведений относящихся к товарному знаку «Хеннесси», а именно: кто является правообладателем товарного знака; заключались ли какие -либо договора на предоставление право использования вышеуказанных товарных знаков по адресу: &lt;адрес&gt;; нарушены ли исключительные права правообладателей и какова сумма причиненного ущерба. Для осуществления продажи алкогольной продукции товарного знака «Хеннесси», между компанией «Сосьете Жас Хеннесси энд Ко» и продавцом должен быть заключен договор на право использования товарного знака «Хеннесси». Компания «Сосьете Жас Хеннесси энд Ко» является правообладателем исключительных прав на товарные знаки: словесный товарный знак «Хеннесси»( свидетельство о международной регистрации № 554 084), объемный товарный знак «Хеннесси» (свидетельство о международной регистрации № 1117587), зарегистрированные в установленном порядке на территории РФ. Продукция «Хеннесси» является международной торговой маркой, в России она зарегистрирована во всемирной организации. Торговая точка, расположенная по адресу: &lt;адрес&gt;, договора на право использования товарного знака «Хеннесси» не имеет, что свидетельствует о нарушении исключительных прав компании «Сосьете Жас Хеннесси энд Ко». Из представленных ему образцов алкогольной продукции товарного знака «Хеннесси» объемом 0,5л. и 0,7 л., он может сказать с уверенностью, что данная алкогольная продукция является контрафактной. Данные выводы можно сделать по следующим признакам: отсутствие лот - кодов и индивидуальных номеров бутылок; несоответствие формы и механизма закупоривания крышек оригинальными; несоответствие этикеток оригинальным; несоответствие цветовой гаммы этикеток оригинальным; отсутствие надлежащей маркировки тары, в том числе, дна бутылки; На бутылках отсутствует изображение руки с алебардой; орнамент виноградной лозы на бутылках отличается от оригинального. Расчет ущерба, причиненного незаконным использованием товарных знаков компании «Сосьете Жас Хеннесси энд Ко», осуществляется исходя из средней рыночной стоимости аналогичной продукции компании «Сосьете Жас Хеннесси энд Ко», а именно стоимость 1 бутылки емкостью 0,5 л товарного знака «Хеннесси» составляет 10 048 рублей, 1 бутылки емкостью 0,7 л товарного знака «Хеннесси» составляет 13 156 рублей. Учитывая изложенное следует, что общий ущерб составил 1 686 633 рубля. (том 4 л.д. 30-32) Показаниями свидетеля ФИО27, который в судебном заседании показал, что 01 декабря 2015 года во второй половине дня, он решил приобрести несколько бутылок водки для собственных нужд. В это время по имеющемуся у него прайс – листу цен алкогольной продукции, который ему подарили кто – то из его знакомых, но кто не помнит, он выбрал наименование нужной ему алкогольной продукции. Цена на алкогольную продукцию указанная в прайс – листе была по заниженной стоимости. Учитывая то, что в прайс - листе было указано не только наименование алкогольной продукции, но также и номер телефона и имя ФИО18, он решил позвонить по указанному номеру. После этого, в этот же день, около 12 часов, он позвонил по телефону который был указан в прайс - листе. На его звонок ответил мужчина. Он спросил у него, можно ли купить у него водку марки «Журавли» в количестве двух ящиков. Мужчина ответил, что у него можно приобрести водку данной марки в любом количестве, по цене 120 рублей за 1 бутылку объемом 0,5 л. После этого, мужчина по телефону сказал, что необходимо подъехать к его дому, расположенному по адресу: &lt;адрес&gt; позвонить ему, поскольку в настоящее время его дома нет. Кроме этого, мужчина пояснил ему, что когда он подъедет по указанному адресу, то ему необходимо перезвонить еще раз, чтобы позвонить своей супруге, и если она будет дома, чтобы она продала спиртное. В виду того, что в последнее время в стране происходит массовое отравление людей некачественным алкоголем, то он посчитал, что факт реализации алкоголя по заниженной стоимости является подозрительным, поэтому он решил о данном факте сообщить оперативным сотрудникам в ОМВД России по Семеновскому городскому округу. После сообщения в отдел полиции, ему оперативным сотрудником было предложено приехать в ОМВД России по Семеновскому городскому округу для составления необходимых документов. Когда в этот же день он приехал в отдел полиции гор. Семенов, то был составлен акт осмотра, пометки и передачи денежных средств, на которые он должен был приобрести алкогольную продукцию у ФИО18. После этого, ему были выданы денежные средства в сумме 1800 рублей для осуществления проверочной закупки. После получения денежных средств 01.12.2015 года около 15 часов он позвонил по номеру указанному в прайс – листе и сообщил, что он сейчас приедет для покупки ранее обговоренной алкогольной продукции, а именно 2 - х коробок водки марки «Журавли». Спустя несколько минут, ему на сотовый телефон перезвонил мужчина, которому он ране звонил по поводу приобретения алкогольной продукции и сказал, что он может подъезжать по адресу: &lt;адрес&gt;, где его встретит его жена, которая продаст ему алкогольную продукцию. После этого, он вместе с сотрудниками ОМВД России по Семеновскому городскому округу подъехали к дому №, расположенному на &lt;адрес&gt;, который ему указал мужчина. Он один подошел к дому и постучал в окно. Из дома вышла молодая девушка, он сказал, что ей должны были звонить по поводу покупки спиртного и попросил у данной девушки продать водку марки «Журавли». После этого, он сказал девушке, что в настоящее время у него не достаточно денежных средств на покупку 2 коробок водки, и что в настоящее время он хочет купить только 15 бутылок водки марки «Журавли». После этого, девушка ответила, что за 15 бутылок водки марки «Журавли» он должен заплатить 1800 рублей. Кроме этого, девушка, предложила ему пройти вместе с ним в подсобное помещение, расположенное в виде пристроя к жилому помещению дома. Когда он вошел в помещение пристроя, то увидел что в помещении пристроя на деревянных поддонах на полу находятся коробки с алкогольной продукцией. Кроме этого, в данном пристрое, имелось несколько стеллажей, на которых была размещена элитная алкогольная продукция, а именно : теккила, коньяк, и другая продукция. Он отдал девушке денежные средства в сумме 1800 рублей за приобретенную алкогольную продукцию: 1 купюру номиналом 1000 рублей; 1 купюру номиналом 500 рублей и три купюры номиналом по 100 рублей. После этого, он взял коробку с водкой марки «Журавли» и вышел из подсобного помещения, при этом он пояснил девушке, что за оставшимися тремя бутылками он вернется, когда отнесет в автомашину коробку с приобретенной водкой. Когда он вышел из подсобного помещения на улицу, то сотрудники полиции зашли в подсобное помещение. После этого, сотрудники полиции представились, а именно оперуполномоченный ФИО28 и инспектор по административному законодательству ФИО29, предъявили служебные удостоверения и сообщили о проведении проверочной закупки. Девушка, которая продала ему алкогольную продукцию также представилась как ФИО36. После этого, девушке было предложено предъявить документы на продаваемую алкогольную продукцию. Она ответила, что документов на алкогольную продукцию у нее нет. Кроме этого, сотрудник полиции ФИО28 задал ей вопрос, на каком протяжении осуществляется продажа алкоголя в данном подсобном помещении. Она ответила, что продажа алкогольной продукции осуществляется на протяжении шести месяцев. Денежные средства, которыми он рассчитывался за покупку водки были изъяты сотрудниками полиции. Показаниями свидетеля ФИО8, который в судебном заседании показал, что 01.12.2016 года около 16 часов, точное время не помнит, он был приглашен в качестве понятого для проведения следственных действий, а именно осмотра подсобного помещения, расположенного около &lt;адрес&gt;. Также в ходе осмотра места происшествия принимал участие еще один понятой – ФИО12 Осмотр места происшествия производила инспектор по ИАЗ ОМВД России по Семеновскому городскому округу ФИО29 Перед началом осмотра им были разъяснены права и обязанности. Кроме понятых в следственном действии также участвовали – ФИО10. Перед началом осмотра инспектор ФИО11 пояснила, что в данном подсобном помещении сейчас Казакевичем была произведена контрольная закупка алкогольной продукции, а именно водки «Журавли». Продажу алкогольной продукции произвела присутствующая в подсобном помещении девушка. Как ему стало позднее известно, что данной девушкой была ФИО36. ФИО36 было предложено выдать денежные купюры, которые Казакевич передал ей за продажу водки. ФИО36 выдала денежные средства в сумме 1800 рублей. Денежные купюры были номиналом : 1 купюра номиналом - 1000 рублей; 1 купюра номиналом - 500 рублей; 3 купюры номиналом по 100 рублей. После этого, серийные номера на выданных ФИО2 купюрах были сравнены с ксерокопиями купюр. Номера на денежных купюрах и на ксерокопиях были одинаковыми. После этого, ФИО36 был задан вопрос имеются ли у ее семьи разрешение и лицензия на осуществление продажи алкогольной продукции, а также как давно они занимаются продажей алкогольной продукции. ФИО36 ответила, что документов на продажу алкогольной продукции нет, а продажей алкогольной продукции они занимаются на протяжении шести месяцев. После этого, сотрудник полиции задал ФИО36 вопрос, имеется ли разрешение и лицензия на осуществление продажи алкогольной продукции у ее мужа. ФИО36 также ответила, что не имеется. Кроме этого, ФИО36 пояснила, что данную алкогольную продукцию они продают только «своим». После этого, был произведен осмотр подсобного помещения. Подсобное помещение представляло собой деревянный пристрой к дому, обшитый металлическим профилем. Вход в помещение осуществлялся через ворота. С правой стороны от входа в подсобное помещение находилась деревянная полка на которой находилась алкогольная продукция различного ассортимента. Напротив входа, на стене находился прейскурант цен на алкогольную продукцию. На прейскуранте цен также был записан номер сотового телефона, рядом с номером было написано – «ФИО18». За перегородкой по всему периметру подсобного помещения находились коробки с алкогольной продукцией различного ассортимента: водка, коньяк, шампанское. После этого был произведен пересчет всей алкогольной продукции находящейся в подсобном помещении. После осмотра места происшествия находящаяся в подсобном помещении алкогольная продукция, а также денежные купюры, которыми Казакевич рассчитывался за покупку спиртного, были изъяты сотрудниками полиции. Показаниями свидетеля ФИО12, которая показала, что 01.12.2016 года около 16 часов, более точное время не помнит, она была приглашена в качестве понятой для проведения следственных действий, а именно при осмотре подсобного помещения, расположенного около &lt;адрес&gt;. Также в ходе осмотра места происшествия принимал участие еще один понятой – ФИО8 Осмотр места происшествия производила инспектор по ИАЗ ОМВД России по Семеновскому городскому округу ФИО29 Перед началом осмотра им были разъяснены права и обязанности. Кроме понятых в следственном действии также участвовали – ФИО10 Перед началом осмотра инспектор ФИО11 пояснила, что в данном подсобном помещении сейчас Казакевичем была произведена контрольная закупка алкогольной продукции, а именно водки «Журавли». Продажу алкогольной продукции произвела присутствующая в подсобном помещении девушка. Как ей стало позднее известно, что данной девушкой была ФИО36. ФИО36 было предложено выдать денежные купюры, которые Казакевич передал ей за продажу водки. ФИО36 выдала денежные средства в сумме 1800 рублей. Денежные купюры были номиналом : 1 купюра номиналом - 1000 рублей; 1 купюра номиналом - 500 рублей; 3 купюры номиналом по 100 рублей. После этого, серийные номера на выданных ФИО2 купюрах были сравнены с ксерокопиями купюр. Номера на денежных купюрах и на ксерокопиях были одинаковыми. После этого, ФИО36 был задан вопрос имеются ли у ее семьи разрешение и лицензия на осуществление продажи алкогольной продукции, а также как давно они занимаются продажей алкогольной продукции. ФИО36 ответила, что документов на продажу алкогольной продукции у них нет, а продажей алкогольной продукции они занимаются на протяжении шести месяцев, продают только знакомым. После этого, был произведен осмотр подсобного помещения. Подсобное помещение представляло собой деревянный пристрой к дому, вход в помещение осуществлялся через ворота. Внутри помещения находились коробки с алкогольной продукцией различного ассортимента: водка, коньяк, шампанское. После этого был произведен пересчет всей алкогольной продукции находящейся в подсобном помещении. После осмотра места происшествия находящаяся в подсобном помещении алкогольная продукция, а также денежные средства, которыми Казакевич расплатился за покупку спиртного, были изъяты сотрудниками полиции. Показаниями свидетеля ФИО28, который в судебном заседании показал, что 01.12.2016 года в отдел полиции обратился житель &lt;адрес&gt; - ФИО10, который сообщил, что по адресу: &lt;адрес&gt; продают алкогольную продукцию по заниженным ценам и что данный факт является подозрительным и попросил провести проверку по данному факту. После этого, был составлен акт осмотра, пометки и передачи денежных средств, на которые Казакевич должен был приобрести алкогольную продукцию по вышеуказанному адресу. После составления всех необходимых документов Казакевич получил денежные средства в сумме 1800 рублей для осуществления проверочной закупки. Деньги были в сумме 1800 рублей: одна купюра номиналом 1000 рублей; 1 купюра номиналом 500 рублей и три купюры номиналом по 100 рублей. После этого, он, Казакевич и инспектор по административному законодательству ФИО29 выехали в указанный адрес. Прибыв к &lt;адрес&gt;, Казакевич произвел контрольную закупку алкогольной продукции у находящейся в доме ФИО2 После того как закупка произошла, то он вышел из автомашины и подошел к входной двери в подсобное помещение дома. Постучав в дверь, он зашел в подсобное помещение. В подсобном помещении находилась ФИО2, которой он представился и объяснил, что сейчас была произведена контрольная закупка алкогольной продукции. После этого, он попросил ФИО36 предоставить соответствующие документы на проданную Казакевичу алкогольную продукцию, а также разрешение на продажу алкогольной продукции. ФИО36 ответила, что никакого разрешения, лицензий и вообще каких – либо документов на продажу алкогольной продукции у нее нет. После этого, он задал вопрос, а имеются ли данные документы у ее мужа, на что ФИО36 ответила, что нет. В ходе беседы ФИО36 пояснила, что продажей алкогольной продукции она с мужем занимается на протяжении шести месяцев и что алкогольную продукцию они продают только знакомым. Подсобное помещение в котором они находились, представляло собой деревянный пристрой к дому, обшитый металлическим профилем. Вход в помещение осуществлялся через ворота. С правой стороны от входа в подсобное помещение находилась деревянная полка на которой находилась алкогольная продукция различного ассортимента. Напротив входа, на стене находился прейскурант цен на алкогольную продукцию. На прейскуранте цен также был записан номер сотового телефона и рядом с номером было написано – ФИО18. За перегородкой по всему периметру подсобного помещения находились коробки с алкогольной продукцией различного ассортимента: водка, коньяк, шампанское. Кроме этого, в помещении имелся стеллаж, на котором была расставлена алкогольная продукция различного наименования. Было понятно, что расставленная на стеллаже алкогольная продукция была как «выставочная». Все их действия были зафиксированы на видеосъемку. После этого, в присутствии понятых был произведен осмотр подсобного помещения и изъята находящаяся в нем алкогольная продукция, а также денежные средства которыми Казакевич расплатился за приобретенную алкогольную продукции. Алкогольная продукция была различного наименования: водка, коньяк, ром, теккила, виски, хеннесси объемом от 0,25 до 1 литра. В последствии собранный материал был передан в следственное отделение ОМВД России по Семеновскому городскому округу для принятия решения в соответствии со ст. - 145 УПК РФ . Также показал, что постановление о проведении проверочной закупки от 01.12.2015 года составлялось им в двух экземплярах, утверждалась заместителем начальника – начальником полиции ОМВД России по Семеновскому городскому округу ФИО34 Показаниями свидетеля ФИО30, который в судебном заседании показал, что точную дату не помнит, в 2015 году, как ему кажется, был снег, в вечернее время, ему понадобились спиртные напитки. Кто-то из его знакомых ему дал номер сотового телефона по которому можно позвонить и купить в д.Васильево г.Семенов спиртное по заниженным ценам. После звонка, он подъехал к одному из домов в д.Васильево, постучал в дом, вышел хозяин, они с ним прошли во двор дома, там стояли коробки с алкогольной продукцией. Также на стеллажах стояли водка, коньяк и другие напитки. Он взял 2 бутылки водки по 150 руб. за каждую. Хозяин, который продал ему водку, ему знаком не был. Из оглашенных по ходатайству государственного обвинителя в соответствии со ст. ч.1 п.1 УПК РФ показаний свидетеля ФИО30 (т.1 л.д.219-222) следует, что 09 октября 2015 года, в вечернее время, ему понадобились спиртные напитки. На покупку дорогих спиртных напитков у него не было достаточно денежных средств и тогда он вспомнил, что несколько месяцев назад кто – то из его знакомых говорил, что по адресу: &lt;адрес&gt;, проживает молодой человек, который продает спиртные напитки по цене гораздо ниже, чем в магазине. Кроме этого, ему также дали номер телефона данного молодого человека. Кто именно ему дал адрес и номер телефона данного человека, он не помнит, поскольку прошло очень много времени. После этого, он 09.10.2015 года около 19 часов, более точное время не помнит, на своей автомашине он поехал в указанный адрес. Когда он подъехал к дому № на &lt;адрес&gt;, то он позвонил по имеющемуся при нем сотовому телефону мужчине, который продавал спиртные напитки. По какому номеру он ему звонил, он сейчас не помнит, поскольку не придавал этому никакого значения. Для него было важно только купить спиртное. Мужчине он звонил со своего абонентского номера 8 -920 – 020- 17 – 72. На его звонок ответил мужчина. Он спросил у мужчины можно ли у него купить спиртного. На что, мужчина ответил, что да можно. После этого, мужчина сказал ему, чтобы он подъехал к его дому. Через несколько минут из &lt;адрес&gt; вышел ранее неизвестный ему мужчина. Мужчине на вид было около 33- 36 лет, невысокого роста, худощавого телосложения. Мужчина никак ему не представился. Поэтому ни фамилию, ни имя данного мужчины он не знает. Мужчина спросил у него, что его интересует, поскольку у него большой выбор алкогольной продукции. Он растерялся и попросил посмотреть, что именно у него имеется в наличии из алкогольной продукции. После этого, данный мужчина предложил ему пройти вместе с ним в пристрой дома. Войдя в пристрой, дверь которого была закрыта, но не заперта, он увидел, что по бокам пристроя на поддонах стояли картонные коробки с алкогольной продукцией. В правом углу пристроя находилось три или четыре стеллажа, на которых была расставлена алкогольная продукция, а именно: коньяк, текила, хенесси, и другая элитная алкогольная продукция различного наименования. Он посмотрел на всю алкогольную продукцию и решил купить две бутылки водки марки «Беленькая». После этого, он спросил у мужчины сколько стоит водка «Беленькая», на что он ему ответил, что 150 рублей, за 1 бутылку. За 2 бутылки водки «Беленькая», объем 0,5 л. каждая, он заплатил мужчине 300 рублей. Деньги он отдавал лично в руки мужчине. Кроме него и мужчины в помещении пристроя никого не было. Забрав водку, он уехал домой. За покупку водки мужчина ни кассового, ни товарного чека ему не дал. Имелась ли у мужчины лицензия на продажу спиртных напитков, он не знает. Данные показания ФИО30 подтвердил. Показаниями свидетеля ФИО34, который в судебном заседании показал, что работает заместителем начальника – начальником полиции ОМВД России по Семенвскому городскому округу. 01.12.2015 года им были подписаны несколько экземпляров постановления о проведении проверочной закупки в доме в д.Васильево, где по оперативной информации незаконно осуществлялась продажа алкогольной продукции. Постановление готовил о/у НЭБ и ПК ОМВД России по Семеновскому г.о. ФИО31 Показаниями свидетеля ФИО32, которая в судебном заседании показала, что работает в должности следователя ОМВД России по Семеновскому г.о. В ходе проведения расследования ею проводился допрос ФИО2 и ФИО1 в присутствии адвокатов, разъяснялись права, ст. 51 Конституции РФ, протоколы допроса были прочитаны вслух, каких-либо замечаний на протокол допроса от обвиняемых и адвокатов не поступало. Показания обвиняемые давали добровольно. Показаниями свидетеля ФИО29, которая в судебном заседании показала, что 01.12.2015 года она участвовала в проведении оперативных мероприятий по пресечению незаконной продажи алкогольной продукции в &lt;адрес&gt;&lt;адрес&gt;&lt;адрес&gt;. Закупщиком алкогольной продукции выступил гр-н ФИО10, которому после составления в Отделе МВД акта осмотра, пометки были переданы деньги в сумме 1800 рублей: одна купюра номиналом 1000 рублей; 1 купюра номиналом 500 рублей и три купюры номиналом по 100 рублей. После осуществления контрольной закупку алкогольной продукции она зашла в пристрой к дому, о\у ФИО28 попросил женщину, которая продала водку ФИО26, как впоследствии было установлено – ФИО2, предоставить соответствующие документы на проданную Казакевичу алкогольную продукцию, а также разрешение на продажу алкогольной продукции. ФИО36 ответила, что никакого разрешения, лицензий и вообще каких – либо документов на продажу алкогольной продукции у нее и мужа нет. Подсобное помещение в котором они находились, представляло собой деревянный пристрой к дому, обшитый металлическим профилем. Вход в помещение осуществлялся через ворота. С правой стороны от входа в подсобное помещение находилась деревянная полка на которой находилась алкогольная продукция различного ассортимента. Напротив входа, на стене находился прейскурант цен. Акт осмотра места происшествия составляла она в присутствии понятых. За покупку водки ФИО10 передал ФИО2 1800 руб., которые она впоследствии при понятых вернула. Все их действия были зафиксированы на видеосъемку. Кроме того, вина подсудимых в совершенных ими преступлениях, подтверждается следующими доказательствами, исследованными в судебном заседании: протоколом осмотра места происшествия от 01.12.2015 года, с приложением диска с видеозаписью, с участием ФИО2, согласно которому было осмотрено подсобное помещение &lt;адрес&gt;, в ходе которого была обнаружена и изъята алкогольная продукция следующего наименования: водка «Пшеничная» в количестве 4 бутылки емкостью 0,5 литра каждая; водка «Пшеничная» в количестве 360 бутылок емкостью 0,25 литра каждая; водка «Стопка» в количестве 816 бутылок емкостью 0,1 литр каждая; водка «Березовая» в количестве 4 бутылок емкостью 0,25 литра каждая; водка «Финская» в количестве 1 бутылка емкостью 0,5 литра; водка «Беленькая» в количестве 379 бутылок емкостью 0,5 литра каждая; водка «Беленькая» в количестве 30 бутылок емкостью 0,25 литра каждая; водка «Пять озер» в количестве 91 бутылка емкостью 0,5 литра каждая; водка «Талка» в количестве 889 бутылок емкостью 0,5 литра каждая; водка «Хортица» в количестве 961 бутылка емкостью 0,5 литра каждая; водка «Журавли» в количестве 652 бутылка емкостью 0,5 литра каждая; водка «Зеленая марка» в количестве 445 бутылок емкостью 0,5 литра каждая; водка «Фински» в количестве 6 бутылок емкостью 0,5 литра каждая; водка «Полтина» в количестве 1 бутылка емкостью 0,5 литра; водка «Полтина» в количестве 20 бутылок емкостью 0,25 литра каждая; водка «Дрова» в количестве 313 бутылок емкостью 0,5 литра каждая; водка «Рябчик» в количестве 417 бутылок емкостью 0,5 литра каждая; водка «ГрафинЪ» в количестве 413 бутылок емкостью 0,5 литра каждая; водка «Доктор столетов» в количестве 443 бутылки емкостью 0,5 литра каждая; водка «Доктор столетов» в количестве 216 бутылок емкостью 0,25 литра каждая; водка «Нефть» в количестве 12 бутылок емкостью 0,7 литра каждая; водка «Сордис» в количестве 60 бутылок емкостью 0,5 литра каждая; водка «Сордис» в количестве 69 бутылок емкостью 0,25 литра каждая; водка «Финляндия» в количестве 12 бутылок емкостью 0,5 литра каждая; коньяк «Лезгинка» в количестве 126 бутылок емкостью 0,5 литра каждая; коньяк «Кизляр» в количестве 2 бутылок емкостью 0,5 литра каждая; коньяк «Хеннеси» в количестве 105 бутылок емкостью 0,5 литра каждая; коньяк «Хеннеси» в количестве 48 бутылок емкостью 0,7 литра каждая; джин «Бифитер ФИО7», в количестве 60 бутылок емкостью 1 литр каждая; виски «Джонни Уокер Блэк Лейбл», в количестве 1 бутылка емкостью 1 литр; виски «Джонни Уокер Блэк Лейбл», в количестве 45 бутылок емкостью 0,5 литра каждая; виски «Джонни Уокер Рэд Лейбл», в количестве 1 бутылка емкостью 1 литр; виски «Вильям Лоусонс», в количестве 9 бутылок емкостью 0,75 литра каждая; текила «Ольмека» в количестве 97 бутылок емкостью 1 литр каждая; ром «Бакарди Супериор», в количестве 38 бутылок емкостью 1 литр каждая; ром «Бакарди Голд» в количестве 49 бутылок емкостью 1 литр каждая; бренди «Пере Маглори» в количестве 401 бутылка емкостью 0,7 литра каждая; виски «Дюарс» в количестве 25 бутылок емкостью 1 литр каждая; виски «Джек Денилс» в количестве 49 бутылок емкостью 1 литр каждая; виски «Джеймсон» в количестве 13 бутылок емкостью 1 литр каждая; виски «Роял Салют» в количестве 1 шт. объемом 0,5 л.; напиток винный «BELLINI», в количестве 39 бутылки, объемом 0,75 л.;напиток винный газированный «BOSCA» в количестве 86 бутылок, объемом 0,75 л. каждая;вино «Хванчкара» в количестве 7 бутылок, объемом 0,75 л. каждая;вино «Дом солнца» в количестве 13 бутылок, объемом 0,7 л. каждая;винный напиток «LAVETTI», в количестве 110 бутылок объемом 0,75 л. каждая; а также денежные средства в сумме 1800 руьблей и прейскурант цен на алкогольную продукцию. (том 1 л.д. 13-18) протоколом предъявления для опознания по фотографии от 04.04.2016 года, согласно которому ФИО30 опознал в ФИО1 мужчину, у которого он в октябре 2015 года приобрел 2 бутылки водки «Беленькая» в пристрое &lt;адрес&gt;. (том 1 л.д. 223-227) протоколом осмотра предметов денежных купюр от 20.01.2016 года с приложением ксерокопий денежных купюр, согласно которому были осмотрены денежные средства в сумме 1800 рублей, которые ФИО26 были выданы для проведения контрольной закупки спиртных напитков которыми он расплатился 01.12.2015 года с ФИО2 за покупку спиртного. (том 1 л.д. 233-235) протоколом осмотра предметов диска с видеозаписью от 01.02.2016 года, согласно которому были осмотрены файлы на диске с видеозаписью осмотра места происшествия 01.12.2015 года в подсобном помещении &lt;адрес&gt;, в ходе которого было осмотрено подсобное помещение, в котором находились коробки с алкогольной продукцией. (том 1 л.д. 238-241) протоколом осмотра предметов от 12.02.2016 года, согласно которому был осмотрен прейскурант цен на алкогольную продукцию, изъятый в ходе осмотра места происшествия 01.12.2015 года, в котором имелся абонентский номер сотового телефона : 8 – 903 -044-56-13, а также изъятые в ходе обыска 09.02.2016 года документы, а именно: прейскурант цен на алкогольную продукцию; инструкция по проведению переписи торговых точек; опросный лист по переписке предприятий розничной торговли. (том 2 л.д. 70-72) рапортом оперуполномоченного НЭБ и ПК ОМВД России по Семеновскому городскому округу ФИО28 от 11.01.2016 года, согласно которому абонентский №, указанный в прайс-листе, принадлежит ФИО1 ДД.ММ.ГГГГ г.р., проживающего по адресу: &lt;адрес&gt;. (том 1 л.д. 77) протоколом осмотра предметов от 05.01.2016 года, согласно которому была осмотрена изъятая в ходе осмотра места происшествия 01.12.2015 года алкогольная продукция, а именно: водка «Пшеничная» в количестве 4 бутылки емкостью 0,5 литра каждая; водка «Пшеничная» в количестве 360 бутылок емкостью 0,25 литра каждая; водка «Стопка» в количестве 816 бутылок емкостью 0,1 литр каждая; водка «Березовая» в количестве 4 бутылок емкостью 0,25 литра каждая; водка «Финская» в количестве 1 бутылка емкостью 0,5 литра; водка «Беленькая» в количестве 379 бутылок емкостью 0,5 литра каждая; водка «Беленькая» в количестве 30 бутылок емкостью 0,25 литра каждая; водка «Пять озер» в количестве 91 бутылка емкостью 0,5 литра каждая; водка «Талка» в количестве 889 бутылок емкостью 0,5 литра каждая; водка «Хортица» в количестве 961 бутылка емкостью 0,5 литра каждая; водка «Журавли» в количестве 652 бутылка емкостью 0,5 литра каждая; водка «Зеленая марка» в количестве 445 бутылок емкостью 0,5 литра каждая; водка «Фински» в количестве 6 бутылок емкостью 0,5 литра каждая; водка «Полтина» в количестве 1 бутылка емкостью 0,5 литра; водка «Полтина» в количестве 20 бутылок емкостью 0,25 литра каждая; водка «Дрова» в количестве 313 бутылок емкостью 0,5 литра каждая; водка «Рябчик» в количестве 417 бутылок емкостью 0,5 литра каждая; водка «ГрафинЪ» в количестве 413 бутылок емкостью 0,5 литра каждая; водка «Доктор столетов» в количестве 443 бутылки емкостью 0,5 литра каждая; водка «Доктор столетов» в количестве 216 бутылок емкостью 0,25 литра каждая; водка «Нефть» в количестве 12 бутылок емкостью 0,7 литра каждая; водка «Сордис» в количестве 60 бутылок емкостью 0,5 литра каждая; водка «Сордис» в количестве 69 бутылок емкостью 0,25 литра каждая; водка «Финляндия» в количестве 12 бутылок емкостью 0,5 литра каждая; коньяк «Лезгинка» в количестве 126 бутылок емкостью 0,5 литра каждая; коньяк «Кизляр» в количестве 2 бутылок емкостью 0,5 литра каждая; коньяк «Хеннеси» в количестве 105 бутылок емкостью 0,5 литра каждая; коньяк «Хеннеси» в количестве 48 бутылок емкостью 0,7 литра каждая; джин «Бифитер ФИО7», в количестве 60 бутылок емкостью 1 литр каждая; виски «Джонни Уокер Блэк Лейбл», в количестве 1 бутылка емкостью 1 литр; виски «Джонни Уокер Блэк Лейбл», в количестве 45 бутылок емкостью 0,5 литра каждая; виски «Джонни Уокер Рэд Лейбл», в количестве 1 бутылка емкостью 1 литр; виски «Вильям Лоусонс», в количестве 9 бутылок емкостью 0,75 литра каждая; текила «Ольмека» в количестве 97 бутылок емкостью 1 литр каждая; ром «Бакарди Супериор», в количестве 38 бутылок емкостью 1 литр каждая; ром «Бакарди Голд» в количестве 49 бутылок емкостью 1 литр каждая; бренди «Пере Маглори» в количестве 401 бутылка емкостью 0,7 литра каждая; виски «Дюарс» в количестве 25 бутылок емкостью 1 литр каждая; виски «Джек Денилс» в количестве 49 бутылок емкостью 1 литр каждая; виски «Джеймсон» в количестве 13 бутылок емкостью 1 литр каждая; виски «Роял Салют» в количестве 1 шт. объемом 0,5 л.; напиток винный «BELLINI», в количестве 39 бутылки, объемом 0,75 л.;напиток винный газированный «BOSCA» в количестве 86 бутылок, объемом 0,75 л. каждая;вино «Хванчкара» в количестве 7 бутылок, объемом 0,75 л. каждая;вино «Дом солнца» в количестве 13 бутылок, объемом 0,7 л. каждая;винный напиток «LAVETTI», в количестве 110 бутылок объемом 0,75 л. каждая; а также денежные средства в сумме 1800 руьблей и прейскурант цен на алкогольную продукцию. (том 1 л.д. 88-198) заключением эксперта № 163 э от 21.03.2016 года, согласно которому представленная на экспертизу жидкость в бутылке с этикеткой: «Dewars White Label Blended Scotch Whisky» и федеральной специальной маркой: « 100 247863112» является спиртосодержащей и содержит в своем составе этиловый спирт (этанол). В представленной жидкости диэтилфталат и денатурирующие добавки (кротоновый альдегид, битрекс, бензин / керосин) не обнаружены. (том 3 л.д. 87-90) заключением эксперта № 164 э от 24.03.2016 года, согласно которому представленная на экспертизу жидкость в бутылке с этикеткой: «Pere Magloire» и федеральной специальной маркой: «038 40650800» является спиртосодержащей и содержит в своем составе этиловый спирт (этанол). В представленной жидкости диэтилфталат и денатурирующие добавки (кротоновый альдегид, битрекс, бензин / керосин) не обнаружены. (том 2 л.д. 175-178) заключением эксперта № 165 э от 24.03.2016 года, согласно которому представленная на экспертизу жидкость в бутылке с этикеткой: «Bacardi Superior Original Premium Rum…» и федеральной специальной маркой: «037 573648898» является спиртосодержащей и содержит в своем составе этиловый спирт (этанол). В представленной жидкости диэтилфталат и денатурирующие добавки (кротоновый альдегид, битрекс, бензин / керосин) не обнаружены. (том 2 л.д. 182-185) заключением эксперта №166 Э от 21.03.2016 года, согласно которому представленная на экспертизу жидкость в бутылке с этикеткой: «Bacardi Gold Original Premium Crafted Rum …» и федеральной специальной маркой: «102 248021070» является спиртосодержащей и содержит в своем составе этиловый спирт (этанол). В представленной жидкости диэтилфталат и денатурирующие добавки (кротоновый альдегид, битрекс, бензин / керосин) не обнаружены. (том 2 л.д. 189-192) заключением эксперта № 167 Э от 21.03.2016 года, согласно которому представленная на экспертизу жидкость в бутылке с этикеткой: «William Lawson` Blended Skotch Whisky…» и федеральной специальной маркой: «101 091497089….» является спиртосодержащей и содержит в своем составе этиловый спирт (этанол). В представленной жидкости диэтилфталат и денатурирующие добавки (кротоновый альдегид, битрекс, бензин / керосин) не обнаружены. (том 2 л.д. 196-201) заключением эксперта № 168 Э от 21.03.2016 года, согласно которому представленная на экспертизу жидкость в бутылке с этикеткой: «Johnnie Walker Black Laber…» и федеральной специальной маркой: «100 247892372….» является спиртосодержащей и содержит в своем составе этиловый спирт (этанол). В представленной жидкости диэтилфталат и денатурирующие добавки (кротоновый альдегид, битрекс, бензин / керосин) не обнаружены. (том 3 л.д. 108-111) заключением эксперта № 169 Э от 24.03.2016 года, согласно которому представленная на экспертизу жидкость в бутылке с этикеткой: «Johnnie Walker Red Label…» и федеральной специальной маркой: «101 091492847….» является спиртосодержащей и содержит в своем составе этиловый спирт (этанол). В представленной жидкости диэтилфталат и денатурирующие добавки (кротоновый альдегид, битрекс, бензин / керосин) не обнаружены. (том 2 л.д. 105-108) заключением эксперта № 170 Э от 28.03.2016 года согласно, которому представленная на экспертизу жидкость в бутылке с этикеткой: «Jack Daniel` Jennessee Whiskey…» и федеральной специальной маркой: «037 433476589….»является спиртосодержащей и содержит в своем составе этиловый спирт (этанол). В представленной жидкости диэтилфталат и денатурирующие добавки (кротоновый альдегид, битрекс, бензин / керосин) не обнаружены.(том 2 л.д. 205-208) заключением эксперта № 135 Э от 02.02.2016 года, согласно которому представленная на экспертизу жидкость в бутылке с этикеткой: «Беленькая ВОДКА Люкс…» является спиртосодержащей - содержит в своем составе этиловый спирт. Объемная доля этилового спирта в жидкости составила 37,5 - 0,1 % об. Диэтилфталат и денатурирующие добавки (керосин / бензин), кротоновый альдегид и денатониум бензоат (битрекс)) в жидкости из бутылки с этикеткой «Беленькая ВОДКА Люкс…» не обнаружены (в пределах чувствительности используемых методов). (том 2 л.д. 168-171) заключением эксперта № 136 Э от 29.01.2016 года, согласно которому представленная на экспертизу жидкость в бутылке с этикеткой: «ВОДКА ТАЛКА…» является спиртосодержащей - содержит в своем составе этиловый спирт. Объемная доля этилового спирта в жидкости составила 39,5 - 0,1 % об. Диэтилфталат и денатурирующие добавки (керосин / бензин), кротоновый альдегид и денатониум бензоат (битрекс)) в жидкости из бутылки с этикеткой «ВОДКА ТАЛКА…» не обнаружены (в пределах чувствительности используемых методов). (том 2 л.д. 112-115) заключением эксперта № 137 Э от 01.02.2016 года, согласно которому представленная на экспертизу жидкость в бутылке с этикеткой: «…НЕФТЬ ВОДКА…» является спиртосодержащей - содержит в своем составе этиловый спирт. Объемная доля этилового спирта в жидкости составила 37,1 - 0,1 % об. Диэтилфталат и денатурирующие добавки (керосин / бензин), кротоновый альдегид и денатониум бензоат (битрекс)) в жидкости из бутылки с этикеткой «…НЕФТЬ ВОДКА…» не обнаружены (в пределах чувствительности используемых методов). (том 2 л.д. 98- 101) заключением эксперта № 138 Э от 03.02.2016 года, согласно которому представленная на экспертизу жидкость в бутылке с этикеткой: «…ВОДКА ПОЛТИНА ПРЕМИУМ…» является спиртосодержащей - содержит в своем составе этиловый спирт. Объемная доля этилового спирта в жидкости составила 40,0 - 0,1 % об. Диэтилфталат и денатурирующие добавки (керосин / бензин), кротоновый альдегид и денатониум бензоат (битрекс)) в жидкости из бутылки с этикеткой «…ВОДКА ПОЛТИНА ПРЕМИУМ…» не обнаружены (в пределах чувствительности используемых методов).(том 2 л.д.219-222) заключением эксперта № 139 Э от 05.03.2016 года, согласно которому представленная на экспертизу жидкость в бутылке с этикеткой: «…ЗОЛОТОЙ ВОДКА ГрафинЪ 0,5 л классика вкуса 40 % ВЕЛЕС…» является спиртосодержащей - содержит в своем составе этиловый спирт. Объемная доля этилового спирта в жидкости составила 36,9 - 0,1 % об. Диэтилфталат и денатурирующие добавки (керосин / бензин), кротоновый альдегид и денатониум бензоат (битрекс)) в жидкости из бутылки с этикеткой «…ЗОЛОТОЙ ВОДКА ГрафинЪ 0,5 л классика вкуса 40 % ВЕЛЕС…» не обнаружены (в пределах чувствительности используемых методов). (том 2 л.д. 226-229) заключением эксперта № 140 Э от 15.03.2016 года, согласно которому представленная на экспертизу жидкость в стопке с этикеткой: «…СТОПКА ВОДКА…» является спиртосодержащей - содержит в своем составе этиловый спирт. Объемная доля этилового спирта в жидкости составила 36 - 1 % об. Диэтилфталат и денатурирующие добавки (керосин / бензин), кротоновый альдегид и денатониум бензоат (битрекс)) в жидкости из стопки с этикеткой «…СТОПКА ВОДКА …» не обнаружены (в пределах чувствительности используемых методов). (том 2 л.д. 233-236) заключением эксперта № 141 Э от 01.02.2016 года, согласно которому представленная на экспертизу жидкость в бутылке с этикеткой: «…Drova firewood ECOLOGICAL VODKA…» является спиртосодержащей - содержит в своем составе этиловый спирт. Объемная доля этилового спирта в жидкости составила 31,3 - 0,1 % об. Диэтилфталат и денатурирующие добавки (керосин / бензин), кротоновый альдегид и денатониум бензоат (битрекс)) в жидкости из бутылки с этикеткой «…Drova firewood ECOLOGICAL VODKA…» не обнаружены (в пределах чувствительности используемых методов). (том 2 л.д. 240-243) заключением эксперта № 143 Э от 29.01.2016 года, согласно которому представленная на экспертизу жидкость в бутылке с этикеткой: «…SORDIS ВОДКА DELUXE СОРМОВСКАЯ ЛЮКС …» и «…VODKA SJRDIS SJRMOVSKAYA Лирическая…» являются спиртосодержащими - содержат в своем составе этиловый спирт. Объемная доля этилового спирта в жидкости составила 34,9-0,1 % об. и 35.4 – 0,1 % об, соответственно. Диэтилфталат и денатурирующие добавки (керосин / бензин), кротоновый альдегид и денатониум бензоат (битрекс)) в представленных на экспертизу жидкостях не обнаружены (в пределах чувствительности используемых методов). (том 3 л.д. 3-6) заключением эксперта № 142 Э от 02.02.2016 года, согласно которому представленная на экспертизу жидкость в бутылке с этикеткой: «Доктор Столетов Водка…» является спиртосодержащей - содержит в своем составе этиловый спирт. Объемная доля этилового спирта в жидкости составила 40,1 - 0,1 % об. Диэтилфталат и денатурирующие добавки (керосин / бензин), кротоновый альдегид и денатониум бензоат (битрекс)) в жидкости из бутылки с этикеткой «Доктор Столетов Водка…» не обнаружены (в пределах чувствительности используемых методов). (том 2 л.д. 247-250) заключением эксперта № 144 Э от 03.02.2016 года, следует что согласно которому представленная на экспертизу жидкость в бутылке с этикеткой: «… ВОДКА ПЯТЬ ОЗЕР…» является спиртосодержащей - содержит в своем составе этиловый спирт. Объемная доля этилового спирта в жидкости составила 39,0 - 0,1 % об. Диэтилфталат и денатурирующие добавки (керосин / бензин), кротоновый альдегид и денатониум бензоат (битрекс)) в жидкости из бутылки с этикеткой «… ВОДКА ПЯТЬ ОЗЕР…» не обнаружены (в пределах чувствительности используемых методов). (том 3 л.д. 10-13) заключением эксперта № 145 Э от 03.02.2016 года, согласно которому представленная на экспертизу жидкость в бутылках с этикеткой: «… ПШЕНИЧНАЯ ВОДКА 0,5 Л 40% об…» и «…ПШЕНИЧНАЯ Водка Крепость 40 % об. Объем 0,25 л…» являются спиртосодержащими - содержат в своем составе этиловый спирт. Объемная доля этилового спирта в жидкостях составила 35,8 - 0,1 % об. И 39,4 – 0,1% об., соответственно. Диэтилфталат и денатурирующие добавки (керосин / бензин), кротоновый альдегид и денатониум бензоат (битрекс)) в представленных на экспертизу жидкостях не обнаружены (в пределах чувствительности используемых методов). (том 3 л.д. 94-97) заключением эксперта № 146 Э от 02.02.2016 года, согласно которому представленная на экспертизу жидкость в бутылке с этикеткой: «FINLANDIA VODKA JF FINLAND…» является спиртосодержащей - содержит в своем составе этиловый спирт. Объемная доля этилового спирта в жидкости составила 32,2 - 0,1 % об. Диэтилфталат и денатурирующие добавки (керосин / бензин), кротоновый альдегид и денатониум бензоат (битрекс)) в жидкости из бутылки с этикеткой «FINLANDIA VODKA JF FINLAND…» не обнаружены (в пределах чувствительности используемых методов).( том 3 л.д. 17-20) заключением эксперта № 147 Э от 29.01.2016 года, согласно которому представленная на экспертизу жидкость в бутылке с этикеткой: «FINN SKY VODKA Original Flavor…» является спиртосодержащей - содержит в своем составе этиловый спирт. Объемная доля этилового спирта в жидкости составила 40.0 - 0,1 % об. Диэтилфталат и денатурирующие добавки (керосин / бензин), кротоновый альдегид и денатониум бензоат (битрекс)) в жидкости из бутылки с этикеткой «FINN SKY VODKA Original Flavor…» не обнаружены (в пределах чувствительности используемых методов). (том 3 л.д. 24-27) заключением эксперта № 148 Э от 04.02.2016 года, согласно которому представленная на экспертизу жидкость в бутылке с этикеткой: «ХОРТИЦЯ ПЛАТИНУМ ВОДКА…» является спиртосодержащей - содержит в своем составе этиловый спирт. Объемная доля этилового спирта в жидкости составила 40.6 - 0,1 % об. Диэтилфталат и денатурирующие добавки (керосин / бензин), кротоновый альдегид и денатониум бензоат (битрекс)) в жидкости из бутылки с этикеткой «ХОРТИЦЯ ПЛАТИНУМ ВОДКА…» не обнаружены (в пределах чувствительности используемых методов). (том 3 л.д. 31-34) заключением эксперта № 149 Э от 03.02.2016 года, согласно которому представленная на экспертизу жидкость в бутылке с этикеткой: «Рябчик Водка Особая НА КАЛИНЕ…» является спиртосодержащей - содержит в своем составе этиловый спирт. Объемная доля этилового спирта в жидкости составила 39,9 - 0,1 % об. Диэтилфталат и денатурирующие добавки (керосин / бензин), кротоновый альдегид и денатониум бензоат (битрекс)) в жидкости из бутылки с этикеткой «Рябчик Водка Особая НА КАЛИНЕ…» не обнаружены (в пределах чувствительности используемых методов). (том 3 л.д. 38-41) заключением эксперта № 150 Э от 01.02.2016 года, согласно которому представленная на экспертизу жидкость в бутылке с этикеткой: «FINSKAYA SIL VODKA…» является спиртосодержащей - содержит в своем составе этиловый спирт. Объемная доля этилового спирта в жидкости составила 36,6 - 0,1 % об. Диэтилфталат и денатурирующие добавки (керосин / бензин), кротоновый альдегид и денатониум бензоат (битрекс)) в жидкости из бутылки с этикеткой «FINSKAYA SIL VODKA…» не обнаружены (в пределах чувствительности используемых методов). (том 3 л.д. 45-48) заключением эксперта № 151 Э от 03.02.2016 года, согласно которому представленная на экспертизу жидкость в бутылке с этикеткой: «…водка ЗЕЛЕНАЯ МАРКА…» является спиртосодержащей - содержит в своем составе этиловый спирт. Объемная доля этилового спирта в жидкости составила 39,4 - 0,1 % об. Диэтилфталат и денатурирующие добавки (керосин / бензин), кротоновый альдегид и денатониум бензоат (битрекс)) в жидкости из бутылки с этикеткой «…водка ЗЕЛЕНАЯ МАРКА…» не обнаружены (в пределах чувствительности используемых методов). (том 3 л.д. 52-55) заключением эксперта № 152 Э от 28.03.2016 года, согласно которому представленная на экспертизу жидкость в бутылке с этикеткой: «Lavetti Rose Лаветти розе розовый полусладкий напиток винный газированный…» и федеральной специальной маркой « 103 040486987» является спиртосодержащей и содержит в своем составе этиловый спирт (этанол). В представленной жидкости диэтилфталат и денатурирующие добавки (кротоновый альдегид, битрекс, бензин / керосин не обнаружены. (том 2 л.д. 147-150) заключением эксперта № 153 Э от 31.03.2016 года, согласно которому представленная на экспертизу жидкость в бутылке с этикеткой: «Bellini напиток винный газированный и федеральной специальной маркой « 103 023291395» является спиртосодержащей и содержит в своем составе этиловый спирт (этанол). В представленной жидкости диэтилфталат и денатурирующие добавки (кротоновый альдегид, битрекс, бензин / керосин не обнаружены. (том 2 л.д. 161-164) заключением эксперта № 154 Э от 31.03.2016 года, согласно которому представленная на экспертизу жидкость в бутылке с этикеткой: «Дом солнца вино столовое полусладкое белое…» и федеральной специальной маркой « 102 055445407» является спиртосодержащей и содержит в своем составе этиловый спирт (этанол). В представленной жидкости диэтилфталат и денатурирующие добавки (кротоновый альдегид, битрекс, бензин / керосин не обнаружены. (том 2 л.д. 133-136) заключением эксперта № 155 Э от 31.03.2016 года, согласно которому представленная на экспертизу жидкость в бутылке с этикеткой: «Хванчкара красное полусладкое вино…» и федеральной специальной маркой « 103 040486987» является спиртосодержащей и содержит в своем составе этиловый спирт (этанол). В представленной жидкости диэтилфталат и денатурирующие добавки (кротоновый альдегид, битрекс, бензин / керосин не обнаружены. (том 2 л.д. 140-143) заключением эксперта № 156 Э от 31.03.2016 года, согласно которому представленная на экспертизу жидкость в бутылке с этикеткой: «Bosca Anniversary напиток винный газированный» и федеральной специальной маркой « 103 040486987» является спиртосодержащей и содержит в своем составе этиловый спирт (этанол). В представленной жидкости диэтилфталат и денатурирующие добавки (кротоновый альдегид, битрекс, бензин / керосин не обнаружены. (том 2 л.д. 154-157) заключением эксперта № 157 Э от 21.03.2016 года, согласно которому представленная на экспертизу жидкость в бутылке с этикеткой: «Российский коньяк выдержанный «КВ» Лезгинка…» и федеральной специальной маркой « 102 24802 …» является спиртосодержащей и содержит в своем составе этиловый спирт (этанол). В представленной жидкости диэтилфталат и денатурирующие добавки (кротоновый альдегид, битрекс, бензин / керосин не обнаружены. (том 2 л.д. 126-129) заключением эксперта № 158 Э от 21.03.2016 года, согласно которому представленная на экспертизу жидкость в бутылке с этикеткой: «Коньяк Российский Кизляр …» и федеральной специальной маркой « 102 247907131 …» является спиртосодержащей и содержит в своем составе этиловый спирт (этанол). В представленной жидкости диэтилфталат и денатурирующие добавки (кротоновый альдегид, битрекс, бензин / керосин не обнаружены. (том 2 л.д. 119-122) заключением эксперта № 159 Э от 21.03.2016 года, согласно которому представленная на экспертизу жидкость в бутылке с этикеткой: «Beefeater London Dry Gin …» и федеральной специальной маркой «019 215789512 …» является спиртосодержащей и содержит в своем составе этиловый спирт (этанол). В представленной жидкости диэтилфталат и денатурирующие добавки (кротоновый альдегид, битрекс, бензин / керосин не обнаружены. (том 3 л.д. 59-62) заключением эксперта № 160 Э от 21.03.2016 года, согласно которому представленная на экспертизу жидкость в бутылке с этикеткой: «…OLMECA GOLD TTQUILA SUPREMO …» является спиртосодержащей - содержит в своем составе этиловый спирт Объемная доля этилового спирта в жидкости составила 32,6 -0,1% об. Диэтилфталат и денатурирующие добавки (керосин / бензин), кротоновый альдегид и денатониум бензоат (битрекс)) в представленной на экспертизу жидкости не обнаружены (в пределах чувствительности используемых методов). (том 3 л.д. 66-69) заключением эксперта № 171 Э от 21.03.2016 года, согласно которому представленная на исследование жидкость в бутылке с этикеткой «Cognac Hennessy Коньяк Хеннесси Икс. О…» и федеральной специальной маркой: « 10007089…667…» является спиртосодержащей и содержит в своем составе этиловый спирт (этанол). В представленной жидкости диэтилфталат и денатурирующие добавки ( кротоновый альдегид, битрекс, бензин / керосин) не обнаружены. (том 2 л.д. 212-215) заключением эксперта № 161 Э от 21.03.2016 года, согласно которому представленная на экспертизу жидкость в бутылке с этикеткой: «…ROYAL SALUTE 21 YEARS OLD SCOTCH WHISKY CHIVAS REGAL …» является спиртосодержащей - содержит в своем составе этиловый спирт Объемная доля этилового спирта в жидкости составила 38,8 -0,1% об. Диэтилфталат и денатурирующие добавки (керосин / бензин), кротоновый альдегид и денатониум бензоат (битрекс)) в представленной на экспертизу жидкости не обнаружены (в пределах чувствительности используемых методов).(том 3 л.д. 73-76) заключением эксперта № 162 Э от 21.03.2016 года, согласно которому представленная на экспертизу жидкость в бутылке с этикеткой: «…JAMESON… IRISH WHISKEY…» является спиртосодержащей - содержит в своем составе этиловый спирт Объемная доля этилового спирта в жидкости составила 35,5 –0,1% об. Диэтилфталат и денатурирующие добавки (керосин / бензин), кротоновый альдегид и денатониум бензоат (битрекс)) в представленной на экспертизу жидкости не обнаружены (в пределах чувствительности используемых методов).(том 3 л.д. 80-83) заключением эксперта № 207 Э от 19.01.2016 года, согласно которому представленная на экспертизу жидкость в бутылке с этикеткой: «Водка Журавли…» и федеральной специальной маркой: «100 356122431» является спиртосодержащей и содержит в своем составе этиловый спирт ( этанол). Объемная доля этилового спирта в представленной жидкости составила 38, 6% об. В представленной жидкости диэтилфталат и денатурирующие добавки (кротоновый альдегид, битрекс, бензин / керосин не обнаружены. (том 3 л.д.101-104) заключением эксперта № 124 Э от 18.01.2016 года, согласно которому федеральная специальная марка разряда 100 номер 356122431, расположенная на бутылке емкостью 0,5 литра с прозрачной жидкостью ( на бутылке имеется этикетка «Водка Журавли», дата разлива 12.11.12 г.), не соответствует образцам того же обозначения, модификации, года выпуска, фабрики – изготовителя, изготовленным на предприятии Гознака, имеющимся в коллекции ЭКЦ ГУ МВД России по Нижегородской области. Основные изображения данной марки (фоновая сетка, печатные тексты, элемент в виде буквы «М» и полукругов) нанесены способом высокой печати (типоофсет), защитная нить и голограмма, расположенные в центральной и нижней части федеральной специальной марки, имитированы тиснением фольгой. (том 3 л.д. 115-117) заключением эксперта № 123 от 25.05.2016 года, согласно которому Федеральные специальные марки: акцизная (специальная) марка Водка до 0,5 л. № с выходными данными Гознак,МТ,Москва,2013 «Б»; акцизная (специальная) марка Водка до 0,5 л. №*4181 с выходными данными Гознак, МТ, Москва, 2013 «Б»; акцизная (специальная) марка Водка до 0,5 л. № с выходными данными Гознак, МТ, Москва, 2014 «Б»; акцизная (специальная) марка Водка до 0,5 л. № с выходными данными Гознак, МТ, Москва, 2013 «Б»; акцизная (специальная) марка Водка до 0,5 л. № с выходными данными Гознак, ППФ, Пермь, 2013 «Б»; акцизная (специальная) марка Водка до 0,5 л. № отсутствует с выходными данными Гознак, МТ, Москва, 2013 «Б»; акцизная (специальная) марка Водка до 0,5 л. №*6*220 с выходными данными Гознак, МТ, Москва, 2014 «Б»; акцизная (специальная) марка Водка до 0,5 л. № с выходными данными Гознак, ППФ, Пермь, 2012 «Б»; акцизная (специальная) марка Водка до 0,5 л. № отсутствует с выходными данными Гознак, МТ, Москва, 2013 «Б»; акцизная (специальная) марка Крепкие спиртные напитки до 0,5 л. №*789*12 с выходными данными Гознак, МТ, Москва,2014 «Б»; акцизная (специальная) марка Водка до 0,5 л. № с выходными данными Гознак, МТ, Москва, 2012 «Б»; акцизная (специальная) марка Водка до 0,5 л. № с выходными данными Гознак, МТ, Москва, 2013 «Б»; акцизная (специальная) марка Водка до 0,5 л. № с выходными данными Гознак, МТ, Москва, 2013 «Б»; акцизная (специальная) марка Водка до 0,5 л. № с выходными данными Гознак, ППФ, Пермь, 2013 «Б»; акцизная (специальная) марка Водка до 0,5 л. № с выходными данными Гознак, ППФ, Пермь, 2013 «Б»; акцизная (специальная) марка Крепкие спиртные напитки свыше 25% № с выходными данными Гознак, МТ, Москва, 2014 «Б»; акцизная (специальная) марка Вина виноградные № с выходными данными Гознак, МТ, Москва, 2013 «Б»; акцизная (специальная) марка Крепкие спиртные напитки до 0,5 л. №**7863112 с выходными данными Гознак, МТ, Москва, 2013 «Б»; акцизная (специальная) марка Крепкие спиртные напитки до 0,5 л. № с выходными данными Гознак, МТ, Москва; акцизная (специальная) марка Крепкие спиртные напитки до 0,5 л. № с выходными данными Гознак, МТ, Москва, 2013 «Б»; акцизная (специальная) марка Крепкие спиртные напитки до 0,5 л. № с выходными данными Гознак, МТ, Москва, 2014 «Б»; акцизная (специальная) марка Крепкие спиртные напитки до 0,5 л. № с выходными данными Гознак, МТ, Москва, 2013 «Б»; акцизная (специальная) марка Крепкие спиртные напитки до 0,5 л. № с выходными данными Гознак, МТ, Москва, 2013 «Б»; акцизная (специальная) марка Крепкие спиртные напитки до 0,5 л. № с выходными данными Гознак, ***, Пермь, 2013 «Б»; акцизная (специальная) марка Крепкие спиртные напитки до 0,5 л. № с выходными данными Гознак,МТ,Москва,2013 «Б»; акцизная (специальная) марка Крепкие спиртные напитки до 0,5 л. № с выходными данными Гознак, МТ, Москва, 2014 «Б»; акцизная (специальная) марка Водка до 0,75 л. № с повреждёнными выходными данными; акцизная (специальная) марка Крепкие спиртные напитки до 0,5 л. № с выходными данными Гознак, МТ, Москва, 2014 «Б»- изготовлены не производством Гознак. Цветные изображения, за исключением штрих-кода, информации о литраже и нумерации нанесены с применением высоких печатных форм. Акцизная (специальная) марка Водка 0,25 л. № отсутствует с выходными данными Гознак, МТ, Москва, *013 «*»; акцизная (специальная) марка Водка до 0,5 л. № с выходными данными Гознак, ППФ, Пермь, 2014 «Б»; акцизная (специальная) марка Водка 0,25 л. № с выходными данными Гознак, МТ, Москва, 2015 «Б»; акцизная (специальная) марка Алкогольная продукция свыше 25% № с выходными данными Гознак, МТ, Москва,2012 «Б»; акцизная (специальная) марка Вина виноградные № с выходными данными Гознак, МТ, Москва, 2015 «Б»; акцизная (специальная) марка Алкогольная продукция свыше 25% до 0,5 л. № с выходными данными Гознак, МТ, Москва, 2011 «Б»; акцизная (специальная) марка Алкогольная продукция свыше 25% до 1 л. № с выходными данными Гознак, МТ, Москва, 2011 «Б»; акцизная (специальная) марка Водка до 0,1 л. № с выходными данными Гознак,МТ,Москва,2013 «Б»; акцизная (специальная) марка Винные напитки (без этилового спирта) до 0,75 л. № с выходными данными Гознак, ППФ, Пермь, 2015 «Б»; акцизная (специальная) марка Винные напитки (без содержания этилового спирта) № с выходными данными Гознак, ППФ, Пермь, 2015 «Б»; акцизная (специальная) марка с повреждением № с выходными данными Гознак,МТ,Москва,2012 «Б»; акцизная (специальная) марка Водка 0,25л. № с выходными данными Гознак, ППФ, Пермь, 2015 «Б»; акцизная (специальная) марка Водка 0,25л. № с выходными данными Гознак, ППФ, Пермь, 2013 «Б»; акцизная (специальная) марка Водка 0,25л. № с выходными данными Гознак, МТ, Москва, 2013 «Б»; акцизная (специальная) марка Водка 0,25л. № отсутствует, с выходными данными Гознак, МТ, Москва, 2013 «Б» - выполнены способом плоской офсетной печати, не предприятием Гознак. (том 5 л.д. 73-82) сообщением оперуполномоченного НЭБ и ПК ОМВД России по Семеновскому городскому округу ФИО28 от 01.12.2015 года в ОМВД России по Семеновскому городскому округу, о том, что по адресу: &lt;адрес&gt; осуществляется продажа спиртных напитков. (том 1 л.д. 9) постановлением оперуполномоченного НЭБ и ПК ОМВД России по Семеновскому городскому округу ФИО28 от 01.12.2015 года о - проведении проверочной закупки, согласно которому были проведены оперативно – розыскные мероприятия «проверочная закупка» в отношении ФИО1 и ФИО2 (том 1 л.д. 10) актом осмотра, пометки и передачи денежных средств от 01.12.2015 года, согласно которому ФИО26 были выданы денежные средства в сумме 1800 рублей: одна купюра номиналом 1000 рублей серии ХЕ №; одна купюра номиналом по 500 рублей серии КМ №; одна купюра номиналом 100 рублей серии ПТ №; одна купюра номиналом 100 рублей серии КЗ №; одна купюра номиналом 100 рублей серии ЗХ №. (том 1 л.д. 11-12) рапортом оперуполномоченного НЭБ и ПК ОМВД России по Семеновскому городскому округу ФИО28 от 04.12.2015 года, о том, что была пресечена деятельность торговой точки по продаже алкогольной продукции, расположенной по адресу: &lt;адрес&gt;. (том 1 л.д. 8) приказом от 25.12.2014 года № 409 Федеральной службы по регулированию алкогольного рынка « Об установлении цен, не ниже которых осуществляется закупка (за исключением импорта), поставки (за исключением экспорта) и розничная продажа алкогольной продукции крепостью 28 %. (том 1 л.д. 57-60) справкой специалиста – ревизора отделения оценки имущества отдела № 8 (ДИ и ОИ) УЭБ и ПК ГУ МВД России по Нижегородской области об исследовании документов № 4/1 от 12.01.2016 года, согласно которой стоимость изъятой в ходе осмотра места происшествия 01.12.2015 года в подсобном помещении &lt;адрес&gt; алкогольной продукции составила 1 217 425,6 рублей. (том 1 л.д.84-87) справкой - расчетом ущерба от 22.05.2016 года, согласно которой стоимость изъятой в ходе осмотра места происшествия 01.12.2015 года в подсобном помещении &lt;адрес&gt; области алкогольной продукции составила 1 550 655 рублей 20 копеек. (том 6 л.д. 2-3) постановлением о выделении в отдельное производство материалов из уголовного дела № 360014 от 19.01.2016 года - согласно которому из уголовного дела № 360014 были выделены материалы на 25 листах. (том 4 л.д. 1-2) протоколом осмотра места происшествия от 01.12.2015 года, с приложением диска с видеозаписью, с участием ФИО2, согласно которому было осмотрено подсобное помещение &lt;адрес&gt;, в ходе которого было обнаружено и изъято 105 бутылок коньяка «Хеннесси», объемом 0,5 литров каждая и 48 бутылок коньяка «Хеннесси», объемом 0,7 литров каждая. (том 4 л.д. 5-7) заключением эксперта № 171 Э от 21.03.2016 года, согласно которому представленная на исследование жидкость в бутылке с этикеткой «Cognac Hennessy Коньяк Хеннесси Икс. О…» и федеральной специальной маркой : « 10007089…667…» является спиртосодержащей и содержит в своем составе этиловый спирт (этанол). В представленной жидкости диэтилфталат и денатурирующие добавки ( кротоновый альдегид, битрекс, бензин / керосин) не обнаружены. (том 2 л.д. 212-215) заключением эксперта № 121 от 20.05.2016 года, согласно которому федеральные специальные марки с надписью «Крепкие спиртные напитки до 0,5 л», номера 100 248086379, 100 0708911164, наклеены на бутылки с этикетками коньяк «Hennessy», изготовлены не производством Гознак. Цветные изображения, за исключением штрих – кода, информации о литраже и нумерации нанесены с применением высоких печатных форм. (том 5 л.д. 61-64) заявлением от главы аналитического отдела по правовым вопросам «ОПИМ СИАйЭС» официального представителя компании Сосьете Жас Хеннесси энд Ко» ФИО9 от 110.12016 года в отдел МВД России по Семеновскому городскому округу. (том 1 л.д. 29) справкой из Сосьете Жас Хеннесси энд Ко», согласно которой следует, что стоимость коньяка «Хенносси» объемом 0,5 л. составляет 10 048 рублей; стоимость коньяка «Хенносси» объемом 0,7 л. составляет 13 156 рублей. (том 1 л.д. 30) Исследовав все доказательства в их совокупности, суд квалифицирует действия подсудимых ФИО1 и ФИО2 - по ст. 171.1 ч.6 п.»а,б» УК РФ как приобретение, хранение, перевозку в целях сбыта немаркированной алкогольной продукции, подлежащей обязательной маркировке акцизными марками и (или) федеральными специальными марками, совершенные группой лиц по предварительному сговору, в особо крупном размере; по ст. ч.3 УК РФ как незаконное использование чужого товарного знака, совершенное с причинением крупного ущерба, группой лиц по предварительному сговору. Квалифицирующие признаки составов преступлений по ст.171.1 ч.6 п.»а,б» УК РФ «приобретение, хранение, перевозка в целях сбыта немаркированной алкогольной продукции, подлежащей обязательной маркировке акцизными марками и (или) федеральными специальными марками, совершенные группой лиц по предварительному сговору, в особо крупном размере»; по ст. ч.3 УК РФ «совершенное с причинением крупного ущерба, группой лиц по предварительному сговору» нашли свое подтверждение в судебном заседании. Из показаний подсудимого ФИО1 следует, что в начале августа 2015 года он у неизвестного лица взял и перевез в свое подсобное помещение, расположенное в пристрое к дому № в д.Васильево г.Семенов алкогольную продукцию без всяких документов на нее, якобы на временное хранение. Согласно справки об исследовании документов №4/1 от 12.01.2016 года (т.1 л.д.85-87), справки-расчета ущерба от 22.05.2016 года (т.6 л.д.2-3) стоимость изъятой алкогольной продукции в указанном помещении составила 1550655 руб.20 коп., что относится к особо крупному размеру. Данная алкогольная продукция хранилась в подсобном помещении дома, в котором проживают ФИО1 и ФИО2, из чего следует, что подсудимые совместно приобрели и хранили указанную алкогольную продукцию, для последующего ее сбыта. Сбыт алкогольной продукции нашел свое подтверждение в показаниях свидетеля ФИО27, подсудимой ФИО2, а также подтверждается оглашенными в судебном заседании показаниями подсудимого ФИО1, согласно которых 01 декабря 2015 года около 14 или 15 часов, более точное время не помнит, ему на сотовый телефон позвонил мужчина, который представился Михаилом. Что это был за Михаил он не знает, поскольку у него имеется много знакомых по имени Михаил. На тот момент он не придал значение, что за Михаил ему звонил, поскольку находился за рулем автомашины. Михаил спросил у него, не будет ли у него «пару пузырей «Журавли». Откуда он узнал, что у него может находиться дома алкогольная продукция, ему не известно. Поскольку он сам был в отъезде, то он позвонил своей жене ФИО17 и сказал ей, что придет мужчина по имени Михаил, которому нужно дать водку «Журавли». После этого, ФИО17 спросила у него брать ли с Михаила деньги за водку. На что он ей ответил, что если он что – то даст за водку, то пусть возьмет. Кроме того, сбыт алкогольной продукции подсудимыми подтверждается протоколом осмотра места происшествия от 01.12.2015 года (т.1 л.д.13-18), протоколом осмотра денежных купюр от 20.01.2016 года с приложением ксерокопий (т.1 л.д.233-235), протоколом осмотра предметов от 12.02.2016 года, а именно прейскуранта цен на алкогольную продукцию (т.2 л.д.70-72). Доводы адвоката ФИО21 о признании недопустимыми доказательствами: постановление о производстве «проверочной закупки» (т.1 л.д.10), акта осмотра, пометки и передачи денежных средств (л.д.11), протокола осмотра места происшествия (т.1 л.д.13-18) по тем основаниям, что «Проверочная закупка» проведена с нарушением федерального закона. Постановление о проведении проверочной закупки не подписано лицом, вынесшим это постановление - ФИО31. Согласно рапорту ФИО31 1 декабря 2015 г. проводилась совместная операция сотрудников ЭБ и ПК и ИАЗ ОМВД России по Семеновскому городскому округу. Отсутствие подписи не дает возможности определить уполномоченным ли лицом вынесено постановление о проведении проверочной закупки (имеет ли это лицо доступ к проведению ОРМ). Акт осмотра, пометки и передачи денежных средств от 01 декабря 2015 г (т.1 л.д. 11) имеет неоговоренные исправления в количестве денежных купюр, полученных ФИО10 Согласно акту помечены четыре денежные купюры (1 000 руб., 500 руб. и 2 по 100 руб.) Согласно расписки в акте ФИО10 получил 5 купюр. В качестве понятых (представителей общественности) указаны ФИО8 и ФИО12. Протокол осмотра места происшествия (т.1 л.д.13-18) составленный инспектором по ИАЗ ОМВД РФ по Семеновскому г.о. ФИО29 в присутствии понятых ФИО8 и ФИО12, проведен с нарушением ст. 12 УПК РФ . Местом осмотра места происшествия является навес (пристрой) к жилому дому. На первой странице протокола после печатного текста о разъяснении понятым ст. 60 УПК РФ имеется рукописная запись «ст. 51 Конституции РФ разъяснена». Подписи ФИО36 и ФИО36 отсутствуют. При производстве следственного действия изъяты 15 бутылок водки «Журавли» емк. 0,5 л., упакованы в коробку, опечатанной печатью «Для пакетов №105» с пояснительной надписью, с подписями понятых, денежные средства в сумме 1 800 рублей, упакованные в бумажный пакет, опечатанный печатью «Для пакетов №105» с пояснительной запиской с подписями понятых, изъята алкогольная продукция в количестве 8 171 бутылка, согласно протоколу осмотра, упакована в картонные коробки, опечатаны печатью «Для пакетов №105» с подписями понятых, прейскурант цен на алкоголь. Фактически был проведен осмотр жилища. Согласно 4.1 ст. 12 УПК РФ осмотр жилища производится только с согласия проживающих в нем лиц или на основании судебного решения, за исключением случаев, предусмотренных частью пятой статьи 165 настоящего Кодекса. ФИО1 и ФИО2 согласия на осмотр жилища не давали. Судебное решение на производство осмотра жилища отсутствует. Также отсутствует постановление следователя или дознавателя о производстве осмотра жилища, вынесенное в соответствии с ч.5 ст. 165 УПК РФ , суд находит необоснованными. В судебном заседании свидетель ФИО31 показал, что постановление о производстве проверочной закупки составлено было им 01.12.2015 года и утверждено начальником полиции ОМВД России по Семеновскому г.о. ФИО34, что также подтвердил в судебном заседании начальник полиции ФИО34 ФИО31 также пояснил, что им составлялся акт осмотра и передачи денежных средств ФИО26 и отсутствие в нем номера пятой купюры достоинством 100 руб., которая передавалась для проведения проверочной закупки, является технической ошибкой. В приложении к акту имеются копии всех пяти денежных купюр, которое как и акт подписано понятыми. Свидетели ФИО8 и ФИО12, которые являлись понятыми при проведении проверочной закупки, также подтвердили что ФИО26 было передано 5 денежных купюр. Данные денежные купюры были возвращены ФИО2 сотрудникам полиции в присутствии понятых после проведения контрольной закупки, что подтверждается просмотренной в судебном заседании видеозаписью осмотра места происшествия, номера изъятых купюр совпадают с номерами купюр в приложении к акту осмотра, пометки и передачи денежных средств. (т.2 л.д.12-13). Осмотр пристроя к жилому дому проводился в присутствии понятых и с участием ФИО2, по результатам осмотра все участвующие лица ознакомились с протоколом, замечаний и дополнений ни от кого не поступило, что подтверждается также видеозаписью осмотра места происшествия, согласно которой ФИО2 не возражала против осмотра пристроя к дому. Согласно ч.1 ст. 12 УПК РФ осмотр жилища производится только с согласия проживающих в нем лиц или на основании судебного решения. В данном случае осмотр места происшествия, а именно пристроя к дому, суд находит законным, само жилое помещение дома не осматривалось. Согласно выписке из Единого государственного реестра прав на недвижимое имущество и сделок с ним от 18.07.2016 года жилой дом по адресу &lt;адрес&gt;&lt;адрес&gt;&lt;адрес&gt; имеет общую площадь 37,5 кв.м. Согласно технического паспорта, изготовленного лишь 27.12.2016 года по факту, общая площадь дома составляет 54,1 кв.м.. в том числе жилая 38,1 кв.м. Свидетельства, либо новой выписки из Единого государственного реестра прав на недвижимое имущество и сделок с ним, подтверждающих, что пристрой к дому входит в общую площадь дома, суду не представлено. Таким образом, исходя из правоустанавливающих документов, на момент составления протокола осмотра места происшествия 01.12.2015 года, пристрой к дому не входил в общую площадь дома, таких документов не имелось. Не признание вины подсудимыми в совершенных ими преступлениях, суд расценивает как желание уйти от ответственности за содеянное. При назначении наказания подсудимым ФИО1 и ФИО2 суд учитывает характер и степень общественной опасности совершенных ими преступлений, личность виновных, обстоятельства, смягчающие наказание подсудимым, отсутствие обстоятельств, отягчающих наказание, состояние здоровья, а также влияние назначенного наказания на исправление подсудимых. Подсудимый ФИО1 не судим, совершил преступление средней тяжести и тяжкое преступление, характеризуется по месту жительства участковым уполномоченным удовлетворительно, на учете у врача психиатра, врача нарколога не состоит, работает индивидуальным предпринимателем, к административной ответственности не привлекался. Обстоятельством, смягчающим наказание подсудимому, в соответствии с п.»г» ч.1 ст. 61 УК РФ является наличие малолетних детей у виновного. Обстоятельств, отягчающих наказание подсудимому, не имеется. С учетом всех обстоятельств дела, данных о личности подсудимого, суд считает, что наказание подсудимому ФИО1 следует назначить в виде лишения свободы условно, то есть при назначении наказания суд считает возможным применить требования ст. ч.1, 3 УК РФ, а также возложить дополнительные обязанности в соответствии со ст. ч.5 УК РФ: не менять постоянного места жительства без уведомления специализированного государственного органа, осуществляющего исправление осужденных, не совершать административных правонарушений, регулярно являться на регистрацию в специализированный государственный орган, осуществляющий исправление осужденных. Однако, суд полагает необходимым назначить подсудимому ФИО1 дополнительное наказание по ст.171.1 ч.6 п.»а,б» УК РФ в виде штрафа в размере 150000 рублей. Оснований для применения к подсудимому ст. и ч.6 ст. 15 УК РФ суд не находит. Оснований для применения дополнительного наказания подсудимому в виде штрафа по ст. ч.3 УК РФ, не имеется. Суд также не находит оснований для применения к подсудимому ФИО1 положений ст. 53.1 УК РФ . Меру пресечения до вступления приговора в законную силу в отношении подсудимого ФИО1 следует оставить прежнюю – подписку о невыезде и надлежащем поведении. Подсудимая ФИО2 не судима, впервые совершил преступление средней тяжести и тяжкое преступление, характеризуется по месту жительства участковым уполномоченным удовлетворительно, на учете у врача психиатра, врача нарколога не состоит, трудоустроена у ИП ФИО36. Обстоятельством, смягчающим наказание подсудимой, в соответствии с п.»г» ч.1 ст. 61 УК РФ является наличие малолетних детей у виновной. В соответствии с п.»в» ч.1 ст. 61 УК РФ суд также признает в качестве смягчающего обстоятельства подсудимой, ее беременность. Обстоятельств, отягчающих наказание подсудимой, не имеется. С учетом всех обстоятельств дела, данных о личности подсудимой, суд считает, что наказание подсудимой ФИО2 следует назначить в виде лишения свободы условно, то есть при назначении наказания суд считает возможным применить требования ст. ч.1, 3 УК РФ, а также возложить дополнительные обязанности в соответствии со ст. ч.5 УК РФ: не менять постоянного места жительства без уведомления специализированного государственного органа, осуществляющего исправление осужденных, не совершать административных правонарушений, регулярно являться на регистрацию в специализированный государственный орган, осуществляющий исправление осужденных. Оснований для применения к подсудимой ФИО2 дополнительного наказания по ст. ст.171.1 ч.6 п.»а,б» и по ст. ч.3 УК РФ в виде штрафа суд не находит. Оснований для применения к подсудимой ст. и ч.6 ст. 15 УК РФ суд не находит. Суд также не находит оснований для применения к ФИО2 положений ст. 53.1 УК РФ . Меру пресечения до вступления приговора в законную силу в отношении подсудимой ФИО2 следует оставить прежнюю – подписку о невыезде и надлежащем поведении. Гражданский иск «Сосьете Жас Хеннеси энд Ко» к ФИО1 и ФИО2 следует оставить без рассмотрения, поскольку гражданским истцом не представлен расчет, позволяющий определить размер причиненных убытков. Вещественные доказательств по делу: Водка «Пшеничная» в количестве 4 бутылки емкостью 0,5 литра каждая; водка «Пшеничная» в количестве 360 бутылок емкостью 0,25 литра каждая; водка «Стопка» в количестве 816 бутылок емкостью 0,1 литр каждая; водка «Березовая» в количестве 4 бутылок емкостью 0,25 литра каждая; водка «Финская» в количестве 1 бутылка емкостью 0,5 литра; водка «Беленькая» в количестве 379 бутылок емкостью 0,5 литра каждая; водка «Беленькая» в количестве 30 бутылок емкостью 0,25 литра каждая; водка «Пять озер» в количестве 91 бутылка емкостью 0,5 литра каждая; водка «Талка» в количестве 889 бутылок емкостью 0,5 литра каждая; водка «Хортица» в количестве 961 бутылка емкостью 0,5 литра каждая; водка «Журавли» в количестве 652 бутылка емкостью 0,5 литра каждая; водка «Зеленая марка» в количестве 445 бутылок емкостью 0,5 литра каждая; водка «Фински» в количестве 6 бутылок емкостью 0,5 литра каждая; водка «Полтина» в количестве 1 бутылка емкостью 0,5 литра; водка «Полтина» в количестве 20 бутылок емкостью 0,25 литра каждая; водка «Дрова» в количестве 313 бутылок емкостью 0,5 литра каждая; водка «Рябчик» в количестве 417 бутылок емкостью 0,5 литра каждая; водка «ГрафинЪ» в количестве 413 бутылок емкостью 0,5 литра каждая; водка «Доктор столетов» в количестве 44 бутылки емкостью 0,5 литра каждая; водка «Доктор столетов» в количестве 216 бутылок емкостью 0,25 литра каждая; водка «Нефть» в количестве 12 бутылок емкостью 0,7 литра каждая; водка «Сордис» в количестве 60 бутылок емкостью 0,5 литра каждая; водка «Сордис» в количестве 69 бутылок емкостью 0,25 литра каждая; водка «Финляндия» в количестве 12 бутылок емкостью 0,5 литра каждая; коньяк «Лезгинка» в количестве 126 бутылок емкостью 0,5 литра каждая; коньяк «Кизляр» в количестве 2 бутылок емкостью 0,5 литра каждая; коньяк «Хеннеси» в количестве 105 бутылок емкостью 0,5 литра каждая; коньяк «Хеннеси» в количестве 48 бутылок емкостью 0,7 литра каждая; джин «Бифитер ФИО7», в количестве 60 бутылок емкостью 1 литр каждая; виски «Джонни Уокер Блэк Лейбл», в количестве 1 бутылка емкостью 1 литр; виски «Джонни Уокер Блэк Лейбл», в количестве 45 бутылок емкостью 0,5 литра каждая; виски «Джонни Уокер Рэд Лейбл», в количестве 1 бутылка емкостью 1 литр; виски «Вильям Лоусонс», в количестве 9 бутылок емкостью 0,75 литра каждая; текила «Ольмека» в количестве 97 бутылок емкостью 1 литр каждая; ром «Бакарди Супериор», в количестве 38 бутылок емкостью 1 литр каждая; ром «Бакарди Голд» в количестве 49 бутылок емкостью 1 литр каждая; бренди «Пере Маглори» в количестве 401 бутылка емкостью 0,7 литра каждая; виски «Дюарс» в количестве 25 бутылок емкостью 1 литр каждая; виски «Джек Денилс» в количестве 49 бутылок емкостью 1 литр каждая; виски «Джеймсон» в количестве 13 бутылок емкостью 1 литр каждая, виски «Роял Салют» в количестве 1 шт. объемом 0,5 л.; напиток винный «BELLINI», в количестве 39 бутылки, объемом 0,75 л.; напиток винный газированный «BOSCA» в количестве 86 бутылок, объемом 0,75 л. каждая; вино «Хванчкара» в количестве 7 бутылок, объемом 0,75 л. каждая; вино «Дом солнца» в количестве 13 бутылок, объемом 0,7 л. каждая; винный напиток «LAVETTI», в количестве 110 бутылка объемом 0,75 л. каждая, с учетом разбившихся 41 бутылки, всего в количестве 7499 бутылок – следует уничтожить; диск с видеозаписью – следует хранить при уголовном деле; денежные средства в сумме 1800 рублей – следует оставить в ОМВД России по Семеновскому городскому округу; прейскурант цен на алкогольную продукцию, изъятый в ходе осмотра места происшествия 01.12.2015 года; прейскурант цен на алкогольную продукцию, инструкцию по проведению переписи торговых точек, опросные листы в количестве 15 шт. – следует хранить при уголовном деле. На основании изложенного и руководствуясь ст.ст. - 310 УПК РФ , суд ПРИГОВОРИЛ: Признать ФИО1 виновным в совершении преступлений, предусмотренных ст.171.1 ч.6 п.»а,б», ст. ч.3 УК РФ и назначить ему наказание: по ст.171.1 ч.6 п.»а,б» УК РФ – 3 года 6 месяцев лишения свободы со штрафом в размере 150000 (сто пятьдесят) рублей; по ст. ч.3 УК РФ (в ред. ФЗ-325 от 03.07.2016 г.) – 2 года лишения свободы без штрафа. В соответствии со ст. ч.3 УК РФ по совокупности преступлений, путем частичного сложения наказаний, окончательно назначить 4 года лишения свободы со штрафом в размере 150000 рублей. В соответствии со ст. ч.1, 3 УК РФ считать наказание в виде лишения свободы условным с испытательным сроком три года. В соответствии со ст. ч.5 УК РФ обязать ФИО1 не менять постоянного места жительства без уведомления специализированного государственного органа, осуществляющего исправление осужденных, не совершать административных правонарушений, регулярно являться на регистрацию в специализированный государственный орган, осуществляющий исправление осужденных. Меру пресечения до вступления приговора в законную силу в отношении ФИО1 оставить прежнюю – подписку о невыезде и надлежащем поведении. Признать ФИО2 виновной в совершении преступлений, предусмотренных ст.171.1 ч.6 п.»а,б», ст. ч.3 УК РФ и назначить ей наказание: по ст.171.1 ч.6 п.»а,б» УК РФ – 2 года 6 месяцев лишения свободы без штрафа; по ст. ч.3 УК РФ (в ред. ФЗ-325 от 03.07.2016 г.) – 1 год 6 месяцев лишения свободы без штрафа. В соответствии со ст. ч.3 УК РФ по совокупности преступлений, путем частичного сложения наказаний, окончательно назначить 3 года лишения свободы без штрафа. В соответствии со ст. ч.1, 3 УК РФ считать наказание в виде лишения свободы условным с испытательным сроком два года. В соответствии со ст. ч.5 УК РФ обязать ФИО2 не менять постоянного места жительства без уведомления специализированного государственного органа, осуществляющего исправление осужденных, не совершать административных правонарушений, регулярно являться на регистрацию в специализированный государственный орган, осуществляющий исправление осужденных. Меру пресечения до вступления приговора в законную силу в отношении ФИО2 оставить прежнюю – подписку о невыезде и надлежащем поведении. Гражданский иск «Сосьете Жас Хеннеси энд Ко» к ФИО1 и ФИО2 оставить без рассмотрения, разъяснив гражданскому истцу право на обращение в суд с иском в порядке гражданского судопроизводства. Вещественные доказательств по делу: Водка «Пшеничная» в количестве 4 бутылки емкостью 0,5 литра каждая; водка «Пшеничная» в количестве 360 бутылок емкостью 0,25 литра каждая; водка «Стопка» в количестве 816 бутылок емкостью 0,1 литр каждая; водка «Березовая» в количестве 4 бутылок емкостью 0,25 литра каждая; водка «Финская» в количестве 1 бутылка емкостью 0,5 литра; водка «Беленькая» в количестве 379 бутылок емкостью 0,5 литра каждая; водка «Беленькая» в количестве 30 бутылок емкостью 0,25 литра каждая; водка «Пять озер» в количестве 91 бутылка емкостью 0,5 литра каждая; водка «Талка» в количестве 889 бутылок емкостью 0,5 литра каждая; водка «Хортица» в количестве 961 бутылка емкостью 0,5 литра каждая; водка «Журавли» в количестве 652 бутылка емкостью 0,5 литра каждая; водка «Зеленая марка» в количестве 445 бутылок емкостью 0,5 литра каждая; водка «Фински» в количестве 6 бутылок емкостью 0,5 литра каждая; водка «Полтина» в количестве 1 бутылка емкостью 0,5 литра; водка «Полтина» в количестве 20 бутылок емкостью 0,25 литра каждая; водка «Дрова» в количестве 313 бутылок емкостью 0,5 литра каждая; водка «Рябчик» в количестве 417 бутылок емкостью 0,5 литра каждая; водка «ГрафинЪ» в количестве 413 бутылок емкостью 0,5 литра каждая; водка «Доктор столетов» в количестве 44 бутылки емкостью 0,5 литра каждая; водка «Доктор столетов» в количестве 216 бутылок емкостью 0,25 литра каждая; водка «Нефть» в количестве 12 бутылок емкостью 0,7 литра каждая; водка «Сордис» в количестве 60 бутылок емкостью 0,5 литра каждая; водка «Сордис» в количестве 69 бутылок емкостью 0,25 литра каждая; водка «Финляндия» в количестве 12 бутылок емкостью 0,5 литра каждая; коньяк «Лезгинка» в количестве 126 бутылок емкостью 0,5 литра каждая; коньяк «Кизляр» в количестве 2 бутылок емкостью 0,5 литра каждая; коньяк «Хеннеси» в количестве 105 бутылок емкостью 0,5 литра каждая; коньяк «Хеннеси» в количестве 48 бутылок емкостью 0,7 литра каждая; джин «Бифитер ФИО7», в количестве 60 бутылок емкостью 1 литр каждая; виски «Джонни Уокер Блэк Лейбл», в количестве 1 бутылка емкостью 1 литр; виски «Джонни Уокер Блэк Лейбл», в количестве 45 бутылок емкостью 0,5 литра каждая; виски «Джонни Уокер Рэд Лейбл», в количестве 1 бутылка емкостью 1 литр; виски «Вильям Лоусонс», в количестве 9 бутылок емкостью 0,75 литра каждая; текила «Ольмека» в количестве 97 бутылок емкостью 1 литр каждая; ром «Бакарди Супериор», в количестве 38 бутылок емкостью 1 литр каждая; ром «Бакарди Голд» в количестве 49 бутылок емкостью 1 литр каждая; бренди «Пере Маглори» в количестве 401 бутылка емкостью 0,7 литра каждая; виски «Дюарс» в количестве 25 бутылок емкостью 1 литр каждая; виски «Джек Денилс» в количестве 49 бутылок емкостью 1 литр каждая; виски «Джеймсон» в количестве 13 бутылок емкостью 1 литр каждая, виски «Роял Салют» в количестве 1 шт. объемом 0,5 л.; напиток винный «BELLINI», в количестве 39 бутылки, объемом 0,75 л.; напиток винный газированный «BOSCA» в количестве 86 бутылок, объемом 0,75 л. каждая; вино «Хванчкара» в количестве 7 бутылок, объемом 0,75 л. каждая; вино «Дом солнца» в количестве 13 бутылок, объемом 0,7 л. каждая; винный напиток «LAVETTI», в количестве 110 бутылка объемом 0,75 л. каждая, с учетом разбившихся 41 бутылки, всего в количестве 7499 бутылок – уничтожить; диск с видеозаписью – хранить при уголовном деле; денежные средства в сумме 1800 рублей – оставить в ОМВД России по Семеновскому городскому округу; прейскурант цен на алкогольную продукцию, изъятый в ходе осмотра места происшествия 01.12.2015 года; прейскурант цен на алкогольную продукцию, инструкцию по проведению переписи торговых точек, опросные листы в количестве 15 шт. – хранить при уголовном деле. Приговор может быть обжалован в апелляционном порядке в Нижегородский областной суд через Семеновский районный суд Нижегородской области в течение 10 суток со дня его провозглашения. Судья В.А. Шутов Суд: Семеновский районный суд (Нижегородская область) (подробнее) Судьи дела: Шутов Владимир Александрович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