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доли участников долевой собственности не могут быть определены на основании закона и не установлены соглашением всех ее участников, доли считаются равными.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и приращение общего имущества. В судебном заседании, установлено, истец обратилась в суд, об определении доли в совместно нажитом супругами имуществе, указав, что имущество было приобретено во время их, с умершим ФИО3, совместного проживания, когда они вели общее хозяйство. Просит определить ее долю в имуществе умершего по ? доли с ответчиком. В силу ст. 56 ГПК РФ 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определяет, какие обстоятельства имеют значение для дела, какой стороне надлежит их доказывать, выносит обстоятельства на обсуждение, даже если стороны на какие-либо из них не ссылались. Исследовав материалы гражданского дела, выслушав стороны и свидетелей, суд приходит к убеждению, что исковые требования ФИО1 не обоснованны и не подлежащими удовлетворению. Так судом установлено, что умершим ФИО3 по договору купли-продажи от ДД.ММ.ГГГГ с привлечением кредитных средства ПАО «Сбербанк» приобретена часть жилого дома общей площадью 39 кв.м., расположенный по адресу: &lt;адрес&gt;, земельный участок общей площадью 401 кв.м., расположенный по адресу &lt;адрес&gt; кадастровым номером №. Также ФИО3 дополнительно выкупил земельный участок под расширение личного подсобного хозяйства общей площадью 257 кв.м., с кадастровым номером №, расположенный под адресу: &lt;адрес&gt;. При этом судом установлено и как следует из материалов дела, что брак между истцом и ФИО3 зарегистрирован только ДД.ММ.ГГГГ и вышеуказанное имущество приобретено ФИО3 и документально оформлено право собственности на ФИО3 в период когда он не состоял в брачных отношениях с истцом и является собственностью ФИО3 Какого либо нотариального соглашения о выделе долей между истцом и ФИО3 при оформлении имущество в собственность ФИО3, а также в период совместного проживания в браке, сторонами не составлено. И также истцом, не представлено каких либо доказательств того, что между истцом и ответчиком была договоренность о совместной покупке указанной квартиры и земельных участков. К показаниям истца и свидетелей со стороны истца суд относится критически, поскольку они являются родственниками и заинтересованными в исходе дела. Данные доводы истца опровергаются представленными ответчиком доказательствами, что ФИО3 в период с ДД.ММ.ГГГГ по ДД.ММ.ГГГГ проживал по адресу: РТ, &lt;адрес&gt;16 вместе со своей семьей: ФИО10 (супругой), ФИО5 (сыном), и ФИО11 (дочерью), что подтверждается актом о проживании от ДД.ММ.ГГГГ, заверенную соседями, УК «Нептун+», участковым уполномоченным ФИО9, умерший ФИО3 не доверять представленным ответчиком доказательствам у суда нет оснований. Доводы истца о том, что ФИО3 в дальнейшем планировал оформить на истца долю на приобретенное имущество по мнению суда не состоятельны, поскольку со стороны истца каких либо претензий при оформлении права собственности на ФИО3 не состоявшего с ней в браке, в дальнейшем во время совместного проживания, не предъявляла и была согласна с принятым решением ФИО3 При этом по кредитным обязательствам ФИО3, истец выступает лишь в качестве поручителя и отвечает перед банком по обязательствам в случае не исполнения ФИО3 кредитных обязательств. Кроме того, в судебном заседании ответчик ФИО2 и свидетель ФИО13 показали, что при производстве ремонта в купленном доме, постройке бани, то есть увеличении стоимости имущества, материальная помощь была оказана со стороны матери умершего, то есть ФИО13 и отцом, который на тот момент был еще жив. Какой либо материальной помощи истец оказать не мог, поскольку ее заработная плата была низкая и она состояла на бирже труда. При этом каких либо надлежащих доказательств о том, что она дала ФИО3 для приобретения холодильника и стиральной машины 35 тысяч рублей, также суду не представлено. При таких обстоятельствах, суд считает, что исковые требования ФИО1 об установлении факта брачных отношений между истцом и ФИО3, умершим ДД.ММ.ГГГГ в период с октября 2010 года по ДД.ММ.ГГГГ, признании права собственности на ? долю части жилого дома, общей площадью 39 кв.м., расположенного по адресу: &lt;адрес&gt;, земельного участка общей площадью 401 кв.м., расположенного по адресу: &lt;адрес&gt; кадастровым номером №, а также земельного участка с кадастровым номером №, общей площадью 257 кв.м., расположенного по адресу: &lt;адрес&gt;, как совместно нажитого имущества с ФИО3, удовлетворению не подлежат, в связи с чем, в удовлетворении следует отказать. На основании изложенного, руководствуясь ст.ст. - 198 ГПК РФ , суд, Р Е Ш И Л : В удовлетворении исковых требований ФИО1 об установлении факта брачных отношений между истцом и ФИО3, умершим ДД.ММ.ГГГГ в период с октября 2010 года по ДД.ММ.ГГГГ, признании права собственности на ? долю части жилого дома, общей площадью 39 кв.м., расположенного по адресу: &lt;адрес&gt;, земельного участка общей площадью 401 кв.м., расположенного по адресу: &lt;адрес&gt; кадастровым номером №, а также земельного участка с кадастровым номером №, общей площадью 257 кв.м., расположенного по адресу: &lt;адрес&gt;, как совместно нажитого имущества с ФИО3 – отказать. Решение может быть обжаловано в Верховный суд Республики Татарстан в течение одного месяца со дня вынесения. Судья Суд: Менделеевский районный суд (Республика Татарстан ) (подробнее) Судьи дела: Ахметшин Р.А. (судья) (подробнее) Последние документы по делу: Решение от 12 ноября 2017 г. по делу № 2-273/2017 Решение от 8 ноября 2017 г. по делу № 2-273/2017 Решение от 29 октября 2017 г. по делу № 2-273/2017 Решение от 31 августа 2017 г. по делу № 2-273/2017 Решение от 30 августа 2017 г. по делу № 2-273/2017 Решение от 23 июля 2017 г. по делу № 2-273/2017 Решение от 17 июля 2017 г. по делу № 2-273/2017 Решение от 2 июля 2017 г. по делу № 2-273/2017 Решение от 26 июня 2017 г. по делу № 2-273/2017 Определение от 25 июня 2017 г. по делу № 2-273/2017 Решение от 7 июня 2017 г. по делу № 2-273/2017 Определение от 6 июня 2017 г. по делу № 2-273/2017 Решение от 18 мая 2017 г. по делу № 2-273/2017 Решение от 11 мая 2017 г. по делу № 2-273/2017 Решение от 10 мая 2017 г. по делу № 2-273/2017 Решение от 13 апреля 2017 г. по делу № 2-273/2017 Решение от 12 апреля 2017 г. по делу № 2-273/2017 Решение от 20 марта 2017 г. по делу № 2-273/2017 Решение от 2 февраля 2017 г. по делу № 2-273/2017 Определение от 12 января 2017 г. по делу № 2-273/2017 Показать все документы по этому делу Судебная практика по: Общая собственность, определение долей в общей собственности, раздел имущества в гражданском браке Судебная практика по применению норм ст. 244, 245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