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Кассационное представление заместителя прокурора Ямало-Ненецкого автономного округа Петрова А.Ю. -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мирового судьи судебного участка № 1 судебного района города окружного значения Салехард Ямало-Ненецкого автономного округа от 02 февраля 2017 года в отношении ФИО1 изменить: - переквалифицировать действия ФИО1 с ч. 1 ст. 158 УК РФ (два преступления) на ч. 1 ст. 167 УК РФ (два преступления) и назначить ей за каждое преступление наказание в виде 4 месяцев исправительных работ с удержанием 10 % заработка в доход государства; - на основании ч. 2 ст. 69 УК РФ по совокупности преступлений путём частичного сложения назначенных наказаний окончательно назначить ФИО1 наказание в виде 6 месяцев исправительных работ с удержанием 10 % заработка в доход государства.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остальном приговор мирового судьи судебного участка № 1 судебного района города окружного значения Салехард Ямало-Ненецкого автономного округа от 02 февраля 2017 года оставить без изменения. Председательствующий /подпись/ В.А. Патлатюк Суд: Суд Ямало-Ненецкого автономного округа (Ямало-Ненецкий автономный округ) (подробнее) Судьи дела: Палей Сергей Андреевич (судья) (подробнее) Судебная практика по: По кражам Судебная практика по применению нормы ст. 158 УК РФ По поджогам Судебная практика по применению нормы ст. 167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