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сентября 2015 года, но не позднее 30 сентября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наркотических средств смесь, содержащую в своем составе N-(1карбамоил-2-метилпропил)-1-циклогексилметил-1Н-индазол-3-карбоксамид (АВ-PINACA-CHM), которая является производным наркотического средства N-(1-карбамоил-2-метилпропил)-1-пентил-1Н-индазол-3-карбоксамида, массой не менее 1, 321 грамма, приготовленную «Геной» для сбыта. Продолжая свою преступную деятельность, в период времени с сентября 2015 года, но не позднее &lt;дата&gt; (точное время следствием не установлено), ФИО1, находясь у &lt;адрес&gt;, действуя в общих интересах с «Дашулей Веселой» и «Геной», положил наркотическое средство смесь, содержащую в своем составе N-(1карбамоил-2-метилпропил)-1-циклогексилметил-1Н-индазол-3-карбоксамид (АВ-PINACA-CHM), которая является производным наркотического средства N-(1-карбамоил-2-метилпропил)-1-пентил-1Н-индазол-3-карбоксамида в крупном размере, массой не менее 1,321 грамма в полимерном пакете с линейным замком под козырек над калиткой у указанного дома. О месте нахождения тайника-«закладки» с наркотическим средством ФИО1 согласно заранее достигнутого договора сообщил «Гене». 30.09.2015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№4, с целью приобретения наркотического средства. «FoXy KoVrOv» действуя в группе лиц по предварительному сговору с «Дашулей Веселой», «Геной» и ФИО1 прислал ФИО8 №4 номер Qiwi кошелька, на который последний должен был перевести денежные средства в сумме 800 рублей. ФИО8 №4 в терминале оплаты, расположенном в магазине «Пятерочка» по проспекту Ленина &lt;адрес&gt;, 30.09.2015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№4 адрес с описанием места, расположенного у &lt;адрес&gt;, где находился тайник - «закладка» с наркотическим средством, оставленным ФИО1 которое ФИО8 №4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№4 Согласно справке об исследовании №955 от 02.10.2015, вещество растительного происхождения, обнаруженное и изъятое 01.10.2015 у ФИО8 №4, является смесью, содержащей в своем составе N-(1карбамоил-2-метилпропил)-1-циклогексилметил-1Н-индазол-3-карбоксамид (АВ-PINACA-CHM), который является производным наркотического средства N-(1-карбамоил-2-метилпропил)-1-пентил-1Н-индазол-3-карбоксамида. Общая масса вещества на начало исследования составила 1,321г. При проведении исследования израсходовано 0,010 г вещества. Согласно заключению эксперта №3115 от 27.10.2015, вещество растительного происхождения, обнаруженное и изъятое 01.10.2015 у ФИО8 №4 является смесью, содержащей в своем составе N-(1карбамоил-2-метилпропил)-1-циклогексилметил-1Н-индазол-3-карбоксамид (АВ-PINACA-CHM), который является производным наркотического средства N-(1-карбамоил-2-метилпропил)-1-пентил-1Н-индазол-3-карбоксамида. Общая масса вещества на начало производства экспертизы составила 1,311г. При проведении экспертизы израсходовано 0,003 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N-(1-карбамоил-2-метилпропил)-1-пентил-1Н-индазол-3-карбоксамида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N-(1-карбамоил-2-метилпропил)-1-пентил-1Н-индазол-3-карбоксамида (АВ-PINACA) и его производные массой 1,321г относится к крупному размеру.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сентября 2015 года, но не позднее 05 октября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наркотического средства смеси, содержащую в своем составе наркотическое средство N-(1-карбамоил-2-метилпропил)-1-(циклогексилметил)-1Н-индазол-3-карбоксамид (тривиальные названия: АВ-РINACA-CHM, МBA(N)-CHM)- производное наркотического средства N-(1-карбамоил-2-метилпропил)-1-пентил-1Н-индазол-3-карбоксамида (тривиальное название АВ-РINACA) массой не менее 0,39г, приготовленную «Геной» для сбыта. Продолжая свою преступную деятельность, в период времени с сентября 2015 года, но не позднее 05 октября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 смесь, содержащую в своем составе наркотическое средство N-(1-карбамоил-2-метилпропил)-1-(циклогексилметил)-1Н-индазол-3-карбоксамид (тривиальные названия: АВ-РINACA-CHM, МBA(N)-CHM)- производное наркотического средства N-(1-карбамоил-2-метилпропил)-1-пентил-1Н-индазол-3-карбоксамида (тривиальное название АВ-РINACA) в крупном размере, массой не менее 0,39г в полимерном пакете с линейным замком под досками в овраге напротив указанного дома. О месте нахождения тайника-«закладки» с наркотическим средством ФИО1 согласно заранее достигнутого договора сообщил «Гене». 05.10.2015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№1, с целью приобретения наркотического средства. «FoXy KoVrOv» действуя в группе лиц по предварительному сговору, прислал ФИО8 №1 номер Qiwi кошелька, на который последний должен был перевести денежные средства в сумме 800 рублей. ФИО8 №1 используя свой мобильный телефон в &lt;адрес&gt;, точное место следствием не установлено, 05.10.2015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№1 адрес с описанием места, расположенного под досками в овраге, напротив &lt;адрес&gt;, где находился тайник - «закладка» с наркотическим средством, оставленным ФИО1 которое ФИО8 №1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№1 Согласно заключению эксперта №1527 от 08.10.2015 представленное на экспертизу вещество растительного происхождения, изъятое в ходе досмотра ФИО8 №1 5.10.2015, является смесью, содержащей в своем составе наркотическое средство N-(1-карбамоил-2-метилпропил)-1-(циклогексилметил)-1Н-индазол-3-карбоксамид (тривиальные названия: АВ-РINACA-CHM, МBA(N)-CHM)- производное наркотического средства N-(1-карбамоил-2-метилпропил)-1-пентил-1Н-индазол-3-карбоксамида (тривиальное название АВ-РINACA). Масса вещества растительного происхождения, на момент начала производства экспертизы, составила 0,39г. При проведении экспертизы израсходовано 0,01 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N-(1-карбамоил-2-метилпропил)-1-пентил-1Н-индазол-3-карбоксамида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N-(1-карбамоил-2-метилпропил) -1- пентил-1Н-индазол-3-карбоксамида (АВ-PINACA) и его производные массой 0,39г относится к крупному размеру.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с сентября 2015 года, но не позднее 21 октября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наркотических средств смесь, содержащую в своем составе N-(1-карбамоил-2-метилпропил)-1-(циклогексилметил)-1Н-индазол-3-карбоксамид (АВ-РINACA-CHM), который является производным наркотического средства N-(1-карбамоил-2-метилпропил)-1-пентил-1Н-индазол-3-карбоксамида общей массой не менее 1,333г, приготовленную «Геной» для сбыта. Продолжая свою преступную деятельность, в период времени с сентября 2015 года, но не позднее 21 октября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 смесь, содержащую в своем составе N-(1-карбамоил-2-метилпропил)-1-(циклогексилметил)-1Н-индазол-3-карбоксамид (АВ-РINACA-CHM), который является производным наркотического средства N-(1-карбамоил-2-метилпропил)-1-пентил-1Н-индазол-3-карбоксамида в крупном размере, массой не менее 1,333г в полимерном пакете с линейным замком под почтовым ящиком первого этажа подъезда №4 указанного дома. О месте нахождения тайника-«закладки» с наркотическим средством ФИО1 согласно заранее достигнутого договора сообщил «Гене». 21.10.2015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№2, с целью приобретения наркотического средства. «FoXy KoVrOv» действуя в группе лиц по предварительному сговору, прислал ФИО8 №2 номер Qiwi кошелька, на который последний должен был перевести денежные средства в сумме 800 рублей. ФИО8 №2 в терминале оплаты, расположенном в &lt;адрес&gt;, точное место следствием не установлено, 21.10.2015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№2 адрес с описанием места, расположенного в подъезде &lt;№&gt;&lt;адрес&gt;, где находился тайник - «закладка» с наркотическим средством, оставленным ФИО1 которое ФИО8 №2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№2 Согласно справке об исследовании №1015 от 22.10.2015 представленное на исследование вещество растительного происхождения, изъятое 21.10.2015, в ходе досмотра ФИО8 №2, является смесью, содержащей в своем составе N-(1-карбамоил-2-метилпропил)-1-(циклогексилметил)-1Н-индазол-3-карбоксамид(АВ-РINACA-CHM), который является производным наркотического средства N-(1-карбамоил-2-метилпропил)-1-пентил-1Н-индазол-3-карбоксамида в крупном размере массой 1,333 грамма. При проведении исследования израсходовано 0,015г вещества. Согласно заключению эксперта №3530 от 20.11.2016 представленное на экспертизу вещество растительного происхождения, изъятое 21.10.2015, в ходе досмотра ФИО8 №2 является смесью, содержащей в своем составе N-(1-карбамоил-2-метилпропил)-1-(циклогексилметил)-1Н-индазол-3-карбоксамид (АВ-РINACA-CHM), который является производным наркотического средства N-(1-карбамоил-2-метилпропил)-1-пентил-1Н-индазол-3-карбоксамида. Масса вещества растительного происхождения, на момент начала производства экспертизы, составила 1,318г. При проведении экспертизы израсходовано 0,010г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N-(1-карбамоил-2-метилпропил)-1-пентил-1Н-индазол-3-карбоксамида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N-(1-карбамоил-2-метилпропил) -1- пентил-1Н-индазол-3-карбоксамида (АВ-PINACA) и его производные массой 1,333г относится к крупному размеру.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с сентября 2015 года, но не позднее 02 ноября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наркотического средства смеси,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который является производным наркотического средства - метилового эфира 3-метил-2-(1-пентил-1Н-индазол-3-карбоксамидо)бутановой кислоты в крупном размере массой не менее 1,055г, приготовленную «Геной» для сбыта. Продолжая свою преступную деятельность, в период времени с сентября 2015 года, но не позднее 02 ноября 2015 года (точное время следствием не установлено), ФИО1 находясь у &lt;адрес&gt;, действуя в общих интересах с «Дашулей Веселой», «Геной» положил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который является производным наркотического средства - метилового эфира 3-метил-2-(1-пентил-1Н-индазол-3-карбоксамидо)бутановой кислоты в крупном размере массой 1,055г в полимерном пакете с линейным замком под кирпич, лежащий на земле у указанного дома. О месте нахождения тайника-«закладки» с наркотическим средством ФИО1 согласно заранее достигнутой договоренности сообщил «Гене». 02.11.2015 в дневное время (точное время следствием не установлено), к не установленному лицу под псевдонимом «Кирюха Пакино» (именуемым в дальнейшем как «Кирюха Пакино»), который действовал в интересах «Дашули Веселой», «Гены» и ФИО1 посредством сети «Интернет» обратился ФИО8 №10, с целью приобретения наркотического средства. «Кирюха Пакино», действуя в группе лиц по предварительному сговору прислал ФИО8 №10 номер Qiwi кошелька, на который последний должен был перевести денежные средства в сумме 800 рублей. ФИО8 №10 в терминале оплаты, расположенном в не установленном следствием магазине мкр.Заречная Слободка &lt;адрес&gt;, 02.11.2015 в дневное время, перевел денежные средства на указанный ему номер. После чего «Кирюха Пакино», действуя в общих интересах с «Дашулей Веселой», «Геной» и ФИО1 прислал ФИО8 №10 адрес с описанием места, расположенного у &lt;адрес&gt;, где находился тайник - «закладка» с наркотическим средством, оставленным ФИО1 которое ФИО8 №10 в тот же день, в указанный период времени, забрал. Таким образом, ФИО1, не установленные лица под псевдонимами «Кирюха Пакино», «Дашуля Веселая», «Гена» незаконно сбыли указанное наркотическое средство ФИО8 №10 Согласно справке об исследовании №1051 от 03.11.2015, представленное на исследование вещество растительного происхождения, изъятое 02.11.2015 в ходе досмотра ФИО8 №10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который является производным наркотического средства -метилового эфира 3-метил-2-(1-пентил-1Н-индазол-3-карбоксамидо) бутановой кислоты. Масса вещества растительного происхождения, на момент начала проведения исследования, составила 1,055 г. При проведении исследования израсходовано 0,05г вещества. Согласно заключению эксперта №3677 от 03.12.2015 вещество растительного происхождения, изъятое 02.11.2015 в ходе досмотра у ФИО8 №10,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который является производным наркотического средства -метилового эфира 3-метил-2-(1-пентил-1Н-индазол-3-карбоксамидо) бутановой кислоты. Масса вещества растительного происхождения, на момент начала проведения экспертизы, составила 1,045г. При проведении экспертизы израсходовано 0,010 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метиловый эфир 3-метил-2-(1-пентил-1Н-индазол-3-карбоксамидо) бутановой кислоты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примечанияю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метиловый эфир 3-метил-2-(1-пентил-1Н-индазол-3-карбоксамидо) бутановой кислоты и его производные массой 1,055г относится к крупному размеру.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период времени с сентября 2015 года, но не позднее 10 ноября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наркотического средства смеси, содержащую в своем составе пирролидиновалерофенон (РVР), который является производным наркотического средства N-метилэфедрона, общей массой 0,193г, приготовленную «Геной» для сбыта. Продолжая свою преступную деятельность, в период времени с сентября 2015 года, но не позднее 10 ноября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смесь, содержащую в своем составе пирролидиновалерофенон (РVР), который является производным наркотического средства N-метилэфедрона, массой не менее 0,193г, на лавочке под линолеумом у указанного дома. О месте нахождения тайника-«закладки» с наркотическим средством ФИО1 согласно заранее достигнутого договора сообщил «Гене». 10.11.2015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№15, с целью приобретения в дар на пробу наркотического средства с последующим желанием приобретать наркотическое средства за денежное вознаграждение. После чего «FoXy KoVrOv», действуя в общих интересах с «Дашулей Веселой», «Геной» и ФИО1, прислал ФИО8 №15 адрес с описанием места, расположенного у &lt;адрес&gt;, где находился тайник - «закладка» с наркотическим средством, оставленным ФИО1 которое ФИО8 №15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№15 Согласно справке об исследовании №1073 от 11.11.2015 вещество растительного происхождения из двух пакетов № 1 и № 2, изъятое 11.11.2015 в ходе осмотра автомобиля ВАЗ-21702 государственный регистрационный знак &lt;***&gt; является смесью, содержащей в своем составе пирролидиновалерофенон (РVР), который является производным наркотического средства N-метилэфедрона, общей массой 0,193г. При проведении экспертизы израсходовано по 0,050г вещества. Согласно заключению эксперта №4073 от 15.12.2016 представленные на экспертизу в пакетах №№ 1, 2 вещества растительного происхождения, общей массой 0,093г (0,075г и 0,018г соответственно) является смесью, содержащей в своем составе пирролидиновалерофенон (РVР), который является производным наркотического средства N-метилэфедрона, общей массой 0,093г. При проведении экспертизы израсходовано по 0,005г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N-метилэфедрон,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N–метилэфедрон и его производные массой 0,193г не относится к значительному либо крупному размеру.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период времени с сентября 2015 года, но не позднее 07 декабря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наркотического средства смеси,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 метилового эфира 3-метил-2-(1-пентил-1Н-индазол-3-карбоксамидо)бутановой кислоты в крупном размере массой не менее 1,715г, приготовленную «Геной» для сбыта. Продолжая свою преступную деятельность, в период времени с сентября 2015 года, но не позднее 07 декабря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 метилового эфира 3-метил-2-(1-пентил-1Н-индазол-3-карбоксамидо)бутановой кислоты в крупном размере массой 1,715г в полимерном пакете с линейным замком под кирпич, лежащий на земле у указанного дома. О месте нахождения тайника-«закладки» с наркотическим средством ФИО1 согласно заранее достигнутого договора сообщил «Гене». 07.12.2015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№16, с целью приобретения наркотического средства. «FoXy KoVrOv» действуя в группе лиц по предварительному сговору, прислал ФИО8 №16 номер Qiwi кошелька, на который последний должен был перевести денежные средства в сумме 800 рублей. ФИО8 №16 в терминале оплаты, расположенном в магазине «Надежда-3» по &lt;адрес&gt;, 07.12.2015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№16 адрес с описанием места, расположенного у &lt;адрес&gt;, где находился тайник - «закладка» с наркотическим средством, оставленным ФИО1 которое ФИО8 №16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№16 Согласно справке об исследовании №1173 от 08.12.2015 представленное на исследование вещество растительного происхождения, изъятое 07.12.2015, в ходе досмотра ФИО8 №16,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 бутановой кислоты. Масса вещества растительного происхождения, на момент начала проведения исследования, составила 1,715г. При проведении исследования израсходовано 0,015г вещества. Согласно заключению эксперта №3899 от 18.12.2015 вещество растительного происхождения, изъятое 07.12.2015, в ходе досмотра ФИО8 №16,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 бутановой кислоты. Масса вещества растительного происхождения, на момент начала проведения экспертизы, составила 1,700г. При проведении экспертизы израсходовано 0,004г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метиловый эфир 3-метил-2-(1-пентил-1Н-индазол-3-карбоксамидо) бутановой кислоты относится к списку №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метиловый эфир 3-метил-2-(1-пентил-1Н-индазол-3-карбоксамидо) бутановой кислоты и его производные массой 1,715г относится к крупному размеру.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период времени с сентября 2015 года, но не позднее 07 декабря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наркотического средства смеси,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3-метил-2-(1-пентил-1Н-индазол-3-карбоксамидо)бутановой кислоты общей массой 1,707г, приготовленную «Геной» для сбыта. Продолжая свою преступную деятельность, в период времени с сентября 2015 года, но не позднее 07 декабря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3-метил-2-(1-пентил-1Н-индазол-3-карбоксамидо)бутановой кислоты в крупном размере, массой не менее 1,707г в полимерном пакете с линейным замком под козырьком подъезда №1 указанного дома. О месте нахождения тайника-«закладки» с наркотическим средством ФИО1 согласно заранее достигнутого договора сообщил «Гене». 07.12.2015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№3, с целью приобретения наркотического средства. «FoXy KoVrOv» действуя в группе лиц по предварительному сговору, прислал ФИО8 №3 номер Qiwi кошелька, на который последний должен был перевести денежные средства в сумме 800 рублей. ФИО8 №3 в терминале оплаты, расположенном в магазине «АТАК» в &lt;адрес&gt;, 07.12.2015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№3 адрес с описанием места, расположенного у &lt;адрес&gt;, где находился тайник - «закладка» с наркотическим средством, оставленным ФИО1 которое ФИО8 №3 в тот же день, в указанный период времени забрал. Таким образом, ФИО1, не установленные лица под псевдонимами «FoXy KoVrOv», «Дашуля Веселая», «Гена» незаконно сбыли указанное наркотическое средство ФИО8 №3 Согласно справке об исследовании №1172 от 08.12.2015 вещество растительного происхождения, изъятое в ходе личного досмотра ФИО8 №3 07.12.2015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 метилового эфира 3-метил-2-(1-пентил-1Н-индазол-3-карбоксамидо) бутановой кислоты массой 1,707 грамма. При проведении экспертизы израсходовано 0,010г вещества. Согласно заключению эксперта №3898 от 15.12.2015 вещество растительного происхождения, изъятое в ходе личного досмотра ФИО8 №3 07.12.2015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 бутановой кислоты массой 1,697г. При проведении экспертизы израсходовано 0,010 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метиловый эфир 3-метил-2-(1-пентил-1Н-индазол-3-карбоксамидо) бутановой кислоты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метиловый эфир 3-метил-2-(1-пентил-1Н-индазол-3-карбоксамидо) бутановой кислоты и его производные массой 1,707г относится к крупному размеру.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период времени с сентября 2015 года, но не позднее 07 декабря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наркотических средств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 метилового эфира 3-метил-2-(1-пентил-1Н-индазол-3-карбоксамидо)бутановой кислоты общей массой не менее 1,438 г, приготовленную «Геной» для сбыта. Продолжая свою преступную деятельность, в период времени с сентября 2015 года, но не позднее 07 декабря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 метилового эфира 3-метил-2-(1-пентил-1Н-индазол-3-карбоксамидо)бутановой кислоты в крупном размере, массой не менее 1,438г в полимерном пакете с линейным замком в камере от автомобильного колеса у указанного дома. О месте нахождения тайника-«закладки» с наркотическим средством ФИО1 согласно заранее достигнутого договора сообщил «Гене». 07.12.2015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№20, с целью приобретения наркотического средства. «FoXy KoVrOv» действуя в группе лиц по предварительному сговору, прислал ФИО8 №20 номер Qiwi кошелька, на который последний должен был перевести денежные средства в сумме 800 рублей. ФИО8 №20 в терминале оплаты, расположенном в не установленном следствием месте в &lt;адрес&gt;, 07.12.2015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№20 адрес с описанием места, расположенного у &lt;адрес&gt;, где находился тайник - «закладка» с наркотическим средством, оставленным ФИО1 которое ФИО8 №20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№20 Согласно справке об исследовании №1174 от 08.12.2015 вещество растительного происхождения, изъятое в ходе осмотра места происшествия 07.12.2015 года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массой 1,438г. При проведении экспертизы израсходовано 0,015г вещества. Согласно заключению эксперта № 329 от 15.02.2015 вещество растительного происхождения, изъятое в ходе осмотра места происшествия 07.12.2015 года,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 бутановой кислоты массой 1,423г. При проведении экспертизы израсходовано 0,010 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метиловый эфир 3-метил-2-(1-пентил-1Н-индазол-3-карбоксамидо) бутановой кислоты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примечания 2 к ст. 228 УК РФ и в соответствии с Постановлением Правительства от 01.10.2012 №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метиловый эфир 3-метил-2-(1-пентил-1Н-индазол-3-карбоксамидо) бутановой кислоты и его производные массой 1,438г относится к крупному размеру.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период времени с сентября 2015 года, но не позднее 08 декабря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не установленными лицами забрал партию наркотического средства смеса,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3-метил-2-(1-пентил-1Н-индазол-3-карбоксамидо)бутановой кислоты общей массой 0,805г, приготовленную «Геной» для сбыта. Продолжая свою преступную деятельность, в период времени с сентября 2015 года, но не позднее 08 декабря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3-метил-2-(1-пентил-1Н-индазол-3-карбоксамидо)бутановой кислоты в крупном размере, массой не менее 0,815г в полимерном пакете с линейным замком на земле у ворот котельной у указанного дома. О месте нахождения тайника-«закладки» с наркотическим средством ФИО1 согласно заранее достигнутого договора сообщил «Гене». 08.12.2015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№23, с целью приобретения наркотического средства. «FoXy KoVrOv» действуя в группе лиц по предварительному сговору, прислал ФИО8 №23 номер Qiwi кошелька, на который последний должен был перевести денежные средства в сумме 1200 рублей. ФИО8 №23 в терминале оплаты, расположенном в магазине «Квартал» по &lt;адрес&gt; в &lt;адрес&gt;, 08.12.2015 в дневное время, перевел денежные средства на указанный ему номер. После чего «FoXy KoVrOv», действуя в интересах «Дашули Веселой», «Гены» и ФИО1 прислал ФИО8 №23 адрес с описанием места, расположенного у &lt;адрес&gt;, где находился тайник - «закладка» с наркотическим средством, оставленным ФИО1 которое ФИО8 №23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№23 Согласно справке об исследовании №1183 от 09.12.2015, вещество растительного происхождения, изъятое в ходе досмотра ФИО8 №23 08.12.2015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 бутановой кислоты массой 0,815г. При проведении экспертизы израсходовано 0,010г вещества. Согласно заключению эксперта №3841 от 10.12.2015 вещество растительного происхождения, вещество растительного происхождения, изъятое в ходе досмотра ФИО8 №23 08.12.2015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 наркотического средства -метилового эфира 3-метил-2-(1-пентил-1Н-индазол-3-карбоксамидо) бутановой кислоты массой 0,805 грамма. При проведении экспертизы израсходовано 0,010 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метиловый эфир 3-метил-2-(1-пентил-1Н-индазол-3-карбоксамидо) бутановой кислоты и его производные, относится к списку №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метиловый эфир 3-метил-2-(1-пентил-1Н-индазол-3-карбоксамидо) бутановой кислоты и его производные массой 0,815г относится к крупному размеру.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период времени с сентября 2015 года, но не позднее 10 декабря 2015 года ФИО1 (точное время следствием не установлено),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наркотического средства - смеси, в состав которой входят наркотическое средство метил-3-метил-2[1-(5-фторопентил)-1Н-индазол-3илкарбоксамидо]бутаноат (ММВ(N)-2201), а так же метил-3,3-диметил-2-(1-(5-фторопентил)-1Н-индазол-3-илкарбоксамидо)бутаноат(МDМВ(N)-2201), которые являются производными наркотического средства – метилового эфира 3-метил-2-(1-пентил-1Н-индазол-3-карбоксамидо) бутановой кислоты, массой не менее 1,73 г, приготовленную «Геной» для сбыта. Продолжая свою преступную деятельность, в период времени с сентября 2015 года, но не позднее 10 декабря 2015 года, (точное время следствием не установлено), ФИО1 находясь у &lt;адрес&gt;, действуя в общих интересах с не установленными лицами, положил наркотическое средство смесь, в состав которой входят наркотическое средство метил-3-метил-2[1-(5-фторопентил)-1Н-индазол-3илкарбоксамидо]бутаноат (ММВ(N)-2201), а так же метил-3,3-диметил-2-(1-(5-фторопентил)-1Н-индазол-3-илкарбоксамидо)бутаноат(МDМВ(N)-2201), которые являются производным наркотического средства – метилового эфира 3-метил-2-(1-пентил-1Н-индазол-3-карбоксамидо) бутановой кислоты, в крупном размере, массой не менее 1,73 г, в полимерном пакете с линейным замком в камеру от автомобильного колеса у подъезда №3 указанного дома. О месте нахождения тайника - «закладки» с наркотическим средством ФИО1 согласно заранее достигнутой договоренности сообщил «Гене». 10.12.2015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№27, с целью приобретения наркотического средства. «FoXy KoVrOv» действуя в группе лиц по предварительному сговору, прислал ФИО8 №27 номер Qiwi кошелька, на который последний должен был перевести денежные средства в сумме 1300 рублей. ФИО8 №27 в терминале оплаты, расположенном в магазине «Посылторг» в &lt;адрес&gt; в &lt;адрес&gt;, 08.12.2015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№27 адрес с описанием места, расположенного у &lt;адрес&gt;, где находился тайник - «закладка» с наркотическим средством, оставленным ФИО1 которое ФИО8 №27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№27 Согласно справке об исследовании №1948 от 15.12.2015, вещество растительного происхождения, изъятое в ходе досмотра ФИО8 №27 10.12.2015 года является смесью, в состав которой входят наркотическое средство метиловый эфир метил-3-метил-2[1-(5-фторопентил)-1Н-индазол-3илкарбоксамидо]бутаноат (ММВ(N)-2201), и наркотическое средство метиловый эфир метил-3,3-диметил-2-(1-(5-фторопентил)-1Н-индазол-3-карбоксамидо)бутановой кислоты, которые являются производным наркотического средства – метилового эфира 3-метил-2-(1-пентил-1Н-индазол-3-карбоксамидо) бутановой кислоты, массой 1,73г. При проведении экспертизы израсходовано 0,01г вещества. Согласно заключению эксперта №24 от 11.01.2016 вещество растительного происхождения, изъятое в ходе досмотра ФИО8 №27 10.12.2015 является смесью, в состав которой входят наркотическое средство метиловый эфир метил-3-метил-2[1-(5-фторопентил)-1Н-индазол-3илкарбоксамидо]бутаноат (ММВ(N)-2201), и наркотическое средство метиловый эфир метил-3,3-диметил-2-(1-(5-фторопентил)-1Н-индазол-3-карбоксамидо)бутановой кислоты, которые являются производным наркотического средства – метилового эфира 3-метил-2-(1-пентил-1Н-индазол-3-карбоксамидо) бутановой кислоты, массой 1,72г. При проведении экспертизы израсходовано 0,01г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метиловый эфир 3-метил-2-(1-пентил-1Н-индазол-3-карбоксамидо) бутановой кислоты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метиловый эфир 3-метил-2-(1-пентил-1Н-индазол-3-карбоксамидо) бутановой кислоты и его производные массой 1,73г относится к крупному размеру.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период времени с сентября 2015 года, но не позднее 11 декабря 2015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в не установленном месте &lt;адрес&gt;, действуя в общих интересах с «Дашулей Веселой» и «Геной» забрал партию наркотического средства смеси, содержащую в своем составе пирролидиновалерофенон (РVР), который является производным наркотического средства N-метилэфедрона, общей массой 0,853г, приготовленную «Геной» для сбыта. Продолжая свою преступную деятельность, в период времени с сентября 2015 года, но не позднее 11 декабря 2015 года (точное время следствием не установлено), ФИО1 находясь у &lt;адрес&gt;, действуя в общих интересах с «Дашулей Веселой» и «Геной», положил наркотическое средство смесь, содержащую в своем составе пирролидиновалерофенон (РVР), который является производным наркотического средства N-метилэфедрона, массой не менее 0,853г в полимерном пакете с линейным замком, на земле за большим камнем у указанного дома. О месте нахождения тайника-«закладки» с наркотическим средством ФИО1 согласно заранее достигнутого договора сообщил «Гене». 11.12.2015 в дневное время (точное время следствием не установлено), к не установленному лицу под псевдонимом «FoXy KoVrOv» (именуемым в дальнейшем как «FoXy KoVrOv»), который действовал в интересах «Дашули Веселой», «Гены» и ФИО1 посредством сети «Интернет» обратился ФИО8 №30, с целью приобретения наркотического средства. «FoXy KoVrOv» действуя в группе лиц по предварительному сговору прислал ФИО8 №30 номер Qiwi кошелька, на который последний должен был перевести денежные средства в сумме 2700 рублей. ФИО8 №30 в терминале оплаты, расположенном в не установленном следствием магазине в &lt;адрес&gt;, 11.12.2015 в дневное время, перевел денежные средства на указанный ему номер. После чего «FoXy KoVrOv», действуя в общих интересах с «Дашулей Веселой», «Геной» и ФИО1, прислал ФИО8 №30 адрес с описанием места, расположенного у &lt;адрес&gt;, где находился тайник - «закладка» с наркотическим средством, оставленным ФИО1 которое ФИО8 №30 в тот же день, в указанный период времени забрал. Таким образом, ФИО1, не установленные лица под псевдонимами «FoXy KoVrOv», «Дашуля Веселая» и «Гена», незаконно сбыли указанное наркотическое средство ФИО8 №30 Согласно справке об исследовании №1210 от 16.12.2015, вещество растительного происхождения, изъятое в ходе досмотра ФИО8 №30 11.12.2015 является смесью, содержащей в своем составе пирролидиновалерофенон (РVР), который является производным наркотического средства N-метилэфедрона, общей массой 0,853г. При проведении экспертизы израсходовано 0,002г вещества. Согласно заключению эксперта № 1049 от 15.04.2016, вещество растительного происхождения, изъятое в ходе досмотра ФИО8 №30 11.12.2015 является смесью, содержащей в своем составе пирролидиновалерофенон (РVР), который является производным наркотического средства N-метилэфедрона, общей массой 0,851г. При проведении экспертизы израсходовано 0,002 г вещества.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30.06.1998 №681 N-метилэфедрон, и его производные, относится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от 01.10.2012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N – метилэфедрон и его производные массой 0,853г относится к значительному размеру.</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период времени с сентября 2015 года, но не позднее 21 января 2016 года (точное время следствием не установлено) ФИО1, имея умысел, направленный на незаконный сбыт наркотических средств группой лиц по предварительному сговору, у &lt;адрес&gt;, действуя в общих интересах с «Дашулей Веселой» и «Геной» забрал партию наркотических средств: смесь, содержащую в своем составе метил-3,3-диметил-2-[1-(5-фторпентил)-1Н-индазол-3-илкарбоксамидо]бутаноат (MDMB(N)-2201), которые являются производным наркотического средства – метилового эфира 3-метил-2-(1-пентил-1Н-индазол-3-карбоксамидо)бутановой кислоты общей массой 18,755 грамма; смесь, содержащую в своем составе пирролидиновалерофенон (PVP), который является производным наркотического средства N-метилэфедрона, общей массой 7,588 г, приготовленные «Геной» для сбыта. Указанные наркотические средства ФИО1 перевез по месту своего жительства по адресу: &lt;адрес&gt;, где хранил, с целью дальнейшего сбыта. Продолжая свою преступную деятельность, в период времени с 21 января 2016 года, но не позднее 26 января 2016 года (точное время следствием не установлено) ФИО1, находясь на территории &lt;адрес&gt;, действуя в общих интересах с «Дашулей Веселой» и «Геной» спрятал наркотическое средство – смесь, содержащую в своем составе метил-3,3-диметил-2-[1-(5-фторпентил)-1Н-индазол-3-илкарбоксамидо]бутаноат (MDMB(N)-2201), которые являются производными наркотического средства – метилового эфира 3-метил-2-(1-пентил-1Н-индазол-3-карбоксамидо)бутановой кислоты в крупном размере, в 10 пакетах с линейным замком, общей массой не менее 15,889 г у домов &lt;адрес&gt;. О местах нахождения «закладок» с наркотическими средствами ФИО1 сообщил «Гене». Кроме этого, в период времени с 21 января 2016 года по 26 января 2016 года (точное время следствием не установлено, при себе ФИО1 незаконно хранил в целях дальнейшего сбыта в 12 пакетах с линейным замком наркотическое средство - смесь, содержащую в своем составе пирролидиновалерофенон (PVP), который является производным наркотического средства N-метилэфедрона, в крупном размере общей массой не менее 4,972 грамма, а также в 2 пакетах с линейным замком наркотическое средство - смесь, содержащую в своем составе метил-3,3-диметил-2-[1-(5-фторпентил)-1Н-индазол-3-илкарбоксамидо]бутаноат (MDMB(N)-2201), которые являются производным наркотического средства – метилового эфира 3-метил-2-(1-пентил-1Н-индазол-3-карбоксамидо)бутановой кислоты в крупном размере, общей массой не менее 2,866 г. Таким образом, ФИО1 и не установленные лица под псевдонимами «Дашуля Веселая» и «Гена» приготовили указанные наркотические средства к незаконному сбыту. 26.01.2016 ФИО1 был задержан сотрудниками полиции и в тот же день в период времени с 19 час. 23 мин. по 21 час. 01 мин. в ходе проведения осмотра места происшествия по месту жительства ФИО1– &lt;адрес&gt;, были обнаружены и изъяты из незаконного оборота сотрудниками МО МВД России «Ковровский», приготовленные ФИО1 для последующего сбыта: 7 пакетов с линейным замком, содержащих смесь, содержащую в своем составе пирролидиновалерофенон (PVP), которая является производным наркотического средства N-метилэфедрона, в крупном размере, общей массой 2,616 г. В тот же день, 26.01.2016 в период времени с 21 час. 44 мин. по 22 час. 29 мин. в ходе проведения осмотра места происшествия с участием ФИО1 у домов &lt;адрес&gt;, сотрудниками полиции МО МВД России «Ковровский» были изъяты из незаконного оборота приготовленные к сбыту наркотические средства – смеси, содержащие в своем составе метил-3,3-диметил-2-[1-(5-фторпентил)-1Н-индазол-3-илкарбоксамидо]бутаноат (MDMB(N)-2201), которые являются производными наркотического средства – метилового эфира 3-метил-2-(1-пентил-1Н-индазол-3-карбоксамидо)бутановой кислоты в крупном размере, в 10 пакетах с линейным замком, общей массой не менее 15,889 г тем самым изъяты. Кроме того, в ходе личного досмотра ФИО1 произведенного 26.01.2016 в 23 час. 40 мин. сотрудниками полиции МО МВД России «Ковровский», были обнаружены и изъяты из незаконного оборота приготовленное к сбыту наркотическое средство в 12 полимерных пакетах - смесь, содержащая в своем составе пирролидиновалерофенон (PVP), который является производным наркотического средства N-метилэфедрона, в крупном размере общей массой 4,972г, а также наркотическое средство в 2 полимерных пакетах с линейным замком - смесь, содержащая в своем составе метил-3,3-диметил-2-[1-(5-фторпентил)-1Н-индазол-3-илкарбоксамидо]бутаноат (MDMB(N)-2201), которые являются производным наркотического средства – метилового эфира 3-метил-2-(1-пентил-1Н-индазол-3-карбоксамидо) бутановой кислоты в крупном размере, общей массой 2,866г. Согласно справке об исследовании №77 от 27.01.2016, порошкообразные вещества из пакетов 1-7, обнаруженные и изъятые 26.01.2016 при проведении осмотра места происшествия в &lt;адрес&gt;, являются смесями, содержащими в своем составе пирролидиновалерофенон (PVP), который является производным наркотического средства N-метилэфедрона, (общей массой 2,616г). В ходе исследования израсходовано по 0,005 г веществ. Согласно заключению эксперта № 686от 17.03.2016 представленные на экспертизу в 7 пакетах, вещества общей массой 2,581 г (0,377г, 0,357г, 0,372г, 0,363г, 0,367г, 0,379г и 0,366г) изъятые 26.01.2016 при проведении осмотра места происшествия в &lt;адрес&gt;, являются смесями, содержащими в своем составе пирролидиновалерофенон (PVP), который является производным наркотического средства N-метилэфедрона. В ходе экспертизы израсходовано по 0,005г веществ. Согласно справке об исследовании №75 от 27.01.2016, вещества растительного происхождения из пакетов, обнаруженных и изъятых 26.01.2016 при проведении осмотра места происшествия на &lt;адрес&gt;, являются смесями, содержащими в своем составе: метил-3,3-диметил-2-[1-(5-фторпентил)-1Н-индазол-3-илкарбоксамидо]бутаноат (MDMB(N)-2201), которые являются производным наркотического средства – метилового эфира 3-метил-2-(1-пентил-1Н-индазол-3-карбоксамидо)бутановой кислоты (общей массой 15,889 г). В ходе исследования израсходовано по 0,020г растительных веществ. Согласно заключению эксперта №689 от 18.03.2016 вещества растительного происхождения из пакетов №1-10, приобретенные ФИО1 с целью сбыта и изъятые 26.01.2016 при проведении осмотра места происшествия на &lt;адрес&gt;, являются смесями, содержащими в своем составе: метил-3,3-диметил-2-[1-(5-фторпентил)-1Н-индазол-3-илкарбоксамидо]бутаноат (MDMB(N)-2201), которые являются производным наркотического средства – метилового эфира 3-метил-2-(1-пентил-1Н-индазол-3-карбоксамидо)бутановой кислоты (общей массой 15,689 г). В ходе экспертизы израсходовано по 0,010 г веществ. Согласно справке об исследовании № 74 от 27.01.2016, вещества растительного происхождения, обнаруженные и изъятые у ФИО1 26.01.2016 при личном досмотре являются смесями, содержащими в своем составе метил-3,3-диметил-2-[1-(5-фторпентил)-1Н-индазол-3-илкарбоксамидо]бутаноат (MDMB(N)-2201), который является производным наркотического средства – метилового эфира 3-метил-2-(1-пентил-1Н-индазол-3-карбоксамидо)бутановой кислоты общей массой 2,866г. Кристаллические вещества, обнаруженные и изъятые у ФИО1 26.01.2016 при личном досмотре являются смесями, содержащими в своем составе пирролидиновалерофенон (PVP), который является производным наркотического средства N-метилэфедрона, общей массой 4,972г. В ходе исследования израсходовано по 0,020г растительных веществ и по 0,010г кристаллических веществ. Согласно заключению эксперта №688 от 21.03.2016: - вещества растительного происхождения из пакетов №№ 1,2 являются смесями, содержащими в своем составе метил-3,3-диметил-2-[1-(5-фторпентил)-1Н-индазол-3-илкарбоксамидо]бутаноат (MDMB(N)-2201), который является производным наркотического средства – метилового эфира 3-метил-2-(1-пентил-1Н-индазол-3-карбоксамидо)бутановой кислоты. Массы веществ из пакетов №№ 1,2 на момент начала производства экспертизы составили 1,573г и 1,253г (общая масса 2, 826г). При проведении экспертизы израсходовано по 0,010г растительного вещества из каждого пакета; - порошкообразные вещества из пакетов №№ 3-14 являются смесями, содержащими в своем составе пирролидиновалерофенон (PVP), который является производным наркотического средства N-метилэфедрона. Массы веществ из пакетов №№ 3-14 на момент начала производства экспертизы составили 0,421г, 0,361г, 0,404г, 0,394г, 0,414г, 0,377г, 0,514г, 0,389г, 0,421г, 0,396г, 0,392г, 0,369г соответственно (общая масса 4, 852г). При проведении экспертизы израсходовано по 0,002 г кристаллического вещества из каждого пакета. Таким образом, преступная деятельность ФИО1, и не установленных лиц, направленная на незаконный сбыту наркотических средств в крупном размере, в составе группы лиц по предварительному сговору, была пресечена сотрудниками полиции МО МВД России «Ковровский» на стадии приготовления и не была доведена до конца по независящим от них обстоятельствам. В соответствии с Постановлением Правительства РФ от 30.06.1998 №681 «Об утверждении перечня наркотических средств, психотропных веществ и их прекурсоров, подлежащих контролю в Российской Федерации» наркотические средства - смеси, содержащие в своем составе: метил-3,3-диметил-2-[1-(5-фторпентил)-1Н-индазол-3-илкарбоксамидо]бутаноат (MDMB(N)-2201), который является производным наркотического средства – метилового эфира 3-метил-2-(1-пентил-1Н-индазол-3-карбоксамидо)бутановой кислоты; смеси, содержащие в своем составе пирролидиновалерофенон (PVP), который является производным наркотического средства N-метилэфедрона, относятся к списку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в соответствии с постановлением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 либо их частей, содержащих наркотические средства или психотропные вещества, для целей ст. , 228.1 , и 229.1 УК РФ », количество наркотического средства - смеси, содержащей в своем составе: метил-3,3-диметил-2-[1-(5-фторпентил)-1Н-индазол-3-илкарбоксамидо]бутаноат (MDMB(N)-2201), который является производным наркотического средства – метилового эфира 3-метил-2-(1-пентил-1Н-индазол-3-карбоксамидо) бутановой кислоты общей массой 18,755г; смеси, содержащей в своем составе пирролидиновалерофенон (PVP), который является производным наркотического средства N-метилэфедрона, общей массой 7,588г, признаются крупными размерами наркотических средств. В соответствии с ч.5 ст. 247 УПК РФ в исключительных случаях судебное разбирательство по уголовным делам о тяжких и особо тяжких преступлениях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 Преступления, предусмотренные п. «г» ч.4 ст. 228.1 УК РФ , п.п. «а,б» ч.3 ст. 228.1 , ч.3 ст. и п. «г» ч.4 ст. 228.1 , п. «а» ч.3 ст. 228.1 УК РФ , в совершении которых обвиняется ФИО1, относятся к категории особо тяжких. В связи с этим ходатайство прокурора о рассмотрении уголовного дела в отсутствие подсудимого на основании ч.5 ст. 247 УПК РФ было удовлетворено, о чем судом было вынесено постановление. Из оглашенных на основании п.2 ч.1 ст. 276 УПК РФ показаний ФИО1, данных им в ходе предварительного следствия с участием защитника, следует, что свою вину в содеянном он признал полностью, раскаялся. Всентябре 2015 года на сайте в «Контакте» девушка под ником «Дашуля Веселая» предложила ему работу курьером, он согласился, т.к. не работал, и ему нужны были деньги на проживание и содержание ребенка и жены. После она написала ему сообщение о том, что необходимо связаться в приложении «ICQ» со связным, его ник он не помнит. В указанном приложении он связался с данным человеком. Тот попросил прислать его (К) фото паспорта и свою фотографию. Он отправил ему данные фото. После этого пришло сообщение о том, что необходимо скачать программу «Xabber», была дана ссылка на скачивание данной программы. 18.09.2015 он скачал программу «Xabber», после активации ему пришло сообщение от неизвестного лица с логином и паролем, чтобы зайти в данную программу. После просмотра данное сообщение самоудалилось. Он зашел в данную программу, с ним сразу же связался неизвестный человек, который представился «Геной» и сообщил, что будет его оператором. Он также сообщил, что он (К) будет заниматься распространением наркотических средств – «Спайс» и «Соль». До этого он не знал, что именно должен был распространять в качестве курьера. Однако он согласился заниматься распространением данных наркотических средств, так как ему нужны были деньги на содержание семьи. После этого «Гена» присылал сообщения о том, как нужно закладывать «закладки», как ему передавать информацию с описанием мест, где заложен наркотик, условия оплаты. Они договорились о том, что он будет перечислять денежные средства в сумме 100 рублей за 1 закладку на его банковскую карту. Также он попросил дать ему реквизиты банковской карты, на которую он будет перечислять «заработную плату». Он передал оператору номер своей банковской карты банка «БинБанк». На следующий день, то есть 19.09.2015, «Гена» сообщил адрес первой закладки. Он забрал данную закладку, там было 10 пакетиков «Спайса» по 2 г, разложил данные пакетики, после сообщил об адресах «закладок» «Гене». После этого он два раза в неделю забирал пакет с закладками, после чего перепрятывал их мелкими партиями, об адресах закладок сообщал в чате «Гене», снова принимал от него заказ. Сам наркотические средства никогда не употреблял. В последних числах сентября 2015 года, точное число не помнит, сделал закладку около &lt;адрес&gt;, а именно спрятал сверток с наркотическим средством «спайс» с целью его сбыта неизвестному лицу, под железным козырьком деревянной калитки. 05.10.2015 сделал закладку около &lt;адрес&gt;, а именно спрятал сверток с наркотическим средством «спайс» с целью его сбыта неизвестному лицу, под доской в овраге. В октябре 2015 года, точное число не помнит, сделал закладку в &lt;адрес&gt;, а именно спрятал сверток с наркотическим средством «спайс» с целью его сбыта неизвестному лицу, в подъезде &lt;№&gt; данного дома, под почтовым ящиком. В начале ноября 2015 года сделал закладку у &lt;адрес&gt;, а именно спрятал сверток с наркотическим средством «спайс» с целью его сбыта неизвестному лицу, перед данным домом, под кирпичом. В ноябре 2015 года сделал закладку у &lt;адрес&gt;, а именно спрятал сверток с наркотическим средством «спайс» с целью его сбыта неизвестному лицу, между досок деревянной лавочки рядом с указанным домом. В начале декабря 2015 года сделал закладку у &lt;адрес&gt;, а именно спрятал сверток с наркотическим средством «спайс» с целью его сбыта неизвестному лицу, под кирпичом на углу указанного дома. В начале декабря 2015 года сделал закладку у &lt;адрес&gt;, а именно спрятал сверток с наркотическим средством «спайс» с целью его сбыта неизвестному лицу, под козырьком подъезда &lt;№&gt; указанного дома. В начале декабря 2015 года, возможно именно 07.12.2015, сделал закладку у &lt;адрес&gt;, а именно спрятал сверток с наркотическим средством «спайс» с целью его сбыта неизвестному лицу, в покрышке от автомобильного колеса в районе указанного дома. В начале декабря 2015 года сделал закладку у &lt;адрес&gt;, а именно спрятал сверток с наркотическим средством «спайс» с целью его сбыта неизвестному лицу, на земле, у въездных ворот в районе указанного дома. В начале декабря 2015 года сделал закладку у &lt;адрес&gt;, а именно спрятал сверток с наркотическим средством «спайс» с целью его сбыта неизвестному лицу, на земле, под автомобильной шиной в районе указанного дома. В начале середине декабря 2015 года сделал закладку у &lt;адрес&gt;, а именно спрятал сверток с наркотическим средством «спайс» с целью его сбыта неизвестному лицу, на земле, под кирпичем в районе указанного дома. В каждом случае о месте закладки сообщал своему оператору. 21.01.2016 в вечернее время ему пришло сообщение о том, что новая партия наркотиков находится возле гаражей у &lt;адрес&gt; прошел на указанное место, забрал «закладку». Он развернул сверток, так было 66 г «Спайса» (33 пакетика) и 20 г «Соли» (40 пакетиков). Он разложил наркотики по карманам. Он сделал одну закладку – 10 пакетиков «Соли», где именно не помнит. На следующий день, то есть 22.01.2016 разложил еще несколько «закладок» - 10г «Спайса», 5г «Соли», 2 закладки по 2г «Спайса», 0,5г «Соли», 1,5г «Соли», места не помнит. 25.01.2016 разложил несколько закладок, 26.01.2016 снова пошел раскладывать закладки и разложил 10 закладок, после чего возле &lt;адрес&gt; был задержан сотрудниками полиции. Сотрудниками полиции был проведен его личный досмотр, в ходе которого при нем было обнаружено и изъято: 12 полимерных пакетиков с наркотическим средством «Соль» и два пакетика «Спайс». Данные наркотики не успел спрятать в качестве «закладок», хотя хотел это сделать, но был задержан сотрудниками полиции. Впоследствии сотрудникам полиции рассказал и показал, где уже успел положить «закладки» наркотических средств. Сотрудникам полиции показал 10 мест в &lt;адрес&gt;, где спрятал закладки с наркотическим средством «Спайс» и «Соль». Данные наркотические средства были изъяты. После с сотрудниками полиции проехали по месту его жительства, и в ходе осмотра квартиры у него было изъято 8 пакетиков с наркотическим средством «Соль» (л.д. 81-84, 89-92, 96-97, 104-105, 115-117, 135-137, 138-142, 203-206 т.6). Вина ФИО1 в совершении указанных преступлений помимо его собственных показаний, полностью подтверждается совокупностью доказательств, собранных по уголовному делу и проверенных в судебном заседании.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ФИО1 по факту сбыта наркотического средства ФИО8 №4 30.09.2015, подтверждается следующими доказательствами. ФИО8 ФИО8 №4 суду пояснил, что 30.09.2015 через интернет-приложение «Телеграмм» и пользователя «Foxy-KoVrOv», который сообщил номер Qiwi-кошелька, перевел деньги в сумме 900 или 800 рублей, получил адрес закладки наркотического средства - в козырьке калитки &lt;адрес&gt;. Он проследовал по данному адресу, забрал закладку. Часть наркотика употребил 01.10.2015, очень быстро «опьянел», почувствовал сильное головокружение. Помнит, что в какой-то момент его задержали сотрудники полиции, которые доставили его в отдел полиции, где у него был изъят находившиеся при нем пакетик с наркотиком. Из оглашенных с согласия сторон показаний свидетеля БА - сотрудника ОВО по г. Ковров и Ковровскому району, данных им при проведении предварительного расследования, следует, что &lt;дата&gt; находился на службе с 08 час. до 17 час. в составе группы задержания №5717 с полицейским-водителем ОВО по г. Ковров и Ковровскому району СД Около 11 час. 45 мин. находились на маршруте патрулирования на &lt;адрес&gt;. Около &lt;адрес&gt; увидели молодого человека, который вел себя неадекватно, «ползал» по кустам на «четвереньках», как будто что-то искал. Вышли из служебного автомобиля, подошли к данному молодому человеку, хотели выяснить, что именно с ним случилось. На все задаваемые вопросы молодой человек ничего не отвечал, говорил что-то невнятное, беспричинно улыбался, «пускал слюни». Узнал в данном молодом человеке несовершеннолетнего ФИО8 №4, который ранее состоял на учете в ОПДН ММ ОМВД России «Ковровский». Он проверял ФИО8 №4 по месту жительства, а также выезжал по месту его проживания по сообщениям матери несовершеннолетнего – ШО, которая обращалась в ММ ОМВД России «Ковровский» по поводу противоправного поведения сына. По неадекватному поведению и внешнему виду ФИО8 №4 предположил, что тот находится в состоянии наркотического опьянения. На служебном автомобиле доставили ФИО8 №4 в ММ ОМВД России «Ковровский», передали его сотрудникам ОПДН. Перед этим в здании ОПДН ММ ОМВД России «Ковровский», в присутствии приглашенных понятых, в коридоре первого этажа, произвел изъятие у ФИО8 №4 запрещенных веществ. Перед началом изъятия всем участвующим лицам были разъяснены порядок проведения данного действия и права участвующих лиц, в ходе изъятия также применялась видеосъемка, которую производил сотрудник ОПДН ММ ОМВД России «Ковровский» ПД При этом все участвующие лица были предупреждены о производстве видеосъемки. Далее ФИО8 №4 было предложено выдать запрещенные предметы, которые при нем могут находиться, после чего тот из карманов одежды – а именно из куртки, достал небольшой полимерный пакетик с застежкой, в котором находилось вещество растительного происхождения зеленоватого цвета. Также ФИО8 №4 выдал пластиковое приспособление для курения – курительную трубку с колпачком. Указанные предметы были изъяты, раздельно упакованы в два бумажных конверта, опечатаны, на конвертах были выполнены пояснительные надписи о содержимом, также на конвертах расписались все участвующие лица. Далее все участвующие лица ознакомились с составленным протоколом изъятия, замечаний ни от кого, в том числе от самого ФИО8 №4, не поступило, все поставили в протоколе свои подписи. Также всем участвующим лицам продемонстрировали видеозапись, которая была произведена в ходе изъятия. Далее совместно с сотрудниками ОПДН ММ ОМВД России «Ковровский» ФИО8 №4 был доставлен в наркологическое диспансерное отделение ГБУЗ ВО «ФИО2 №2», где было проведено медицинское освидетельствование ФИО8 №4, у последнего врачом–наркологом были получены образцы мочи, которые направили для химического исследования. Около 15 час. 30 мин. – 15 час. 40 мин. ФИО8 №4 был доставлен по месту жительства и передан матери ШО Последняя была надлежащим образом извещена о произошедшем, но прибыть в отдел полиции за сыном не смогла ввиду нахождения на больничном по поводу перелома ноги. При этом каких-либо жалоб и замечаний от последней не поступило. О том, где именно и при каких обстоятельствах ФИО8 №4 приобретал наркотические средства, а также об обстоятельствах употребления данных средств, ФИО8 №4 01.10.2015 при указанных обстоятельствах ничего не пояснял. После передачи ФИО8 №4 матери, вернулись на маршрут патрулирования (л.д. 30-31 т.2). Кроме того, вина ФИО1 по исследуемому эпизоду подтверждается письменными материалами дела: - рапортом об обнаружении признаков преступления от 21.12.2015 из которого следует, что 30.09.2015 в дневное время не установленное лицо сбыло ФИО8 №4 наркотическое средство смесь, содержащая в своем составе N- (1-карбамоил-2-метилпропил)-1-(циклогексилметил)-1Н-индазол-3-корбоксамид (АВ-PINACA-CHM), который является производным наркотического средства N- (1-карбамоил-2-метилпропил) -1- пентил-1Н-индазол-3-карбоксамида, в крупном размере (л.д.5 т.2); - протоколом изъятия вещей от 01.10.2015, согласно которому в ходе личного досмотра у ФИО8 №4 был изъят пакет с веществом растительного происхождения (л.д.9 т.2); - справкой об исследовании № 955 от 02.10.2015, согласно выводам которой представленное на исследование вещество, изъятое в ходе личного досмотра ФИО8 №4 является смесью, содержащей в своем составе N-(1-карбамоил-2-метилпропил)-1-(циклогексилметил)-1Н-индазол-3-карбоксамид (АВ-PINACA-CHM), который является производным наркотического средства N-(1-карбамоил-2-метилпропил)-1-пентил-1Н-индазол-3-карбоксамида, массой 1,321г. При проведении исследования израсходовано 0,010 грамма вещества растительного происхождения (л.д. 12-13 т.2); - заключением эксперта №3115 от 27.10.2015, согласно выводам которого, представленное на исследование вещество являются смесью, содержащей в своем составе N- (1-карбамоил-2-метилпропил)-1-(циклогексилметил)-1Н-индазол-3-корбоксамид (АВ-PINACA-CHM), который является производным наркотического средства N- (1-карбамоил-2-метилпропил)-1-пентил-1Н-индазол-3-карбоксамида (АВ-PINACA). На момент начала производства экспертизы масса вещества растительного происхождения составила 1,311г. При проведении экспертизы израсходовано 0,003г вещества растительного происхождения (л.д. 21-24 т.2); - постановлением о признании в качестве вещественных доказательств от 10.12.2016, согласно которому, было признано в качестве вещественного доказательства вещество растительного происхождения, которое является смесью, содержащей в своем составе N- (1-карбамоил-2-метилпропил)-1-(циклогексилметил)-1Н-индазол-3-карбоксамид (АВ-PINACA-CHM), который является производным наркотического средства N- (1-карбамоил-2-метилпропил) -1-пентил-1Н-индазол-3-карбоксамида (масса вещества растительного происхождения, на момент начала проведения исследования, составила 1,321 г, после проведения экспертизы - 1,308 г) (л.д. 27-29 т.2); - протоколом явки с повинной ФИО1 от 03.03.2016, согласно которому ФИО1 признался в том, что в конце сентября 2015 года сделал «закладку» с наркотическим средством под козырьком калитки у &lt;адрес&gt; (л.д.66 т.6); - протоколом проверки показаний на месте обвиняемого ФИО1 от 25.03.2016, согласно которому ФИО1 подтвердил данные им на следствие показания, указав на участок местности, где он в конце сентября 2015 года сделал «закладку» с наркотическим средством у &lt;адрес&gt; (л.д.106-114 т.6); - копией приговора Ковровского городского суда &lt;адрес&gt; от 11.01.2017, вступившим в законную силу 09.03.2017 из которого следует, что ГД осужден, в том числе по ч.1 ст. 228 УК РФ за незаконное приобретение 30.10.2015, путем получения от неустановленного лица смс - оповещения с указание места нахождения закладки с наркотическим средством – у основания фонарного столба у &lt;адрес&gt;, обнаружение ее в указанном месте, и дальнейшее хранение без цели сбыта наркотического средства - N-(1-карбамоил-2-метилпропил)-1-(циклогексилметил)-1Н-индазол-3-корбоксамид (АВ-PINACA-CHM), который является производным наркотического средства N-(1-карбамоил-2-метилпропил)-1-пентил-1Н-индазол-3-карбоксамида (АВ-PINACA), в значительном размере – не менее 0, 116 грамма; - копией приговора Ковровского городского суда &lt;адрес&gt; от 07.04.2016, вступившим в законную силу 19.04.2016 из которого следует, что ШО осужден, по ч.2 ст. 228 УК РФ за незаконное приобретение и хранение без цели сбыта наркотического средства N- (1-карбамоил-2-метилпропил)-1-(циклогексилметил)-1Н-индазол-3-корбоксамид (АВ-PINACA-CHM), который является производным наркотического средства N- (1-карбамоил-2-метилпропил) -1- пентил-1Н-индазол-3-карбоксамида, в крупном размере, из «закладки» у &lt;адрес&gt; (л.д.238-242 т.6).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ФИО1 по факту сбыта наркотического средства ФИО8 №1 05.10.2015, подтверждается следующими доказательствами. ФИО8 ФИО8 №1 суду пояснил, что 05.10.2015 через интернет-приложение «Телеграмм» и пользователя «Foxy-KoVrOv», который сообщил номер Qiwi-кошелька, перевел деньги в сумме 900 или 800 рублей, получил смс сообщение с адресом закладки наркотического средства у одного из домов на &lt;адрес&gt;, которую забрал. Из оглашенных с согласия сторон показаний ФИО8 №5, данных им на предварительном следствии, следует, что 05.10.2015 около 17 час. 15 мин. находился на перроне железнодорожного вокзала станции Ковров и его сотрудник полиции попросил поприсутствовать в качестве понятого при проведении личного досмотра гражданина, на что он согласился. После этого он и второй понятой мужчина прошли в дежурную часть линейного отдела полиции станции Ковров. В помещении дежурной части был произведен личный досмотр молодого человека по имени ФИО8 №1, который по внешнему виду находился в состоянии опьянения. Сотрудник полиции разъяснил ему и второму понятому их права, после чего предложил Е добровольно выдать наркотические средства, если они у него имеются. Е ответил отказом. Затем был проведен личный досмотр Е и у последнего в правом боковом кармане джинс был обнаружен полимерный пакетик с веществом растительного происхождения. Данный пакетик был упакован сотрудником полиции в бумажный конверт и опечатан отрезком бумаги с оттисками печатей. Он и второй понятой поставили свои подписи на оттисках печатей. Е от подписи отказался. Затем всем присутствующим зачитали протокол досмотра Е и все поставили в нем свои подписи. Подписать данный протокол Е также отказался. Факты отказа от подписей были заверены им и вторым понятым в том же протоколе (л.д. 81-83 т.2). Показания свидетеля ФИО8 №6, данные им на предварительном следствии и оглашенные в судебном заседании с согласия сторон, аналогичны показаниям свидетеля ФИО8 №5 и полностью их подтверждают (л.д.84-86 т.2). ФИО8 ФИО8 №7 - сотрудник ЛОП на ст. Ковров в целом подтвердил свои показания данные им на предварительном следствии, которые были оглашены в судебном заседании в связи с наличием противоречий, которые свидетель объяснил давностью происходящих событий. Так из показаний свидетеля ФИО8 №7 следует, что 30.10.2015 на ст. Ковров поступило поручение о производстве следственных действий, оперативно-розыскных, розыскных мероприятий по уголовному делу &lt;№&gt;, возбужденному 19.09.2015 СО Владимирского ЛО МВД России на транспорте, которое было расписано ему для дальнейшего исполнения. В ходе проведенного комплекса ОРМ была получена информация оперативного характера о том, что к сбыту наркотических средств «Спайс», «Марихуана», «Гашиш» на территории &lt;адрес&gt; может быть причастен несовершеннолетний ФИО8 №1, зарегистрированный по адресу: &lt;адрес&gt;, который в настоящее время обучается в Ковровском колледже транспортного строительства, группы Ю-1. Помимо этого, оперативным путем установлено, что ФИО8 №1, также употребляет путем курения различные наркотические средства. 05.10.2015 в ЛОП на &lt;адрес&gt; поступила информация оперативного характера о том, что 05.10.2015 ФИО8 №1 хочет приобрести на 800 рублей через «закладку» наркотическое средство «Спайс», часть которого хочет употребить, а остальную часть впоследствии сбыть среди учащихся Ковровского колледжа транспортного строительства. Также было установлено, что 05.10.2015 в 16 час. 30 мин. Е находился в районе &lt;адрес&gt; и возможно при нем находилось наркотическое средство «Спайс», часть которого он употребил единолично около указанного выше места. Им совместно с заместителем начальника ЛОП на &lt;адрес&gt; ФИО8 №8 с целью дальнейшего проведения ОРМ по отдельному поручению о производстве следственных действий, оперативно-розыскных-розыскных мероприятий по уголовному делу &lt;№&gt;, а также в соответствии со ст. ФЗ «Об оперативно - розыскной деятельности» был осуществлен выезд к &lt;адрес&gt;, где около данного строения находились двое молодых парней, среди которых был ФИО8 №1. По внешнему виду Е было видно, что он предположительно находится в состоянии наркотического опьянения. Для дальнейших мероприятий Е было предложено добровольно проследовать в дежурную часть ЛОП на ст. Ковров. На данное предложение, Е добровольно согласился. 17.10.2015 около 17 час. 20 мин. прибыв в помещение дежурной части ЛОП на ст. Ковров для проведения «опроса» в рамках указанного выше отдельного поручения, Е в виду того, что он предположительно находился в состоянии наркотического опьянения, имел невнятную речь и в окружающей обстановке ориентировался плохо, была предложена медицинская помощь. На данное предложение, Е ответил, что в медицинской помощи не нуждается. По факту нахождения Е в дежурной части ЛОП на ст. Ковров, предположительно в состоянии наркотического опьянения, путем телефонных переговоров была уведомлена мать ЕЕ. Ввиду дальнейшей невозможности проведения Е мероприятий, а также в виду подозрения нарушения им административного законодательства РФ, предусмотренного ст. 6.9 КоАП РФ и дальнейшего административного разбирательства в присутствии понятых которым были разъяснены их права и обязанности, Е было предложено добровольно выдать предметы и вещества, свободный оборот которых запрещен на территории РФ, в том числе и наркотические, на данное предложение Е ответил отказом. Далее, им в присутствии понятых был проведен личный досмотр Е, где помимо прочих вещей у него был обнаружен сотовый телефон с 4 сим-картами различных операторов сотовой связи и карта памяти 2 Гб, а также пакетик из прозрачного полимерного материала с растительным веществом светло-зеленого цвета. После этого, им в присутствии понятых и Е, вес указанное выше было упаковано в два различных бумажных конверта и опечатано отрезками бумаги с оттисками мастичной печати «Дежурная часть.. .», на которых нанесены соответствующие пояснительные надписи. На оттисках печати понятые поставили свои подписи. По факту упаковки указанного выше, Е, в присутствии понятых было предложено заверить данный факт, где необходимо было на оттисках печати поставить свою подпись. Е на данное предложение поставить свою подпись отказался. По факту отказа Е, расписываться на оттисках печати, понятые удостоверили данный факт, где на указанных выше конвертах еще раз поставили свои подписи. После обнаружения, изъятия и упаковки указанных предметов и веществ, в том числе и полимерного пакетика из прозрачного полимерного материала с растительным веществом светло-зеленого цвета, им был составлен акт личного досмотра, досмотра вещей находящихся при физическом лице, изъятие вещей и документов, в котором отражалось обнаруженные и изъятые у Е предметы и вещества и их упаковка. 06.10.2015 им в рамках проверочного материала было взято объяснение от ФИО8 №1, которое тот дал в присутствии своей матери Е М.Ю. согласно которому он проживает по адресу. &lt;адрес&gt; со своей мамой Е М.Ю., отчимом БГ, малолетней сестрой и малолетним братом. На учете у психиатра и нарколога не состоит. Около полутора лет эпизодически принимает путем курения наркотические средства такие как «Спайс», «Гашиш», «Марихуанну». &lt;дата&gt; в дневное время находился в районе &lt;адрес&gt; и с принадлежащего ему сотового телефона марки «Престижио», в котором была установлена сим-карта «Теле 2» с абонентским номером &lt;№&gt; зарегистрированного на его мать Е через телефон путем входа в сеть «Интернет», вошел в приложение «Телеграмм». Далее, он написал на имя абонента под названием «Фокси Ковров», путем смс сообщений написал, может ли тот ему продать наркотическое средство «Спайс» на 800 рублей. Ранее, он неоднократно обращался к этому абоненту с целью приобретения и единоличного употребления наркотического средства. Указанный абонент согласился и путем сообщения прислал ему на указанный выше абонентский номер Е номер «Киви» кошелька, на который он должен был положить денежные средства в сумме 800 рублей. После отправления денежных средств, со своего телефона на указанный «Фокси Ковров», номера киви-кошелька, ему вновь пришло сообщение о месте нахождения наркотического средства. Это наркотическое средство в виде «закладки» возле здания должно было находиться по &lt;адрес&gt;. Далее, Е должен был встать спиной к 3 подъезду, после чего проследовать вперед, там должен был находиться овраг и под одной из досок, Е должен был найти пакет с наркотическим веществом. Далее, Е со своим знакомым ФИО3 и ФИО4, полных их личностных данных не знает, проследовали в район &lt;адрес&gt;, где он встретился со своими знакомыми ФИО5, ФИО5, С-вым и ФИО6. Точных личностных данных он тех не знает. После этого, он сообщил присутствующим о месте закладки и потом проследовал к указанному выше месту и обнаружил под одной из досок небольшой пакетик из прозрачного полимерного материала, в котором находилось растительное вещество светло-зеленого цвета, которое, как он думал, является наркотическим средством «Спайс». Потом, попрощавшись с указанными лицами, Е с целью единоличного потребления наркотического средства проследовал в район котельной, которая расположена у &lt;адрес&gt;. После чего, он единолично употребил часть указанного выше средства, а оставшуюся часть данного средства, которая находилась в пакетике из прозрачного полимерного материала положил в карман своих Джинс, для дальнейшего единоличного употребления. После употребления путем курения данного средства, Е почувствовал себя очень плохо и что происходило далее, уже не помнит (л.д.99-103 т.2). ФИО8 ФИО8 №8 - сотрудник ЛОП на ст. Ковров в целом подтвердил свои показания данные им на предварительном следствии, которые были оглашены в судебном заседании (л.д.107-110 т.2) в связи с наличием противоречий, которые свидетель объяснил давностью происходивших событий. Из показаний свидетеля ФИО8 №8 следует, что они аналогичны и полностью подтверждают показания свидетеля ФИО8 №7 приведенные выше, и дополняют их тем, что он (ФИО8 №8) узнал от СА, что 05.10.2015 при последнем ФИО8 №1 употреблял наркотик путем выкуривания, после чего последний опьянел и стал неадекватно себя вести. Из оглашенных с согласия сторон показаний свидетеля ВК следует, что 05.10.2015 находился дома когда к нему в гости пришли Е и ФИО3. Е предложил покурить наркотические средства и он (ФИО4) согласился. Е сказал, что ему необходимо 200 рублей для приобретения наркотика. Затем они втроем прошли в магазин, расположенный в &lt;адрес&gt;, где Е через «Киви-кошелек» в платежном терминале перевел кому-то 200 рублей. Через несколько минут Е на мобильный телефон пришло СМС-сообщение с адресом, где можно забрать наркотик. Они проследовали к &lt;адрес&gt;, где Е отошел от них за указанный дом, а когда вернулся, то показал им пакетик с растительным веществом. Затем они с друзьями проследовли к котельной которая расположена в гаражах, где Е и еще несколько парной стал курить наркотик. (л.д.104-106 т.2). Кроме того, вина ФИО1 по исследуемому эпизоду подтверждается письменными материалами дела: - рапортом об обнаружении признаков преступления от 14.10.2015, согласно которому в ходе проведения проверки по факту изъятия у несовершеннолетнего ФИО8 №1 наркотического средства смеси, содержащей в своем составе N-(1-карбамоил-2-метилпропил)-1-(циклогексилметил)-1Н-индазол-3-карбоксамид (АВ-РINACA-CHM), который является производным наркотического средства- N-(1-карбамоил-2-метилпропил)-1-пентил-1Н-индазол-3-карбоксамида, массой 0,39г, в крупном размере установлено, что указанное наркотическое средство 05.10.2015 ФИО8 №1 сбыло не установленное лицо у &lt;адрес&gt;, в действиях которого усматриваются признаки преступления, предусмотренного п. «г» ч. 4 ст. 228.1 УК РФ (л.д.48-49 т.2); - актом личного досмотра от 05.10.2015, согласно которому у ФИО8 №1 был изъят пакет с веществом растительного происхождения (л.д.55-59 т.2); - заключением эксперта № 1527 от 08.10.2015, согласно которому представленное на экспертизу вещество, изъятое в ходе личного досмотра ФИО8 №1 является смесью, содержащей в своем составе N-(1-карбамоил-2-метилпропил)-1-(циклогексилметил)-1Н-индазол-3-корбоксамид (АВ-PINACA-CHM), который является производным наркотического средства N- (1-карбамоил-2-метилпропил)-1-пентил-1Н-индазол-3-карбоксамида, массой 0,39г; при проведении исследования израсходовано 0,01г вещества растительного происхождения (л.д.69-76 т.2); - постановлением о признании и приобщения к уголовному делу в качестве вещественных доказательств от 10.12.2016, согласно которому, в качестве вещественных доказательств было признано и приобщено вещество растительного происхождения, которое является смесью, содержащей в своем составе N- (1-карбамоил-2-метилпропил)-1-(циклогексилметил)-1Н-индазол-3-карбоксамид (АВ-PINACA-CHM), который является производным наркотического средства N-(1-карбамоил-2-метилпропил) -1-пентил-1Н-индазол-3-карбоксамида (масса вещества растительного происхождения, на момент начала проведения экспертизы, составила 0,39г, после проведения экспертизы - 1,38г) (л.д.79-80 т.2 ); - протоколом явки с повинной ФИО1 от 08.04.2016, согласно которому он сообщил о том, что в начале октября 2015 года он сделал «закладку» с наркотическим средством около пня под доской у &lt;адрес&gt; (л.д.112 т.2); - копией приговора Ковровского городского суда Владимирской области от 12.05.2016 вступившего в законную силу 24.05.2016 из которого следует, что ЕЕ осужден, по ч.2 ст. 228 УК РФ за незаконное приобретение и хранение без цели сбыта наркотического средства N-(1-карбамоил-2-метилпропил)-1-(циклогексилметил)-1Н-индазол-3-корбоксамид (АВ-PINACA-CHM), который является производным наркотического средства N- (1-карбамоил-2-метилпропил) -1- пентил-1Н-индазол-3-карбоксамида массой не менее 0,39г, из «закладки» у &lt;адрес&gt; (л.д.216-221 т.6).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Вина ФИО1 по факту сбыта наркотического средства ФИО8 №2 21.10.2015, подтверждается следующими доказательствами. Допрошенный в судебном заседании в качестве свидетеля ФИО8 №2 пояснил, что с помощю телефона через интернет связался с пользователем «Foxy-KoVrOv», который сообщил номер Qiwi-кошелька, на который он (ФИО8 №2) перевел деньги в сумме 900 или 800 рублей, после чего получил смс сообщение с адресом закладки наркотического средства &lt;адрес&gt;, крайний подъезд, под табличкой над почтовыми ящиками. Наркотическое средство забрал в тот же день. Находясь около &lt;адрес&gt; решил попробовать приобретенное им наркотическое средство. С этой целью он достал пакетик с наркотиком, насыпал его в выпотрошенную сигарету. Оставшееся наркотическое средство в пакетике он убрал в карман своей одежды, которое потом было изъято сотрудниками полиции. Из показаний свидетеля ФИО8 №9, данных им на предварительном следствии и оглашенных в судебном заседании с согласия сторон, следует, что 21.10.2015 около 17 час. 30 мин. находился в административном здании МО МВД России «Ковровский» и был приглашен сотрудниками МО МВД РФ «Ковровский» для участия в качестве понятого при проведении досмотра гражданина на предмет обнаружения у того запрещенных к обороту на территории России веществ и предметов, на что он согласился добровольно, без какого-либо принуждения. Вместе с ним для участия в качестве второго понятого был приглашен второй неизвестный ему мужчина. После этого в административном здании МО МВД РФ «Ковровский», расположенном по адресу &lt;адрес&gt; их присутствии был проведен личный досмотр молодого человека, который им был представлен, как ФИО8 №2. Досмотр проводил сотрудник МО МВД РФ «Ковровский». Перед досмотром сотрудник полиции разъяснил всем участвующим лицам суть производимых действий, а так же их права и обязанности, предусмотренные законодательством. Перед досмотром ФИО8 №2 было предложено добровольно выдать имеющиеся при нем наркотические средства, на что тот ничего не ответил. В ходе проведения личного досмотра ФИО8 №2 в кармане его одежды был обнаружен сверток из полимерного материала с веществом растительного происхождения. Со слов сотрудников полиции в свертке, скорее всего, находилось наркотическое средство «спайс». После досмотра, сверток с веществом, сотрудник полиции в присутствии всех участвующих лиц, упаковал в бумажный конверт, край которого был оклеен и опечатан оттисками круглой печати. После этого все участвующие лица на оттисках печати поставили свои подписи. По окончании данных действий сотрудник полиции составил протокол «личного досмотра». Протокол был прочитал вслух всем присутствующим. Заявлений, ходатайств и замечаний ни от кого не поступило, в протоколе все было записано верно. После этого все участвующие лица поставили в протоколе свои подписи (л.д.156-157 т.2). Кроме того, вина ФИО1 по исследуемому эпизоду подтверждается письменными материалами дела: - рапортом об обнаружении признаков преступления от 03.04.2016, из которого следует, что 21.10.2015 ФИО1 сбыл ФИО8 №2 наркотическое средство смесь, содержащая в своем составе N- (1-карбамоил-2-метилпропил)-1-(циклогексилметил)-1Н-индазол-3-корбоксамид (АВ-PINACA-CHM), который является производным наркотического средства N- (1-карбамоил-2-метилпропил) -1- пе0н0тил-1Н-индазол-3-карбоксамида, массой 1,333 грамма (л.д.113 т.2); - протоколом личного досмотра от 21.10.2015, согласно которому у ФИО8 №2 был изъят пакет с веществом растительного происхождения (л.д.130 т.2); - справкой об исследовании № 1015 от 22.10.2015, согласно которой представленное на исследование вещество, изъятое в ходе личного досмотра ФИО8 №2 является смесью, содержащей в своем составе N-(1-карбамоил-2-метилпропил)-1-(циклогексилметил)-1Н-индазол-3-корбоксамид (АВ-PINACA-CHM), который является производным наркотического средства N-(1-карбамоил 2-метилпропил) -1- пентил-1Н-индазол-3-карбоксамида, массой 1,333г; при проведении исследования израсходовано 0,015г вещества растительного происхождения (л.д.132-133 т.2); - заключением эксперта № 3530 от 20.11.2015, согласно которому, представленное на исследование вещество изъятое 21.10.2015 у ФИО8 №2 являются смесью, содержащей в своем составе N- (1-карбамоил-2-метилпропил)-1-(циклогексилметил)-1Н-индазол-3-корбоксамид (АВ-PINACA-CHM), который является производным наркотического средства N- (1-карбамоил-2-метилпропил)-1-пентил-1Н-индазол-3-карбоксамида (АВ-PINACA). На момент начала производства экспертизы масса вещества растительного происхождения составила 1,318 г; при проведении экспертизы израсходовано 0,010г вещества растительного происхождения. (л.д.141-143 т.2); - протоколом осмотра предметов от 25.11.2015 и постановлением о признании в качестве вещественных доказательств и приобщения к материалам уголовного дела от 10.12.2016, согласно которым было осмотрено и признано вещественным доказательством вещество растительного происхождения, которое является смесью, содержащей в своем составе N- (1-карбамоил-2-метилпропил)-1-(циклогексилметил)-1Н-индазол-3-карбоксамид (АВ-PINACA-CHM), который является производным наркотического средства N- (1-карбамоил-2-метилпропил) -1-пентил-1Н-индазол-3-карбок (масса вещества растительного происхождения, на момент начала проведения исследования, составила 1,333г, после проведения экспертизы - 1,308г) (л.д.145, 147-148 т.2); - протоколом проверки показаний на месте от 25.03.2016, согласно которому ФИО1 подтвердил данные им показания, указав на участок местности, где он в октябре 2015 сделал «закладку» с наркотическим средством в подъезде &lt;№&gt;&lt;адрес&gt; (л.д.106-114 т.6); - копией приговора Ковровского городского суда &lt;адрес&gt; от 17.06.2016, вступившим в законную силу 28.06.2016 из которого следует, что ФИО8 №2 осужден, по ч.2 ст. 228 УК РФ за незаконное приобретение и хранение без цели сбыта наркотического средства N- (1-карбамоил-2-метилпропил)-1-(циклогексилметил)-1Н-индазол-3-корбоксамид (АВ-PINACA-CHM), который является производным наркотического средства N- (1-карбамоил-2-метилпропил) -1- пентил-1Н-индазол-3-карбоксамида, в крупном размере, из «закладки» в подъезде &lt;№&gt;&lt;адрес&gt; (л.д. 236-237 т.6).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Вина ФИО1 по факту сбыта наркотического средства ФИО8 №10 02.11.2015 подтверждается следующими доказательствами. ФИО8 ФИО8 №10 суду пояснил, что 02.11.2015 решил приобрести для себя наркотическое средство. Так как со своего телефона не имел технической возможности выйти в сеть Интернет, позвонил своему знакомому ФИО7 и попросил приобрести для него наркотическое средство. ФИО7 с кем-то списался и сказал ему, что нужно положить деньги на номер киви-кошелька. Он (ФИО8 №10) положил деньги на киви-кошелек, после чего на телефон пришло смс-сообщение с указанием места «закладки» - &lt;адрес&gt; под почтовым ящиком под камнем. Нашел возле указанного доима под камнем пакетик со «спайсом»,после чего поехал к себе домой а п.Пакино, покурил его на улице, потом в туалете потерял сознание. Мать вызвала бригаду скорой помощи и сотрудников полиции. ФИО8 ФИО8 №11 - мать ФИО8 №10 в судебном заседании пояснила, что проживает по адресу: &lt;адрес&gt;. Вечером 02.11.2015 сын потерял сознание, поэтому вызвала скорую помощь и полицию. Сотрудниками полиции у сына в кармане было обнаружено какое-то вещество, которое ими было изъято и упаковано. ФИО8 №10 говорил ей, что наркотик он приобрел по «закладке». ФИО8 ФИО8 №12 суду пояснила, что проживает по адресу: &lt;адрес&gt;. 03.11.2015 участвовала в качестве понятой в квартире ФИО8 №11 Ей (ФИО8 №12) разъяснялись права, показали пакетик и сказали, что в кармане ФИО8 №10 было обнаружено вещество и трубочка для курения. Все упаковывалось и опечатывалось, составлялся протокол. Из оглашенных с согласия сторон показаний свидетеля ФИО8 №13, данных им на предварительном расследовании, следует, что с ним по соседству проживает ФИО8 №10. В ночь на 03.11.2015, точное время не помнит, он находился дома. В указанное время к нему в дверь кто-то позвонил. Он открыл дверь и увидел сотрудника полиции, который попросил его поучаствовать в качестве понятого при проведении личного досмотра ФИО8 №10. Он согласилась. После этого он вместе с сотрудником полиции прошел в квартиру ФИО8 №10. В квартире находился ФИО8 №10 и его мать. ФИО8 №10 находился в сильной степени опьянения. Как он понял, тот находился в наркотическом опьянении. Кроме этого, для участия в качестве понятой в квартиру была приглашена ФИО8 №12. После этого понятым сотрудник полиции разъяснил их права и обязанности, после чего приступил к досмотру ФИО8 №10. В ходе досмотра у ФИО8 №10 в кармане одежды были обнаружены пакет из бесцветного полимерного материала с линейным замком, в котором находилась измельченная растительная масса желто-коричневого цвета, а также приспособление для курения, изготовленное из соединенных между собой медицинской пипетки из бесцветного прозрачного стекла и трубки, выполненной из непрозрачного полимерного материала белого цвета. На внутренней поверхности данного приспособления для курения имелись следы накопления темно-коричневого цвета. Далее в присутствии его и ФИО8 №12, пакет с растительным веществом и приспособление для курения были упакованы в конверт из бумаги белого цвета, который был заклеен фрагментом бумаги белого цвета с оттисками круглой печати «Для пакетов, МО МВД РФ «Ковровский»». На данном конверте все участвующие лица поставили свои подписи. Далее в присутствии его и ФИО8 №12 был произведен осмотр квартиры ФИО8 №10. В ходе осмотра ничего изъято не было (л.д. 194-195 т.2). ФИО8 ФИО8 №14 в целом подтвердил свои показания данные им на предварительном следствии, которые были оглашены в судебном заседании (л.д.197-198 т.2) в связи с наличием противоречий, которые свидетель объяснил давностью происходивших событий. Из показаний свидетеля ФИО8 №14 следует, что ФИО8 №10 проживает в поселке Пакино в соседнем с ним доме. В настоящее время с ФИО8 №10 не общается, ранее некоторое время поддерживали дружеские отношения. Около года назад в сети «интернет» на сайте «в контакте» ему пришло сообщение о том, что можно посредством интернета заказать у неизвестного ему лица под ником «Фокси Ковров» наркотическое средство, которое будет оставлено в каком-нибудь месте в &lt;адрес&gt;. На данное сообщение он никак не отреагировал. Впоследствии о данном сообщении он рассказал ФИО8 №10. В начале ноября 2015 года, точное число не помнит, ему на мобильный телефон с абонентским номером &lt;№&gt; позвонил ФИО8 №10 и попросил связаться с «Фокси Ковров» и заказать для него наркотическое средство. После этого он по просьбе ФИО8 №10 со своего мобильного телефона вышел в сеть «интернет» на сайт «скайп» и связался с неизвестным ему лицом под ником «Фокси Ковров». Он отправил ему сообщение о том, что хочет приобрести наркотическое средство. Ему пришло сообщение, в котором был указан номер киви-кошелька и сумма к оплате. Данное сообщение с номером киви-кошелька и суммой к оплате он отправил на мобильный телефон ФИО8 №10. В этот же день через некоторое время ему перезвонил ФИО8 №10. По телефону тот пояснил, что оплатил за наркотик и назвал комментарий, который тот оставил при переводе денежных средств. Далее он вновь посредством своего телефона вышел в сеть «интернет» на сайт «скайп» и отправил неизвестному ему лицу под ником «Фокси Ковров» сообщение, в котором был указан комментарий «ваня66», что означало, что денежные средства за наркотик переведены. Примерно через час ему пришло сообщение, в котором был указан адрес закладки наркотического средства «&lt;адрес&gt; под почтовым ящиком камень под ним сверток в нем 2 гр.». Данное сообщение он сразу же отправил ФИО8 №10 на его мобильный телефон. В этот же день, в вечернее время, точное время не помнит, в &lt;адрес&gt; около своего дома он встретил ФИО8 №10, который сообщил ему, что наркотик забрал. После этого они разошлись. Ему наркотик ФИО8 №10 не давал и он его об этом не просил. Он помогал ФИО8 №10 приобрести наркотическое средство безвозмездно, никакой выгоды при этом не имея. Кроме того, вина ФИО1 по исследуемому эпизоду подтверждается письменными материалами дела: - рапортом об обнаружении признаков преступления от 28.04.2016, согласно которому 02.11.2015 у &lt;адрес&gt; ФИО1 сбыл ФИО8 №10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 метилового эфира 3-метил-2-(1-пентил-1Н-индазол-3-карбоксамидо)бутановой кислоты, массой 1,055г, в крупном размере, массой не менее 1,055 грамма (л.д.160 т.2); - копией протокола личного досмотра от 03.11.2015, проведенного по адресу: &lt;адрес&gt;, в 00 час.00 мин., согласно которому у ФИО8 №10 был изъят пакет с травой неизвестного происхождения (л.д.178 т.2); - копией справки об исследовании №1051 от 03.11.2015, согласно выводам которой представленное на исследование вещество растительного происхождения, массой 1,055 грамма,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 метилового эфира 3-метил-2-(1-пентил-1Н-индазол-3-карбоксамидо) бутановой кислоты; при проведении исследования израсходовано 0,010г вещества растительного происхождения (л.д.182-184 т.2); - копией заключения эксперта №3677 от 03.12.2015, согласно которому, представленное на экспертизу вещество растительного происхождения изъятое у ФИО8 №10 03.11.2015,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3-метил-2-(1-пентил-1Н-индазол-3-карбоксамидо)бутановой кислоты; масса вещества растительного происхождения, на момент начала проведения экспертизы, составила 1,045 грамма; при проведении исследования израсходовано 0,010г вещества (л.д.207-209 т.2); - копиями протокола осмотра предметов от 11.12.2015 и постановления о признании в качестве вещественных доказательств и приобщения к материалам уголовного дела от 14.12.2016, согласно которым было осмотрено, признано вещественным доказательством и приобщено к материалам дела – вещество смесь, содержащее в своём составе метил-3-метил-2-[1-(5-фторпентил)-1Н-индазол-3-илкарбоксамидо] 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до начала проведения исследования составила 1,055г, после проведения экспертизы – 1,035г), находящееся в пакете из прозрачного бесцветного полимерного материала с линейным замком (л.д.214-215 т.2); - копией протокола явки с повинной ФИО1 от 08.04.2016, согласно которой он сообщил, что в первых числах ноября 2015 года сделал «закладку» с наркотическим средством у &lt;адрес&gt; пол камнем (л.д.226 т.2); - протоколом проверки показаний на месте обвиняемого ФИО1 от 08.04.2016, согласно которому он подтвердил свои показания и указал на участок местности у &lt;адрес&gt; на котором расположен кирпич, пояснив, что именно на этом месте он сделал «закладку» с наркотическим средством (л.д. 118-125 т.6); - копией приговора Ковровского городского суда &lt;адрес&gt; от 06.06.2016 вступившего в законную силу 17.06.2016 из которого следует, что ФИО8 №10 осужден, по ч.2 ст. 228 УК РФ за незаконное приобретение и хранение без цели сбыта наркотического средства смеси, содержащей в своём составе метил-3-метил-2-[1-(5-фторпентил)-1Н-индазол-3-илкарбоксамидо] 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массой не менее 1,055г из «закладки» у &lt;адрес&gt;.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Вина ФИО1 по факту сбыта наркотического средства ФИО8 №15 10.11.2015 подтверждается следующими доказательствами. ФИО8 ФИО8 №15 подтвердил показания данные им на предварительном расследовании, которые были оглашены в судебном заседании в связи с наличием существенных противоречий, которые свидетель объяснил давностью происходивших событий. Так, из показаний свидетеля ФИО8 №15 следует, что 10.11.2015 находился дома, в гостях был ФИО9. Около 16 час. предложил ФИО9 через «интернет» заказать наркотическое средство «спайс» с целью личного употребления, без цели сбыта. После этого посредством своего «Айфона» вышел в сеть «интернет», через интернет ресурс «скайп» нашел неизвестное лицо под ником «Фокси Ковров», которому написал сообщение «есть что-нибудь покурить», при этом указал что до этого у него наркотическое средство не покупал. Знал, что первый раз наркотическое средство давали на пробу, а за второй раз необходимо было платить. В ответ на сообщение ему пришло сообщения с адресом закладки, при этом было пояснение, что наркотическое средство дают бесплатно на пробу. Получив адрес места закладки, он с Никитой пошли забирать наркотическое средство. Они подошли к церкви в районе железнодорожного вокзала. Напротив данной церкви стоит деревянный двухэтажный многоквартирный дом. Напротив фасада дома была установлена деревянная лавочка, которая покрыта линолеумом. Под линолеумом между досками они нашли сверток с наркотическим средством. Они забрали сверток, и пошли к нему домой. По дороге домой, проходя по пр-ту Ленина, решили покурить данный наркотик. С этой целью он достал сигарету, и насыпал туда часть наркотика из свертка, после чего через нос вдохнул в себя данный порошок. Далее сигарету с наркотиком он передал Никите. Он также вдохнул в себя данный наркотик. Далее он почувствовал легкое опьянение, слабость в ногах, в голову стали приходить разные мысли, что именно не помнит. Так с ФИО9 они дошли к нему (ФИО8 №15) домой. Около 20 час. 20 мин. вышел с ФИО9 на улицу, ФИО10 ждал их за рулем в салоне своего автомобиля марки ВАЗ 21071. На переднем пассажирском сиденье был М, фамилия ему не известна. Он вместе с ФИО9 присел на заднее пассажирское сиденье, после чего они все вместе поехали кататься по &lt;адрес&gt;. После этого, когда он только отъехали от его дома на &lt;адрес&gt;, их остановили сотрудники ГИБДД. ФИО10 К вышел из салона автомобиля и представил свои документы. Далее сотрудники полиции попросили открыть задние двери автомобиля. ФИО10 открыл заднюю дверь. Сотрудники ГИБДД попросили всех выйти из салона автомобиля. Сотрудники ГИБДД пригласили двух граждан для участия в качестве понятых. Далее сотрудники полиции в присутствии понятых предложили ему выдать имеющиеся у него запрещенные предметы. Он выложил на багажник автомобиля пачку из-под сигарет в которой находился приобретенный им около &lt;адрес&gt; сверток с наркотиком, который в ходе осмотра места происшествия был у него изъят (л.д.24-25 т.3). Кроме того, вина ФИО1 по факту сбыта наркотических средств, подтверждается письменными материалами дела: - рапортом об обнаружении признаков преступления от 19.11.2015, согласно которому в ходе проведенной проверки в отношении ФИО8 №15 по факту обнаружения у него вещества растительного происхождения последний пояснил, что приобрел данное вещество через интернет у неизвестного с ником «Фокси Ковров» (л.д.1 т.3); - копией протокола осмотра места происшествия от 11.11.2015, согласно которому на участке местности у &lt;адрес&gt;, осмотрен автомобиль «Приора» серебристого цвета, государственный знак &lt;***&gt;, на багажнике которого обнаружена и изъята пачка из-под сигарет «парламент» в которой находились, смятые сигареты, денежная купюра достоинством 100 рублей, пакетик с веществом серого цвета (л.д.6-10 т.3); - справкой об исследовании №1073 от 11.11.2015, согласно которой представленное на исследование вещество из фрагментов сигарет № 1 и № 2, изъятое 11.11.2015 в ходе осмотра автомобиля «ВАЗ-21702» государственный номер &lt;***&gt; является смесью, содержащей в своем составе пирролидиновалерофенон (РVР), который является производным наркотического средства N-метилэфедрона, массой 0,193г. (0,125г и 0,068г соответственно); при проведении исследования израсходовано по 0,050г вещества растительного происхождения (л.д.12-13 т.3); - заключением эксперта № 4073 от 15.12.2016, согласно которому, вещество растительного происхождения в пакетах № 1 и № 2, является смесью, содержащей в своем составе пирролидиновалерофенон (РVР), который является производным наркотического средства N-метилэфедрона, общей массой 0,093г (0,075г и 0,018г соответственно); при проведении экспертизы израсходовано по 0,005г вещества (л.д.15-17 т.3); - протоколом осмотра предметов и постановлением о признании и приобщении к уголовному делу вещественных доказательств от 15.12.2016, согласно которым были осмотрены, признаны вещественными доказательствами и приобщены к материалам уголовного дела вещества растительного происхождении из пакетов № 1 и № 2, являющиеся смесями, содержащими в своем составе наркотическое средство смесь, содержащую в своем составе пирролидиновалерофенон (РVР), который является производным наркотического средства N-метилэфедрона (массой 0,125г и 0,068г соответственно) (л.д.19-20, 21-22 т.3); - протоколом проверки показаний на месте свидетеля ФИО8 №15 от 27.03.2016, согласно которому последний подтвердил данные им на следствие показания, указав на лавочку расположенную около дерева и кустов, напротив &lt;адрес&gt;, где под линолеумом он 10.11.2015 забрал «закладку» с наркотическим средством (л.д.28-32 т.3); - протоколом явки с повинной ФИО1 от 17.03.2016, согласно в котором он сообщил о том, что в первой декаде ноября 2015 года он осуществил «закладку» с наркотическим средством между досками скамейки у &lt;адрес&gt; (л.д.33 т.3); - протоколом проверки показаний на месте ФИО1 от 25.03.2016, из которого следует, что ФИО1 подтвердил данные им показания и указав на лавочку расположенную напротив &lt;адрес&gt;, у дерева и кустов, пояснив, что сверток с наркотическим средством он спрятал под линолеумом, лежащим на данной лавочку между досок (л.д.106-114 т.6).</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Вина ФИО1 по факту сбыта наркотического средства ФИО8 №16 07.12.2015 подтверждается следующими доказательствами. ФИО8 ФИО8 №16 в судебном заседании пояснил, что 07.12.2015 через интернет магазин «Фокси Ковров» приобретал наркотическое средство. Через телефон зашел в программу «Телеграмм» написал сообщение «Фокси Ковров» о том, что нужно 2 г «Спайса». Ему (ФИО8 №16) прислали номер киви-кошелька, на который нужно положить 800 рублей, через какой-то промежуток времени после того как положил деньги на указанный номер пришло сообщение с адресом закладки - &lt;адрес&gt;, на углу дома около второго подъезда под кирпичом лежал сверток, в котором находилось 2 г, который он забрал. Употребить наркотическое средство не успел, так как был задержан сотрудниками полиции, которые его изъяли. Кроме того, вина ФИО1 по факту сбыта наркотических средств, подтверждается письменными материалами дела: - рапортом об обнаружении признаков преступления от 09.03.2016, согласно которому 07.12.2015 посредством закладки у &lt;адрес&gt; ФИО1 сбыл ФИО8 №16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 бутаноат (МDМВ(N)-2201), которые являются производными наркотического средства - метилового эфира 3-метил-2-(1-пентил-1Н-индазол-3-карбоксамидо) бутановой кислоты в крупном размере массой не м енее 1,715г (л.д.36 т.3); - копией протокола личного досмотра от 07.12.2015, согласно которому у ФИО8 №16 в указанную дату в период в 17 час.15 мин. был изъят, в том числе полимерный пакет с веществом растительного происхождения (л.д. 51 т.3); - копией справки об исследовании №1173 от 08.12.2015, согласно которой представленное на исследование вещество изъятое в ходе личного досмотра ФИО8 №16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 метилового эфира 3-метил-2-(1-пентил-1Н-индазол-3-карбоксамидо) бутановой кислоты массой 1,715г; при проведении исследования израсходовано 0,015г вещества растительного происхождения (л.д.53-55 т.3); - заключением эксперта № 3899 от 18.12.2015, согласно выводам которого, представленное на экспертизу вещество растительного происхождения, изъятое 07.12.2015 в ходе досмотра вещей находящихся при ФИО8 №16, является смесью, содержащей в своем составе метил-3-метил-2-[1-(5-фторпентил)-1Н-индазол-3-илкарбоксамидо] бутаноат (ММВ(N)-2201), а также метил-3,3-диметил-2-[1-(5-фторпентил)-1Н-индазол-3-илкарбоксамидо] 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растительного происхождения, на момент начала проведения экспертизы, составила 1,700г; при проведении экспертизы израсходовано 0,004г вещества (л.д.60-65 т.3); - протоколом осмотра предметов от 12.01.2016 и постановлением о признании и приобщении к уголовному делу вещественных доказательств от 14.12.2016, согласно которым было осмотрено, признано вещественным доказательством и приобщено к материалам уголовного дела вещество растительного происхождения, которое является смесью, содержащей в своём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массой на момент начала исследования, 1,715 г; после производства экспертизы 1,696 г (л.д. 67-68, 70-71 т.3); - протоколом проверки показаний на месте обвиняемого ФИО1 от 04.03.2016, согласно которому ФИО1 подтвердил данные им показания, указав на участок местности у правого угла &lt;адрес&gt;, пояснив, что в начале декабря 2015 года на указанном месте он сделал «закладку» с наркотическим средством под кирпичем который лежал на земле (л.д.98-103 т.6); - копией приговора Ковровского городского суда &lt;адрес&gt; от 15.06.2016 вступившего в законную силу 28.06.2016 из которого следует, что ФИО8 №16 осужден, по ч.2 ст. 228 УК РФ за незаконное приобретение и хранение без цели сбыта наркотического средства метил-3-метил-2-[1-(5-фторпентил)-1Н-индазол-3-илкарбоксамидо] 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в крупном размере массой не менее 1,715 г из «закладки» у &lt;адрес&gt;.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Вина ФИО1 по факту сбыта наркотического средства ФИО8 №3 07.12.2015 подтверждается следующими доказательствами. ФИО8 ФИО8 №3 в судебном заседании пояснил, что 07.12.2015 со своего телефона через программу «Скайп» связался с «Фокси Ковров», с целью приобрести наркотическое средство «Спайс». Спросил у «Фокси Ковров» есть ли адрес, тот ответил, что есть и сообщил номер киви-кошелька, он (ФИО8 №3) оплатил через терминал 800 или 900 рублей, после чего получил адрес закладки с 2 г, которую забрал около последнего подъезда &lt;адрес&gt;. После того как забрал наркотическое средство, его задержали сотрудники полиции. Из показаний свидетеля ЯА, данных им на предварительном следствии и оглашенных в судебном заседании с согласия сторон, следует, что 07.12.2015 около 16 час. был приглашен сотрудниками ОУР МО МВД РФ «Ковровский» для участия в качестве понятого при проведении досмотра гражданина на предмет обнаружения у него запрещенных к обороту на территории России веществ и предметов, на что он добровольно согласился, без какого-либо принуждения. После этого в служебном кабинете № 69 МО МВД РФ «Ковровский», расположенном по адресу: &lt;адрес&gt;, в присутствии его и еще одного понятого ФИО8 №18, был проведен личный досмотр молодого человека, который им был представлен, как ФИО8 №3. Досмотр проводил сотрудник МО МВД РФ «Ковровский». Перед досмотром сотрудник полиции разъяснил всем участвующим лицам суть производимых действий, а так же их права и обязанности, предусмотренные законодательством. Перед досмотром ФИО8 №3 было предложено добровольно выдать имеющиеся у него наркотические средства, на что он заявил, что таковые имеются, после чего достал из кармана своей одежды сверток из полимерного материала с веществом растительного происхождения. Со слов ФИО8 №3 в свертке находилась курительная смесь «спайс». Так же ФИО8 №3 достал из кармана чек оплаты на сумму 800 рублей и мобильный телефон, при этом последний пояснил, что чек, который тот предоставил сотрудникам - это чек оплаты за курительную смесь «спайс». После досмотра, сверток с веществом сотрудник полиции в присутствии всех участвующих лиц, упаковал в бумажный конверт, край которого был оклеен и опечатан оттисками круглой печати «Для пакетов» подразделение по оперативной работе. Чек и мобильный телефон также были упакованы. После этого все участвующие лица на оттисках печати поставили свои подписи. По окончании данных действий сотрудник полиции составил протокол «личного досмотра». Протокол он прочитал вслух всем присутствующим. Заявлений, ходатайств и замечаний ни от кого не поступило, в протоколе все было записано верно. После этого все участвующие лица поставили в протоколе свои подписи (л.д. 120-122 т.3). Показания свидетеля ФИО8 №18, данные им на предварительном следствии и оглашенные в судебном заседании с согласия сторон, полностью подтверждают показания свидетеля ЯА (л.д. 123-125 т.3). Из показаний свидетеля ФИО8 №19, данных ею на предварительном следствии и оглашенных в судебном заседании с согласия сторон, следует, что 08.12.2015 в вечернее время в ходе ФИО8 №29 от сына ФИО8 №3 узнала, что 07.12.2015 в дневное время последний посредством «закладки», оставленной у &lt;адрес&gt;, за денежное вознаграждение в сумме 800 рублей, переведенное им через «Киви-кошелек» платежного терминала, приобрел наркотическое средство «спайс». В этот же день через некоторое время около указанного дома сын был задержан сотрудниками полиции и доставлен в административное здание МО МВД РФ «Ковровский», где в ходе личного досмотра при нем было обнаружено приобретенное им наркотическое средство. (л.д. 126-128 т.3). Кроме того, вина ФИО1 по факту сбыта наркотических средств ФИО8 №3, подтверждается письменными материалами дела: - рапортом об обнаружении признаков преступления от 09.03.2016, согласно которому 07.12.2015 ФИО1 посредством закладки у &lt;адрес&gt; сбыл ФИО8 №3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 бутаноат (МDМВ(N)-2201), которые являются производными наркотического средства - метилового эфира 3-метил-2-(1-пентил-1Н-индазол-3-карбоксамидо)бутановой кислоты в крупном размере общей массой 1,707г (л.д.80 т.3); - копией протокола личного досмотра, досмотра вещей находящихся при физическом лице от 07.12.2015, согласно которому в указанную дату в 16 час. 10 мин. у ФИО8 №3 было изъято, в том числе и вещество растительного происхождения (л.д.91 т.3); - копией справки об исследовании №1172 от 08.12.2015, согласно которой представленное на исследование вещество изъятое в ходе личного досмотра ФИО8 №3 07.12.2015 является смесью, содержащей в своем составе метил-3-метил-2-[1-(5-фторпентил)-1Н-индазол-3-илкарбоксамидо] бутаноат (ММВ(N)-2201), а также метил-3,3-диметил-2-[1-(5-фторпентил)-1Н-индазол-3-илкарбоксамидо]бутаноат (МDМВ(N)-2201), которые являются производными наркотического средства - метилового эфира 3-метил-2-(1-пентил-1Н-индазол-3-карбоксамидо)бутановой кислоты, массой 1,707г; при проведении исследования израсходовано 0,010г вещества (л.д.93-95 т.3); - копией заключения эксперта №3898 от 15.12.2015, согласно выводам которого, представленное на экспертизу вещество растительного происхождения, изъятое 07.12.2015 в ходе досмотра ФИО8 №3,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 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растительного происхождения, на момент начала проведения экспертизы, составила 1,697г; при проведении экспертизы израсходовано 0,010г вещества (л.д.99-104 т.3); - копией протокола осмотра предметов от 09.03.2016 и постановлением о признании и приобщении к уголовному делу вещественных доказательств от 15.12.2016, согласно которым было осмотрено, признано вещественным доказательством и приобщено к материалам уголовного дела, вещество растительного происхождения, которое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находящееся в пакете с линейным замком (масса вещества перед проведением исследования составила 1,707г, после проведения экспертизы 1,687г) (л.д. 106-107, 109-110 т.3); - копией протокола проверки показаний на месте ФИО8 №3 от 01.02.2016, согласно которому ФИО8 №3 подтвердил данные им показания, указав на место под козырьком первого подъезда &lt;адрес&gt; откуда он 07.12.2015 забрал «закладку» с наркотическим средством (л.д.116-119 т.3); - протоколом проверки показаний на месте обвиняемого ФИО1 от 04.03.2016, из которого следует, что ФИО1 подтвердил данные им показания, указал место закладки которую он произвел он в начале декабря 2015 года у первого подъезда &lt;адрес&gt; (л.д.98-103 т.6); - копией приговора Ковровского городского суда &lt;адрес&gt; от 26.07.2016 вступившего в законную силу 06.08.2016, из которого следует, что ФИО8 №3 осужден, по ч.2 ст. 228 УК РФ за незаконное приобретение и хранение без цели сбыта наркотического средства метил-3-метил-2-[1-(5-фторпентил)-1Н-индазол-3-илкарбоксамидо] 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в крупном размере массой не менее 1,707г из «закладки» у &lt;адрес&gt;.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Вина ФИО1 по факту сбыта наркотического средства ФИО8 №20 07.12.2015 подтверждается следующими доказательствами. Из показаний свидетеля ФИО8 №20, данных им на предварительном следствии и оглашенных в судебном заседании с согласия сторон, следует, что ранее слышал от своих знакомых, что посредством сети «интернет» можно приобрести у неизвестного лица, зарегистрированного в приложении «скайп» под именем «Foxy Kovrov» курительную смесь «спайс». В начале декабря 2015 года ему захотелось попробовать наркотик. С этой целью, он установил себе на мобильный телефон программу «скайп», для того чтобы найти пользователя «Foxy Kovrov». После установки на телефоне данной программы, он зарегистрировал в ней свой профиль. 07.12.2015 около 15 час. вышел в сеть интернет в программу «скайп», где нашел пользователя под именем «Foxy Kovrov» и начал вести с ним переписку. Написал ему сообщение следующего содержания «можно ли у вас приобрести «спайс»?». На что ему было написано сообщение следующего содержания «800 рублей к оплате, номер киви кошелька &lt;№&gt;, комментарий к оплате, который включал в себя любое слово и две любых цифры». После этого он сразу же проследовал к терминалу и выполнил указанные действия, которые были написаны в сообщение. То есть он, посредством терминала, перевел на указанный ему киви-кошелек денежные средства в сумме 800 рублей. Через некоторое время ему пришло сообщение: «закладка находится в одном из закопанных на половину колес от легкового автомобиля, возле столба, расположенного на лицевой стороне &lt;адрес&gt;». После этого, в этот же день, около 16 час. 30 мин. пришел по указанному в сообщении адресу. Напротив &lt;адрес&gt;, около фонарного столба, нашел три вкопанные наполовину в землю покрышки от колес легкового автомобиля. В средней покрышке обнаружил полиэтиленовый сверток, внутри которого находилось наркотическое средство. Посмотрел по сторонам, и ему показалось, что за ним никто не наблюдает, после чего он взял сверток с наркотиком и пошел в сторону района «25 октября». Наркотик собирался употребить где-нибудь в удобном для него месте. Проходя по прогону, который ведет с &lt;адрес&gt;, услышал, как его кто-то окликнул, испугавшись, решил избавиться от свертка с наркотиком. С этой целью сверток с наркотиком перебросил через забор, на территорию частного &lt;адрес&gt;. После этого к нему подошли сотрудники полиции, которые его задержали и доставили в административное здание полиции для дальнейшего разбирательства. Наркотическое средство осталось лежать за забором на территории &lt;адрес&gt;, так как сотрудники полиции не смогли туда попасть, так как в указанном доме никого не было (л.д.166-168 т.3). Из показаний свидетеля ФИО8 №22, данных им на предварительном следствии и оглашенных в судебном заседании с согласия сторон, следует, что &lt;дата&gt; около 21 час. 20 мин. к нему домой по адресу: &lt;...&gt;, пришли сотрудники полиции с которыми был молодой человек, представившийся как ФИО8 №20. Сотрудники полиции пояснили, что ФИО8 №20 приобрел наркотик посредствам «интернет» ресурса через закладку оставленную неизвестным лицом в районе его дома. Впоследствии, после приобретения наркотического средства, ФИО8 №20, увидев сотрудников полиции, попытался скрыться, при этом сверток с наркотическим средством выкинул через забор его дома. С его разрешения сотрудниками полиции с участием ФИО8 №20 и двух понятых граждан, был произведен осмотр места происшествия-участка местности, расположенного на территории его дома. В ходе осмотра ФИО8 №20 показал место, куда выбросил сверток с наркотическим средством, это оказалась дорожка покрытая плиткой, которая расположена между забором и его домом. В ходе осмотра на указанном ФИО8 №20 месте был обнаружен сверток из полимерного материала, завернутый в трубочку. Сотрудник полиции в присутствии его и понятых обратился к ФИО8 №20 с вопросом, этот ли сверток он выкинул. ФИО8 №20 пояснил, что именно этот сверток он выкинул, когда пытался скрыться от сотрудников полиции. Со слов ФИО8 №20, сверток он узнал по внешнему виду, так как продолжительное время держал его в руке. После этого ФИО8 №20 пояснил, что через интернет ресурс «Скайп» у неизвестного лица под ником «Фокси Ковров», приобрел данное наркотическое средство, которое затем забрал около его (ФИО8 №22) дома. Обнаруженный сверток сотрудниками полиции был изъят и в присутствии всех участвующих лиц упакован в бумажный конверт, который был оклеен фрагментами бумаги белого цвета с оттисками печати, на которых все участвующие лица поставили свои подписи (л.д.179-181 т.3). Кроме того, вина ФИО1 по факту сбыта наркотического средства ФИО8 №20, подтверждается письменными материалами дела: - рапортом об обнаружении признаков преступления от 19.02.2016, согласно которому 07.12.2015 ФИО1 посредством закладки оставленной у &lt;адрес&gt; сбыл ФИО8 №20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 метилового эфира 3-метил-2-(1-пентил-1Н-индазол-3-карбоксамидо)бутановой кислоты в крупном размере общей массой 1,438г (л.д.130 т.3); - копией протокола осмотра места происшествия от 07.12.2015, которым была зафиксирована обстановка на придомовом участке &lt;адрес&gt;, где на дорожке между домом и забором обнаружен и изъят сверток с веществом растительного происхождения, а участвующий в следственном действии ФИО8 №20 пояснил, что именно этот сверток он выбросил во двор указанного дома и именно его он приобрел через интернет у неизвестного под ником «Фокси Ковров» (л.д.140-141 т.3); - копией справки об исследовании № 1174 от 08.12.2015, согласно которой представленное на исследование вещество изъятое в ходе осмотра места происшествия у &lt;адрес&gt;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 метилового эфира 3-метил-2-(1-пентил-1Н-индазол-3-карбоксамидо) бутановой кислоты массой 1,438 г; при проведении исследования израсходовано 0,015 грамма вещества (л.д.143-145 т.3); - копией заключения эксперта №329 от 15.02.2016, согласно которому, представленное на экспертизу вещество растительного происхождения, приобретенное 07.12.2015 ФИО8 №20 у &lt;адрес&gt;, является смесью, содержащей в своем составе метил-3-метил-2-[1-(5-фторпентил)-1Н-индазол-3-илкарбоксамидо] бутаноат (ММВ(N)-2201), а также метил-3,3-диметил-2-[1-(5-фторпентил)-1Н-индазол-3-илкарбоксамидо] 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на момент начала проведения экспертизы, составила 1,423г; при проведении экспертизы израсходовано 0,010г вещества (л.д. 154-159 т.3); - копией протокола осмотра предметов от 16.03.2016 и постановлением о признании и приобщении к уголовному делу вещественных доказательств от 15.12.2016, согласно которым было осмотрено, признано вещественным доказательством и приобщено к материалам уголовного дела, веществом растительного происхождения, которое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находящееся в пакете с линейным замком, (масса вещества до назначения исследования составила 1,438г и после проведения экспертизы составила 1,413г) (л.д. 161-162, 164-165 т.3); - протоколом явки с повинной ФИО1 от 20.02.2016, в котором последний сообщает о том, что в первой декаде декабря 2015 года сделал «закладку» с наркотическим средством в автомобильной камере у &lt;адрес&gt; (л.д.62 т.6);. - протоколом проверки показаний на месте от 17.02.2016, согласно которому ФИО8 №20 подтвердил данные им на следствие показания, указав на участок местности, у &lt;адрес&gt; вкопаны три баллона, указав на средний автомобильный баллон колеса пояснив, что вечером 07.12.2015 он обнаружил в данном месте «закладку» с наркотическим средством (л.д.170-175 т.3); - протоколом проверки показаний на месте ФИО1 от 19.02.2016, из которого следует, что ФИО1 подтвердил данные им показания и на месте указал на баллон колеса у &lt;адрес&gt;, где он 07.12.2015 сделал «закладку» с наркотическим средством (л.д.93-95 т.6); - копией приговора Ковровского городского суда &lt;адрес&gt; от 25.05.2016 вступившего в законную силу 07.07.2016, из которого следует, что ФИО8 №20 осужден, по ч.2 ст. 228 УК РФ за незаконное приобретение и хранение без цели сбыта наркотического средства смеси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3-метил-2-(1-пентил-1Н-индазол-3-карбоксамидо)бутановой кислоты, в крупном размере массой не менее 1,438г из «закладки» у &lt;адрес&gt;.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Вина ФИО1 по факту сбыта наркотического средства ФИО8 №23 08.12.2015 подтверждается следующими доказательствами. ФИО8 ФИО8 №23 подтвердил показания, данные им на предварительном расследовании, которые были оглашены в судебном заседании в связи с наличием существенных противоречий, которые свидетель объяснил давностью происходивших событий. Так, из показаний свидетеля ФИО8 №23 следует, что до конца декабря 2015 года имел в собственности автомобиль «Opel Astra GTC», государственный регистрационный знак с099рн 69. В период с 2009 по 2014 годы обучался МОФ МосУ МВД РФ в &lt;адрес&gt;, который окончил по специальности «Юриспруденция». С августа 2014 года по 31.12.2015 проходил службу в ММ ОМВД России «Ковровский», первоначально - в должности следователя, а с 19.10.2015 - инспектора отделения лицензионно-разрешительной работы. Еще со времени обучения знает, что оборот наркотических средств на территории Российской Федерации запрещен. 08.12.2015 около 15 час. 30 мин. около магазина «Квартал» на &lt;адрес&gt; встретился со своими знакомыми ФИО8 №37 и ФИО8 №36, которые сели к нему (ФИО8 №23) в автомобиль. Решив лично употребить наркотики, со своего сотового телефона через программу «Сафари», выбрал в приложении «Foxy Kovrov» наркотик под названием «спайс» в размере одного условного грамма, по цене 1200 рублей, и заказал его. После этого на телефон поступило сообщение с электронным номером «Qiwi кошелька» для перевода денег в счет оплаты наркотика. Проследовав к терминалу оплаты мобильной связи, расположенном в магазине «Квартал» на &lt;адрес&gt;, перевел на указанный номер 1 200 рублей, после чего, получил уведомление на сотовом телефоне с адресом закладки наркотического вещества. Не исключает, что уведомление и историю посещений сети Интернет сразу же удалил. В уведомлении было указано, что пакет лежит на земле справа от ворот котельной, расположенный по &lt;адрес&gt;. Проследовав в указанное место, увидел на земле полимерный пакет с застежкой, в котором находилось наркотическое вещество растительного происхождения. Положив его в карман своей куртки, на своем автомобиле проследовал в гаражный кооператив, расположенный напротив &lt;адрес&gt;, где остановился, и решил употребить некоторое количество наркотика. Воспользовавшись медицинской пипеткой, лежавшей в машине, путем сжигания и выкуривания употребил часть наркотика, а оставшуюся часть убрал в карман. Наркотическое вещество никому не передавал, употреблял его самостоятельно. От употребления наркотика ощутил легкое головокружение и слабость в теле. Спустя некоторое время к автомобилю приблизились сотрудники ДПС, один из которых проверил документы на автомобиль и предложил пройти тест на употребление алкоголя. В результате выдыхания воздуха в алкотестер, алкогольное опьянения установлено не было, и сотрудник полиции предложил направиться в наркологический диспансер для прохождения медицинского освидетельствования на состояние опьянение. Что точно происходило возле автомобиля, не помнит. Через некоторое время подъехал еще один служебный автомобиль ДПС и двое понятых. Сотрудник ДПС в присутствии понятых произвел его (ФИО8 №23) личный досмотр, в ходе которого лично достал из карманов своей одежды вещи, в том числе полимерный пакет с наркотическим веществом. Положив все вещи и пакет на капоте служебного автомобиля ДПС, в какой-то момент, чтобы избежать неприятностей, смахнул пакет с наркотиком на землю. Кто-то из полицейских увидел это и поднял пакет с земли, положив его обратно на капот служебного автомобиля. Испугавшись уголовной ответственности, стал давать ложные объяснения, поясняя, что пакетик ему (ФИО8 №23) не принадлежит, и отказался подписывать протоколы личного досмотра и изъятия вещей и документов. Затем на место происшествия приехала следователь полиции, которая осмотрела его (ФИО8 №23) автомобиль, после чего сотрудниками ДПС доставили его в наркологический диспансер &lt;адрес&gt;, а затем в отдел полиции (л.д. 206-208 т.3). Из показаний свидетеля ФИО8 №24 данных им на предварительном расследовании, которые были оглашены в судебном заседании с согласия сторон, следует, что 08.12.2015 в 16 час. с инспектором ОР ДПС ПД заступил на службу в составе авто-патруля № 430, около 15 час. 40 мин. от сменяющегося наряда № 431 в составе инспекторов ДВ и БД получил информацию о том, что водитель автомобиля «Opel», припаркованного вблизи &lt;адрес&gt; может находиться в состоянии опьянения. Прибыв по указанному адресу, остановились вблизи соответствующего описанию автомобиля «Opel», и стали нести службу по обеспечению безопасности дорожного движения. Примерно в 16 час. 05 мин. автомобиль «Opel» начал движение и был остановлен ими с целью проверки информации о нахождении управлявшего им лица в состоянии опьянения. Водитель автомобиля, установленный как ФИО8 №23, плохо ориентировался в остановке, у него были заторможенные речь и движения, а также расширенные зрачки. Представившись, потребовал ФИО8 №23 предъявить документы и проследовать в служебный автомобиль. В ходе составления в отношении ФИО8 №23 протокола об отстранении от управления транспортным средством, последний пояснил, что является сотрудником полиции. Об остановке ФИО8 №23 по сотовому телефону доложил старшему смены инспектору ОР ДПС ФИО8 №25 и попросил его прибыть на место для оказания помощи. Прибывший через некоторое время ФИО8 №25 пригласил для составления документации двух понятых. В их присутствии ФИО8 №23 было предложено пройти тест на наличие алкогольного опьянения, на что он согласился. По причине отсутствия в выдыхаемом ФИО8 №23 воздухе паров алкоголя и наличии явных признаков опьянения, ФИО8 №23 предложили пройти медицинское освидетельствование в наркологическом диспансере. Последний вновь добровольно согласился. Перед посадкой в служебный автомобиль ФИО8 №23 в присутствии понятых был досмотрен на предмет наличия запрещенных предметов или веществ, при этом стал выкладывать из карманов одежды свои вещи. Выложив на крышку багажника служебного автомобиля портмоне и мелкие деньги, ФИО8 №23 достал из куртки полимерный пакет с линейным замком, внутри которого имелось вещество растительного происхождения. Данный пакет ФИО8 №23 уложил под портмоне, пытаясь его скрыть, после чего, в какой-то момент сделал резкое движение рукой, смахнув его на землю. Понятые сразу же акцентировали на этом своё внимание, после чего ФИО8 №25 поднял пакет с земли и положил рядом с другими вещами ФИО8 №23 Протоколом изъятия вещей и документов, пакет с веществом был в присутствии понятых изъят у ФИО8 №23 и упакован в бумажный конверт. Сообщив о случившемся в дежурную часть ММ ОМВД России «Ковровский», дождался прибытия следственно-оперативной группы, после чего доставил ФИО8 №23 в наркологический диспансер и в отдел полиции (л.д.213-214 т.3). Из показаний свидетеля ФИО8 №25 данных им на предварительном расследовании, которые были оглашены в судебном заседании с согласия сторон, следует, что 08.12.2015 в 16 час. с инспектором ОР ДПС РС заступил на службу в составе авто-патруля № 441, при этом исполнял обязанности старшего смены нарядов. Ещё до развода нарядов от сменяющихся инспекторов ДВ и БД получил информацию о том, что водитель автомобиля «Opel», припаркованного вблизи &lt;адрес&gt;, может находиться в состоянии опьянения. Для оперативного реагирования полученная информация была передана инспекторам ОР ДПС ФИО8 №24 и ПД, которые после заступления на службу, сразу же выехали на место. Около 16 час. 15 мин. ФИО8 №24 доложил по телефону, что остановил указанный автомобиль, водитель которого, установленный как ФИО8 №23, действительно имеет явные признаки опьянения, и представился сотрудником полиции. По просьбе ФИО8 №24 об оказании ему содействия прибыл на место и остановил случайно проезжавший поблизости автомобиль, водитель и пассажир которого согласились присутствовать в качестве понятых при производстве освидетельствования и личного досмотра ФИО8 №23 Несмотря на то, что ФИО8 №23 имел все признаки опьянения, а именно заторможенные движения, потерю ориентации во времени и расширенные зрачки глаз, в выдыхаемом им воздухе паров алкоголя обнаружено не было. ФИО8 №23 было предложено пройти медицинское освидетельствование в наркологическом диспансере, на что он согласился. Перед посадкой в служебный автомобиль, ФИО8 №23 в присутствии понятых был досмотрен на предмет наличия запрещенных предметов или веществ, при этом стал выкладывать из карманов одежды свои вещи. Выложив на крышку багажника служебного автомобиля портмоне и мелкие деньги, ФИО8 №23 достал из куртки полимерный пакет с линейным замком, внутри которого имелось вещество растительного происхождения. Данный пакет ФИО8 №23 уложил под портмоне, пытаясь его скрыть, а затем сделал резкое движение рукой и смахнул его на землю. Понятые сразу же акцентировали на этом свое внимание, после чего он (ФИО8 №25) поднял пакет с земли и положил его рядом с другими вещами ФИО8 №23 Протоколом изъятия вещей и документов пакет с веществом был в присутствии понятых изъят у ФИО8 №23 и упакован в бумажный конверт. О случившемся ФИО8 №24 сообщил в дежурную часть ММ ОМВД России «Ковровский», после чего на место происшествия прибыла следственно-оперативная группа, а КС и ПД доставили ФИО8 №23 в наркологический диспансер (л.д.215-216 т.3). Из показаний свидетеля ФИО8 №26 данных им на предварительном расследовании, которые были оглашены в судебном заседании с согласия сторон, следует, что 08.12.2015 около 16 час. 30 мин. с супругой КМ следовал на автомобиле мимо &lt;адрес&gt;, и был остановлен сотрудником ДПС. Согласившись на предложение сотрудника полиции присутствовать в качестве понятых при производстве освидетельствования и личного досмотра, проехал с супругой к расположенным вблизи данного дома гаражам, где находился еще один автомобиль ДПС и автомобиль «Opel» черного цвета, запомнил только регион его государственного регистрационного знака - «69». На переднем пассажирском сидении автомобиля ДПС находился ранее незнакомый молодой человек, который представился ФИО8 №23 По предложению находившегося в автомобиле сотрудника ДПС, ФИО8 №23 добровольно выдохнул воздух в прибор для установления состояния алкогольного опьянения, которое установлено не было. После этого сотрудниками ДПС был произведен личный досмотр ФИО8 №23, который выложил на крышку багажника служебного автомобиля ДПС портмоне, мелкие деньги и другие предметы. В какой-то момент ФИО8 №23 слегка отвернулся от автомобиля ДПС и сделал резкое движение рукой в сторону, кинув что-то на землю. Сотрудники полиции сразу стали освещать землю фонариками. Увидел рядом с ФИО8 №23 полимерный пакет с линейным замком, в котором находилось вещество растительного происхождения разных цветов. Сотрудник ДПС поднял данный пакет, который был упакован в бумажный конверт, опечатан и скреплен подписями участников. После составления сотрудниками полиции документов, ФИО8 №23 был увезен в наркологический диспансер. О том, что ФИО8 №23 являлся сотрудником полиции, не знал (л.д.217-218 т.3). ФИО8 ФИО8 №36 суду пояснил, что 08.12.2015 с ФИО8 №37 и ФИО8 №23 на автомобили марки «Опель» принадлежащим последнему катались по городу, потом в гаражах на &lt;адрес&gt; употребляли курительные смеси. ФИО8 №23 рассказывал, что приобрел наркотическое средство в интернет-магазине «Фокси Ковров». Затем их задержали сотрудники ДПС. Всех досматривали в присутствии понятых, у ФИО8 №23 изъяли наркотическое средство. При изъятии наркотическое средство упаковывалось. Из показаний свидетеля ФИО8 №37 данных им на предварительном расследовании, которые были оглашены в судебном заседании с согласия сторон, следует, что 08.12.2015 в дневное время встретился со своими знакомыми ФИО8 №23 и ФИО8 №36, после чего на автомобиле ФИО8 №23 поехали к гаражам, расположенным у &lt;адрес&gt;. В машине ФИО8 №23 достал пакетик с веществом и пояснил, что это спайс. Ему и ФИО8 №36 ФИО8 №23 не предлагал покурить данный наркотик. Затем ФИО8 №23 употребил часть наркотика путем курения, а часть наркотика убрал в карман своей куртки. Через некоторое время у автомашины ФИО11 остановились сотрудники ДПС и попросили ФИО8 №23 выйти из машины. ФИО8 №23 был в состоянии опьянения. Он вышел и его автомобиль досмотрели в присутствии понятых. Затем был проведен личный досмотр ФИО8 №23, в ходе которого у него изъяты часть наркотического средства (л.д.214-215 т.6). Кроме того, вина ФИО1 по факту сбыта наркотического средства ФИО8 №23, подтверждается письменными материалами дела: - рапортом об обнаружении признаков преступления от 04.02.2016, согласно которому 08.12.2015 в период времени с 15 час. по 16 час. ФИО8 №23 у &lt;адрес&gt; незаконно приобрел у не установленного лица наркотическое средство смесь, содержащую в своем составе метил-3-метил-2-[1-(5-фторпентил)-1Н-индазол-3-илкарбоксамидо] бутаноат (ММВ(N)-2201), а также метил-3,3-диметил-2-[1-(5-фторпентил)-1Н-индазол-3-илкарбоксамидо] бутаноат (МDМВ(N)-2201), которые являются производными наркотического средства - метилового эфира 3-метил-2-(1-пентил-1Н-индазол-3-карбоксамидо)бутановой кислоты в крупном размере общей массой 0,815г. (л.л.186 т.3); - протоколом изъятия вещей и документов от 08.12.2015, согласно которому в указанную дату в 17 час. у &lt;адрес&gt; у ФИО8 №23 было изъято вещество растительного происхождения в полимерном пакете (л.д.193 т.3); - справкой об исследовании № 1183 от 09.12.2015, согласно которой представленное на исследование вещество изъятое 08.12.2015 в ходе досмотра у ФИО8 №23 на &lt;адрес&gt;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 бутаноат (МDМВ(N)-2201), которые являются производными наркотического средства - метилового эфира 3-метил-2-(1-пентил-1Н-индазол-3-карбоксамидо) бутановой кислоты, массой 0,815г; при проведении исследования израсходовано 0,010г вещества(л.д.196-198 т.3); - заключением эксперта № 3841 от 10.12.2015, согласно которому представленное на экспертизу вещество растительного происхождения, которое незаконно хранил ФИО8 №23 является смесью, содержащей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растительного происхождения, на момент начала проведения экспертизы, составила 0,805г; при проведении экспертизы израсходовано 0,010г вещества (л.д.199-201 т.3); - постановлением о признании в качестве вещественных доказательств и приобщения к материалам уголовного дела от 15.12.2016, согласно которому, в качестве вещественного доказательства по уголовному делу признана: смесь, содержащая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до назначения исследования составила 0,815г, после проведения экспертизы составила 0,795г), упакованная в конверт (л.д.204-205 т.3); - протоколом явки с повинной ФИО1 от 03.03.2016, согласно которому последний сообщил о том, что в первых числах декабря 2015 года он сделал «закладку» с наркотическим средством у ворот котельной на &lt;адрес&gt; (л.д.64 т.6); - протоколом осмотра места происшествия с участием ФИО8 №23 от 29.01.2016, согласно которому ФИО8 №23 указал на участок местности у &lt;адрес&gt;, где он в начале декабря 2015 года забрал «закладку» с наркотическим средством (л.д.209-2012 т.3); - протоколом проверки показаний на месте обвиняемого ФИО1 от 19.02.2016, согласно которому ФИО1 подтвердил данные им показания, указав на участок местности, у ворот с северной стороны котельной, расположенной в &lt;адрес&gt;, где он в начале декабря 2015 года сделал «закладку» с наркотическим средством (л.д.98-103 т.6); - копией приговора Ковровского городского суда &lt;адрес&gt; от 14.03.2016 вступившего в законную силу 25.03.2016, из которого следует, что ФИО8 №23 осужден, по ч.2 ст. 228 УК РФ за незаконное приобретение и хранение без цели сбыта наркотического средства смеси метил-3-метил-2-[1-(5-фторпентил)-1Н-индазол-3-илкарбоксамидо] бутаноат (ММВ(N)-2201), а также метил-3,3-диметил-2-[1-(5-фторпентил)-1Н-индазол-3-илкарбоксамидо] бутаноат (MDMB(N)-2201), которые являются производными наркотического средства - метилового эфира 3-метил-2-(1-пентил-1Н-индазол-3-карбоксамидо)бутановой кислоты, в крупном размере массой не менее 0,815г из «закладки» у &lt;адрес&gt;.</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Вина ФИО1 по факту сбыта наркотического средства ФИО8 №27 10.12.2015 подтверждается следующими доказательствами. Из показаний свидетеля ФИО8 №27 данных им на предварительном расследовании, которые были оглашены в судебном заседании с согласия сторон, следует, что с конца 2015 года употреблял наркотическое средство «спайс», которое приобретал через сеть «Интернет». 10.12.2015 около 14 час. решил зайти со своего мобильного телефона в «Интернет» во дворе на &lt;адрес&gt; и используя программу «Телеграмм» приобрести для себя «спайс». В «Интернете» связался с абонентом «Фокси Ковров» и заказал курительное наркотическое средство на 1300 рублей. В магазине «Посылторг» в районе торгового центра «200 лет &lt;адрес&gt;» он оплатил покупку и через несколько минут ему пришло СМС-сообщение с адресом «закладки» наркотического средства, которое находилось под вкопанной в землю автомобильной покрышкой у &lt;адрес&gt;. Он проследовал по данному адресу и забрал наркотическое средство, которое находилось в пачке из-под сигарет в полимерном пакетике. Часть приобретенного наркотического средства сразу выкурил, затем пришел домой, где к нему приехали сотрудники полиции и предложили проследовать с ними в дежурную часть линейного отдела МВД на транспорте. От употребления наркотика его стало мотать и сотрудники полиции сказали, что подозревают его в употреблении наркотических средств. Затем в дежурной части был проведен его личный досмотр в присутствии понятых. Добровольно выдать оставшийся у него наркотик он отказался и в ходе личного досмотра у него изъяли в правом боковом кармане его джинс пакетик с оставшимся наркотиком. По данному факту сотрудником полиции был составлен соответствующий документ в котором поставили свои подписи все присутствующие лица. Изъятое наркотическое средство было упаковано в конверт и опечатано (л.д.170-174 т.4). ФИО8 А М.П. в судебном заседании пояснил, что 10.12.2015 участвовал в качестве понятого при досмотре ФИО8 №27, ему как понятому разъяснялись права. Изымалась пачка сигарет, в которой находилось приспособление для курения. Все упаковывалось и опечатывалось Из показаний свидетеля ФИО8 №29 данных им на предварительном расследовании, которые были оглашены в судебном заседании с согласия сторон, следует, что 10.12.2015 во второй половине дня он находился на перроне железнодорожного вокзала станции Ковров, когда около 17 часов 20 минут к нему подошел сотрудник полиции и попросил поприсутствовать в качестве понятого при проведении личного досмотра гражданина, на что он согласился. После этого он и второй понятой мужчина прошли в дежурную часть линейного отдела полиции станции Ковров. В помещении дежурной части был произведен личный досмотр молодого человека по имени ФИО8 №27, который по внешнему виду находился в состоянии опьянения. Сотрудник полиции разъяснил ему и второму понятому их права, после чего предложил ФИО8 №27 добровольно выдать наркотические средства, если они у него имеются. ФИО8 №27 ответил отказом. Затем был проведен личный досмотр ФИО8 №27 и у последнего в правом боковом кармане джинс был обнаружен полимерный пакетик с веществом растительного происхождения. Данный пакетик был упакован сотрудником полиции в бумажный конверт и опечатан отрезком бумаги с оттисками печатей. Он и второй понятой, а также ФИО8 №27 поставили свои подписи на оттисках печатей. Затем всем присутствующим зачитали протокол досмотра ФИО8 №27 и все поставили в нем свои подписи (л.д.109-110 т.4). Кроме того, вина ФИО1 по факту сбыта наркотического средства ФИО8 №27, подтверждается письменными материалами дела: - рапортом об обнаружении признаков преступления от 02.03.2016, согласно которому 10.12.2015 в дневное время неустановленное лицо у &lt;адрес&gt; незаконно сбыло ФИО8 №27 наркотическое средство смесь, содержащую в своем составе метил-3-метил-2-[1-(5-фторпентил)-1Н-индазол-3-илкарбоксамидо]бутаноат (ММВ(N)-2201), а также метил-3,3-диметил-2-[1-(5-фторпентил)-1Н-индазол-3-илкарбоксамидо]бутаноат (МDМВ(N)-2201), которые являются производными наркотического средства - метилового эфира 3-метил-2-(1-пентил-1Н-индазол-3-карбоксамидо)бутановой кислоты в крупном размере массой 1,73г (л.д. 1-2 т.4); - копией протокола личного досмотра от 10.12.2015, согласно которому у ФИО8 №27 было изъято вещество растительного происхождения в полимерном пакете (л.д.20-21 т.4);. - копией справки об исследовании №1948 от 15.12.2015, согласно которой представленное на исследование вещество изъятое 10.12.2015 в ходе личного досмотра у ФИО8 №27 является смесью, содержащей в своем составе метил-3-метил-2-[1-(5-фторпентил)-1Н-индазол-3-илкарбоксамидо] бутаноат (ММВ(N)-2201), а также метил-3,3-диметил-2-[1-(5-фторпентил)-1Н-индазол-3-илкарбоксамидо] бутаноат (МDМВ(N)-2201), которые являются производными наркотического средства - метилового эфира 3-метил-2-(1-пентил-1Н-индазол-3-карбоксамидо) бутановой кислоты, массой 1,73г; при проведении исследования израсходовано 0,01г вещества растительного происхождения (л.д.55-56 т.4); - копией заключения эксперта № 24 от 11.01.2016, согласно выводам которого, представленное на экспертизу вещество растительного происхождения, изъятое у ФИО8 №27 является смесью, содержащей в своем составе метил-3-метил-2-[1-(5-фторпентил)-1Н-индазол-3-илкарбоксамидо] бутаноат (ММВ(N)-2201), а также метил-3,3-диметил-2-[1-(5-фторпентил)-1Н-индазол-3-илкарбоксамидо] 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на момент начала проведения экспертизы, составила 1,72г; при проведении экспертизы израсходовано 0,01г вещества (л.д. 143-152 т.4); - копией протокола осмотра предметов от 01.02.2016 и постановлением о признании и приобщении к уголовному делу вещественных доказательств от 15.12.2016, согласно которым было осмотрено, признано вещественным доказательством и приобщено к материалам уголовного дела, вещество смесью, содержащая в своем составе метил-3-метил-2-[1-(5-фторпентил)-1Н-индазол-3-илкарбоксамидо]бутаноат (ММВ(N)-2201), а также метил-3,3-диметил-2-[1-(5-фторпентил)-1Н-индазол-3-илкарбоксамидо] бутаноат (МDМВ(N)-2201), которые являются производными наркотического средства -метилового эфира 3-метил-2-(1-пентил-1Н-индазол-3-карбоксамидо) бутановой кислоты, (масса вещества до назначения исследования составила 1,73г и после проведения экспертизы 1,71г) (л.д.154-164, 168-169 т.4); - протоколом явки с повинной ФИО1 от 25.03.2016, согласно которому он сообщил о том, что 10.12.2005 сделал «закладку» с наркотическим средством у &lt;адрес&gt;, о чем сообщил оператору «Гене»(л.д. 194 т.4); - протоколом проверки показаний на месте ФИО8 №27 от 14.03.2016, согласно которому ФИО8 №27 подтвердил данные им показания, указав на участок местности где находилась покрышка, у третьего подъезда &lt;адрес&gt; в которой он 10.12.2015 забрал «закладку» с наркотическим средством (л.д. 175-179 т.4); - протоколом проверки показаний на месте обвиняемого ФИО1 от 25.03.2016, согласно которому ФИО1 подтвердил данные им на следствие показания, указав на участок местности где находилась покрышка, у третьего подъезда &lt;адрес&gt; в которую он спрятал «закладку» с наркотическим средством (л.д.106-114 т.6). - копией приговора Ковровского городского суда Владимирской области от 28.04.2016 вступившего в законную силу 11.05.2016, из которого следует, что ФИО8 №27 осужден, по ч.2 ст. 228 УК РФ за незаконное приобретение и хранение без цели сбыта наркотического средства смеси метил-3-метил-2-[1-(5-фторпентил)-1Н-индазол-3-илкарбоксамидо] бутаноат (ММВ(N)-2201), а также метил-3,3-диметил-2-[1-(5-фторпентил)-1Н-индазол-3-илкарбоксамидо] бутаноат (MDMB(N)-2201), которые являются производными наркотического средства - метилового эфира 3-метил-2-(1-пентил-1Н-индазол-3-карбоксамидо)бутановой кислоты, в крупном размере массой не менее 1,73г из «закладки» у &lt;адрес&gt;.</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Вина ФИО1 по факту сбыта наркотического средства ФИО8 №30 11.12.2015 подтверждается следующими доказательствами. ФИО8 ФИО8 №30 подтвердил в судебном следствии свои показания, данные им на предварительном следствии, оглашенные в связи с противоречиями, согласно которым с конца ноября 2015 года употреблял наркотическое средство «спайс», которое приобретал через сеть «Интернет». 11.12.2015 в дневное время решил зайти со своего мобильного телефона в «Интернет» на одной из улиц &lt;адрес&gt; и приобрести для себя «спайс». В «Интернете» связался с ником «Фокси Ковров» и заказал курительное наркотическое средство на 2 700 рублей. В одном из магазинов северной части &lt;адрес&gt; оплатил покупку через терминал на указанные ему номер КИВИ-кошелька и через несколько минут ему пришло СМС-сообщение с адресом «закладки» наркотического средства, находящегося под камнем у &lt;адрес&gt;. Он проследовал по данному адресу и забрал наркотическое средство, которое находилось в пачке из-под сигарет в полимерном пакетике. Вещество было кристаллообразное, пачку из-под сигарет выбросил, а вещество оставил себе. Перед этим употреблял пиво и находился в легкой степени опьянения. Когда он отошел от места, где забирал наркотик, то к нему подошел сотрудник полиции и доставил его в отдел полиции, так как он находился в состоянии опьянения. В здании отдела был проведен его личный досмотр в присутствии понятых. В ходе личного досмотра у него изъяли в верхнем кармане его одежды пакетик с наркотиком (л.д. 224-225 т.4). Из показаний свидетеля ФИО8 №31, данные им на предварительном следствии и оглашенных с согласия сторон в судебном следствии следует, что 11.12.2015 находился в камере административно задержанных МО МВД России «Ковровский» когда к нему обратился сотрудник полиции и попросил поприсутствовать в качестве понятого при проведении личного досмотра гражданина, на что он согласился. После этого он и второй понятой мужчина прошли в один из служебных кабинетов. В помещении кабинета был произведен личный досмотр молодого человека по имени ФИО8 №30, который по внешнему виду находился в состоянии опьянения. Сотрудник полиции разъяснил ему и второму понятому их права, после чего был проведен личный досмотр ФИО8 №30 и у последнего в одном из карманов верхней одежды был обнаружен полимерный пакетик с порошкообразным веществом. Данный пакетик был упакован сотрудником полиции в бумажный конверт и опечатан отрезком бумаги с оттисками печатей. Он и второй понятой, а также ФИО8 №30 поставили свои подписи на оттисках печатей. Затем всем присутствующим зачитали протокол досмотра ФИО8 №30 и все поставили в нем свои подписи (л.д.227-228 т.4). Показания свидетеля ФИО8 №32, данные им на предварительном следствии и оглашенные с согласия сторон в судебном следствии, полностью подтверждают показания свидетеля ФИО8 №31 (л.д.229 т.4). Кроме того, вина ФИО1 по факту сбыта наркотического средства ФИО8 №30, подтверждается письменными материалами дела: - рапортом об обнаружении признаков преступления от 01.07.2016, согласно которому ФИО8 №30, через интернет ресурс приобрел у неустановленного лица под ником «Фокси Ковров» наркотическое средство, через закладку у &lt;адрес&gt; (л.д.201 т.4); - копией протокола личного досмотра от 11.12.2015, согласно которому в указанную дату в 15 час. 30 мин. у ФИО8 №30 было изъято, в том числе и порошкообразное вещество в полимерном пакете (л.д.209 т.4);. - копией справки об исследовании №1210 от 16.12.2015, согласно которой представленное на исследование вещество изъятое в ходе личного досмотра ФИО8 №30 является смесью, содержащей в своем составе пирролидиновалерофенон (РVР), который является производным наркотического средства N-метилэфедрона, массой 0,853г; при проведении исследования израсходовано 0,002г вещества (л.д.210-211 т.4); - копией заключения эксперта №1049 от 15.04.2016, согласно выводам которого, представленное на экспертизу вещество из пакетика с линейным замком изъятое 11.12.2015 у ФИО8 №30 является смесью, содержащей в своем составе пирролидиновалерофенон (РVР), который является производным наркотического средства N-метилэфедрона; масса вещества растительного происхождения, на момент начала проведения экспертизы, составила 0,851г; при проведении экспертизы израсходовано 0,002г вещества (л.д. 216-218 т.4); - копией протокола осмотра предметов от 14.06.2016 и постановлением о признании и приобщении к уголовному делу вещественных доказательств от 15.12.2016, согласно которым было осмотрено, признано вещественным доказательством и приобщено к материалам уголовного дела, вещество которое является смесью, содержащей в своем составе пирролидиновалерофенон (РVР), который является производным наркотического средства N-метилэфедрона (масса вещества до назначения исследования составила 0,853 грамма и после проведения экспертизы составила 0,849г) (л.д.220, 222-223 т.4); - протоколом явки с повинной ФИО1 от 08.09.2016, в котором он сообщил о том, что в первой декаде декабря 2015 года сделал «закладку» с наркотическим средством под большим камнем у ворот &lt;адрес&gt; (л.д. 231 т.4); - протоколом проверки показаний на месте обвиняемого ФИО1 от 08.04.2016, согласно которому ФИО1 подтвердил данные им показания, указав на участок местности, где в первой декаде декабря 2015 года сделал «закладку» с наркотическим средством под кирпичом находящимся на земле под номерной табличкой &lt;адрес&gt; (л.д.118-125 т.6); - копией приговора Ковровского городского суда Владимирской области от 11.08.2016 вступившего в законную силу 23.08.2016, из которого следует, что ФИО8 №30 осужден, по ч.1 ст. 228 УК РФ за незаконное приобретение и хранение без цели сбыта наркотического средства смеси пирролидиновалерофенон (РVР), который является производным наркотического средства N-метилэфедрона, в значительном размере массой не менее 0,853г из «закладки» у &lt;адрес&gt;.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Вина ФИО1 по факту приготовления к сбыту наркотического средства 26.01.2016 подтверждается следующими доказательствами. - рапортом об обнаружении признаков преступления от 26.01.2016, согласно которому в указанную дату на &lt;адрес&gt; был задержан ФИО1 &lt;дата&gt; г.р. при проведении личного досмотра которого у последнего было обнаружено и изъято наркотическое средство в крупном размере (л.д.4 т.5); - протоколом личного досмотра от 26.01.2016, согласно которому у ФИО1 в указанную дату в 23 час. 40 мин. было изъято, в том числе 12 полимерных пакетиков с веществом белого цвета и банковская карта «БИНБАНК (л.д.15 т.5); - справкой об исследовании №74 от 27.01.2016, согласно которой 1) вещества растительного происхождения, обнаруженные и изъятые у ФИО1 26.01.2016 при личном досмотре являются смесями, содержащими в своем составе метил-3,3-диметил-2-[1-(5-фторпентил)-1Н-индазол-3-илкарбоксамидо]бутаноат (MDMB(N)-2201), который является производным наркотического средства – метилового эфира 3-метил-2-(1-пентил-1Н-индазол-3-карбоксамидо) бутановой кислоты общей массой 2,866г; 2) кристаллические вещества, обнаруженные и изъятые у ФИО1 26.01.2016 при личном досмотре являются смесями, содержащими в своем составе пирролидиновалерофенон (PVP), который является производным наркотического средства N-метилэфедрона, общей массой 4,972г. В ходе исследования израсходовано по 0,020 грамма растительных веществ и по 0,010г кристаллических веществ (л.д.17-18 т.5); - заключением эксперта №688 от 21.03.2016, согласно которому предоставленные на экспертизу: 1) вещества растительного происхождения из двух пакетов (№1 и №2) являются смесями, содержащими в своем составе метил-3,3-диметил-2-[1-(5-фторпентил)-1Н-индазол-3-илкарбоксамидо] бутаноат (MDMB(N)-2201), который является производным наркотического средства – метилового эфира 3-метил-2-(1-пентил-1Н-индазол-3-карбоксамидо) бутановой кислоты; масса веществ 2,826г. (на момент начала производства экспертизы составила 1,573г и 1,253 г соответственно, при проведении экспертизы израсходовано по 0,010г растительного вещества из каждого пакета); 2) порошкообразные вещества из двенадцати пакетов № 3-№14 являются смесями, содержащими в своем составе пирролидиновалерофенон (PVP), который является производным наркотического средства N-метилэфедрона; масса веществ 4,852г.; массы веществ на момент начала производства экспертизы составила:0,421г, 0,361г, 0,404г, 0,394г, 0,414г, 0,377г, 0,514г, 0,389г, 0,421г, 0,396г, 0,392г, 0,369г соответственно (при проведении экспертизы израсходовано по 0,002г кристаллического вещества из каждого пакета) (л.д.22-24 т.5); - протоколом осмотра предметов и постановлением о признании и приобщении к уголовному делу вещественных доказательств от 14.04.2016, согласно которым были осмотрены, признаны вещественным доказательством и приобщены к материалам уголовного дела: вещества в 12-ти пакетиках, являющееся смесями, содержащими в своем составе пирролидиновалерофенон (PVP), который является производным наркотического средства N-метилэфедрона,(массы веществ до назначения исследования: 0,431г, 0,371г, 0,414г, 0,404г, 0,424г, 0,387г, 0,524г, 0,399г, 0,431г, 0,406г, 0,402г, 0,379г соответственно), а также 2 пакета с растительным веществом, содержащим в своем составе метил-3,3-диметил-2-[1-(5-фторпентил)-1Н-индазол-3-илкарбоксамидо]бутаноат (MDMB(N)-2201), который является производным наркотического средства – метилового эфира 3-метил-2-(1-пентил-1Н-индазол-3-карбоксамидо)бутановой кислоты (массы веществ до назначения исследования 1,593г и 1,273г соответственно) (л.д. 26-28, 29-30 т.5) - протоколом осмотра места происшествия от 26.01.2016, с фото-таблицей, проведенного с участием КО, согласно которому осмотрены участки местности у домов &lt;№&gt; г.Коврова а КО указал на места где он заложил тайники с наркотическими средствами, входе данного следственного действия обнаружено и изъято 10 свертков с веществом растительного происхождения (л.д.32-43 т.5); - справкой об исследовании №75 от 27.01.2016, согласно которой порошкообразные вещества и вещества растительного происхождения из пакетов, обнаруженных и изъятых 26.01.2016 при проведении осмотра места происшествия на &lt;адрес&gt;, являются смесями, содержащими в своем составе: метил-3,3-диметил-2-[1-(5-фторпентил)-1Н-индазол-3-илкарбоксамидо] бутаноат(MDMB(N)-2201), который является производным наркотического средства – метилового эфира 3-метил-2-(1-пентил-1Н-индазол-3-карбоксамидо) бутановой кислоты; массой 1,374г, 1,821г, 1,640г, 1,745г, 1,746г, 1,460г, 1,348г, 1,526г, 1,723г, 1,506г соответственно (общей массой 15,889г); в ходе исследования израсходовано по 0,020г растительных веществ (л.д.45-46 т.3); - заключением эксперта №689 от 18.03.2016, согласно выводам которого вещества растительного происхождения из пакетов №1-№10 изъятые 26.01.2016 при проведении осмотра места происшествия, являются смесями, содержащими в своем составе: метил-3,3-диметил-2-[1-(5-фторпентил)-1Н-индазол-3-илкарбоксамидо]бутаноат (MDMB(N)-2201), который является производным наркотического средства – метилового эфира 3-метил-2-(1-пентил-1Н-индазол-3-карбоксамидо)бутановой кислоты; массой на момент начала производства экспертизы 1,354г, 1,801г, 1,620г, 1,725г, 1,726г, 1,440г, 1,328г, 1,506г, 1,703г, 1,486г соответственно (общей массой 15,689г); в ходе экспертизы израсходовано по 0,010г растительных веществ (л.д.50-52 т.5); протоколом осмотра предметов и постановлением о признании и приобщении к уголовному делу вещественных доказательств от 14.04.2016, согласно которым были осмотрены, признаны вещественным доказательством и приобщены к материалам уголовного дела 10 пакетов из прозрачного полимерного материала с линейными замками, внутри каждого из которых находятся вещества растительного происхождения - метил-3,3-диметил-2-[1-(5-фторпентил)-1Н-индазол-3-илкарбоксамидо] бутаноат (MDMB(N)-2201), который является производным наркотического средства – метилового эфира 3-метил-2-(1-пентил-1Н-индазол-3-карбоксамидо)бутановой кислоты (общей массой на моени начала исследования 15,889 на момент окончания экспертизы 15,589г) (л.д.54-55, 56 т.5); - протоколом осмотра места происшествия от 26.01.2016, с фото-таблицей, проведенного с участием КО, согласно которому осмотрена &lt;адрес&gt;, участвующий в осмотре К указал на места в квартире где находятся наркотические средства, входе данного следственного действия обнаружено и изъято 7 полимерных пакетов с порошкообразным веществом белого цвета, один сверток из фольги с целлофановым свертком с порошкообразным веществом белого цвета, липкие ленты со следами рук, мобильный телефон «Fly FS501» с IMEI &lt;№&gt; и IMEI 2: &lt;№&gt; (л.д.58-66 т.5); - справкой об исследовании №77 от 27.01.2016, согласно которой порошкообразные вещества из пакетов 1-7, обнаруженные и изъятые 26.01.2016 при проведении осмотра места происшествия в кв.&lt;адрес&gt;, являются смесями, содержащими в своем составе пирролидиновалерофенон (PVP), который является производным наркотического средства N-метилэфедрона, общей массой 2,616г (0,382г, 0,362г, 0,377г, 0,368г, 0,372г, 0,384г, 0,371г соответственно); в ходе исследования израсходовано по 0,005г веществ (л.д.68-69 т.5);. - заключением эксперта №686 от 17.03.2016, согласно выводам которого порошкообразные вещества в 7 пакетах, обнаруженных и изъятых 26.01.2016 при проведении осмотра места происшествия в &lt;адрес&gt;, являются смесями, содержащими в своем составе пирролидиновалерофенон (PVP), который является производным наркотического средства N-метилэфедрона, общей массой 2,581г, (0,377г, 0,357г, 0,372г, 0,363г, 0,367г, 0,379г, 0,366г соответственно).; в ходе экспертизы израсходовано по 0,005г веществ (л.д.73-75 т.5); - протоколом осмотра предметов и постановлением о признании и приобщении к уголовному делу вещественных доказательств от 14.04.2016, согласно которым были осмотрены, признаны вещественным доказательством и приобщены к материалам уголовного дела 7 пакетов из прозрачного полимерного материала с линейными замками, внутри каждого из которых находятся порошкообразные вещества смеси содержащие в своем составе пирролидиновалерофенон (PVP), который является производным наркотического средства N-метилэфедрона, массой до начала исследования 0,382г, 0,362г, 0,377г, 0,368г, 0,372г, 0,384г, 0,371г0,382г, 0,362г, 0,377г, 0,368г, 0,372г, 0,384г, 0,371г (общей массой 2,616г), массой после проведения экспертизы 0,372г, 0,352г, 0,363г, 0,358г, 0,362г, 0,374г, 0,361г (общая масса 2,546г) (л.д.77-78, 79-80 т.5); - справкой об исследовании №76 от 27.01.2016, согласно которой порошкообразное вещество, обнаруженное и изъятое 26.01.2016 при проведении осмотра места происшествия в &lt;адрес&gt;, является смесью, содержащей в своем составе пирролидиновалерофенон (PVP), который является производным наркотического средства N-метилэфедрона, (массой 1,134г); входе исследования израсходовано 0,005г вещества л.д.83-84 т.5); - заключением эксперта №687 от 18.03.2016, согласно которому порошкообразное вещество, изъятое 26.01.2016 при проведении осмотра места происшествия в &lt;адрес&gt;, является смесью, содержащей в своем составе пирролидиновалерофенон (PVP), который является производным наркотического средства N-метилэфедрона, массой да начала экспертизы 0,129г; в ходе экспертизы израсходовано 0,005г вещества (л.д.88-90 т.5); - протоколом осмотра предметов и постановлением о признании и приобщении к уголовному делу вещественных доказательств от 14.04.2016, согласно которым был осмотрен, признан вещественным доказательством и приобщен к материалам уголовного дела 1 сверток из фольги, внутри которого находится порошкообразное вещество которое является смесью, содержащей в своем составе пирролидиновалерофенон (PVP), который является производным наркотического средства N-метилэфедрона; массой до начала исследования 0,134г после проведения экспертизы 0,124г (л.д.92-93, 94-95 т.5); По всем преступлениям вина ФИО1 подтверждается следующими доказательствами: Из показаний свидетеля ФИО8 №33 – жены подсудимого ФИО1, данных ею на предварительном следствии и оглашенных в судебном заседании в связи с отказом от дачи показаний на основании ст. 51 Конституции РФ следует, что с ноября 2015 года они проживают в съемной квартире по адресу: &lt;адрес&gt;. В сентябре 2015 года увидела у К какие-то вещества с полимерных пакетиках, последний рассказал, что занимается распространением наркотических веществ на территории &lt;адрес&gt;, забирает «большие закладки», после чего раскладывает «клады», т.е. закладки наркотических средств. О месте закладок сообщает кому-то в сети Интернет, за это ему переводят денежные средства - 100 рублей за один адрес закладки. В конце ноября – начале декабря 2015 года решила также зарабатывать деньги и в сети «Интернет» связалась со связным, в этом ей помог К. С ней впоследствии связался оператор, представившийся «Геной». После этого «Гена» присылал сообщения о том, как нужно закладывать «клады», как ему передавать информацию с описанием мест, где заложен наркотик, условия оплаты. Они договорились о том, что он будет перечислять денежные средства в сумме 100 рублей за 1 закладку, также попросил дать ему реквизиты банковской карты, на которою он будет перечислять «заработную плату» и номер телефона, чтобы он мог с ней связаться. Она ему скинула номер своей банковской карты «Сбербанк», после этого стала также распространять наркотические средства путем «закладок», как и ее муж К. Иногда они вместе делали с К «закладки», однако те «закладки», которые К показал после его задержания сотрудниками полиции, он делал отдельно от нее. Эпизоды преступлений, по которым К привлекается к уголовной ответственности, он совершил один, без ее участия. После задержания К часть наркотических средств, которые он приготовил к сбыту была изъята у них дома (л.д.214-217 т.5). Из показаний свидетеля ФИО8 №34 – знакомого подсудимого ФИО1, данных им на предварительном следствии и оглашенных в судебном следствии с согласия сторон, следует, что с К познакомился примерно в октябре 2015 года, последний ранее работал вместе с его (ФИО8 №34) сожительницей в пиццерии «То-то», расположенной около вокзала &lt;адрес&gt;. Он (ФИО8 №34) у К приобретал наркотическое средство «спайс», которое употреблял с частотой 3-4 раза в неделю. Прекратил употреблять наркотики после задержания К сотрудниками полиции за совершенные им преступления связанные с незаконным оборотом наркотических средств. Примерно в декабре 2015 года он (ФИО8 №34) вместе со своей сожительницей находился в гостях у К и его жены ФИО8 №33, по адресу: &lt;адрес&gt;. В ходе ФИО8 №29 К и ФИО8 №33 рассказали, что они практически не прикладывая никакого труда зарабатывают много денег. Его это заинтересовало и он поинтересовался, чем они занимаются. Тогда К пояснил, что примерно с сентября 2015 года он занимался незаконным сбытом наркотических средств, бесконтактным способом, посредством закладок, оставленных в различных местах &lt;адрес&gt;. То есть он забирал наркотическое средство большой партией у неизвестного ему лица, оставленной также в каком-нибудь месте в &lt;адрес&gt;, посредством закладки. После этого его задачей было данное наркотическое средство по одному-двум сверткам перепрятывать в других местах. О местах произведенных им закладок он сразу же посредством мобильного телефона сообщал своему оператору по имени «Гена». За каждую произведенную им закладку, на его банковскую карту ему перечисляли денежные средства в размере 100 рублей. Кроме этого К пояснил, что его жена Галя также раскладывает закладки с наркотическим средство с целью их сбыта (л.д.220-222 т.5). Из показаний свидетеля ФИО8 №35 – знакомой подсудимого ФИО1, данных ею на предварительном следствии и оглашенных в судебном следствии с согласия сторон, следует, что с К познакомилась на работе, вместе работали в пиццерии «То-То», откуда в конце сентября 2015 года К уволился. Впоследствии она познакомила К со своим сожителем ФИО8 №34, после чего они стали вчетвером общаться. Примерно в декабре 2015 года вместе с ФИО8 №34 находилась в гостях у К и его жены ФИО8 №33, по адресу: &lt;адрес&gt;. В ходе ФИО8 №29 К и ФИО8 №33 рассказали, что они практически не прикладывая никакого труда зарабатывают много денег. ФИО8 №34 это заинтересовало и он поинтересовался, чем они занимаются. Тогда К пояснил, что примерно с сентября 2015 года он занимается незаконным сбытом наркотических средств, бесконтактным способом, посредством закладок, оставленных в различных местах &lt;адрес&gt;. То есть он забирал наркотическое средство большой партией у неизвестного ему лица, оставленной также в каком-нибудь месте в &lt;адрес&gt;, посредством закладки. После этого его задачей было данное наркотическое средство по одному-двум сверткам перепрятывать в других местах. О местах произведенных им закладок он сразу же посредством мобильного телефона сообщал своему оператору по имени «Гена». За каждую произведенную им закладку, на его банковскую карту ему перечисляли денежные средства в размере 100 рублей. Кроме этого К пояснил, что его жена Галя также раскладывает закладки с наркотическим средством с целью их сбыта. Как ей стало известно, К раскладывал закладки каждый день. Один раз К похвастался, что за день сделал 80 закладок с наркотическими средствами. После этого К предложил ФИО8 №34 попробовать наркотическое средство «спайс», последний согласился и К принес из комнаты один полиэтиленовый пакет с линейным замком, в котором находилось вещество растительного происхождения, представляющее собой измельченные части растений зеленого, красного цвета. Далее К взял сигареты, выпотрошил из нее табак и засыпал туда спайс, после чего дал ФИО8 №34 покурить. От выкуренной сигареты ФИО8 №34 стало плохо. После этого несколько раз в неделю они стали ходить к К в гости. Иногда ФИО8 №34 приобретал у К спайс для личного потребления один пакетик за 1000 рублей. Кроме этого К разрешал ФИО8 №34 употребить данный наркотик у себя дома на кухне (л.д.225-227 т.1). ФИО8 ФИО8 №21 - оперуполномоченный ОУР МО МВД России «Ковровский» - в судебном следствии пояснил, что 26.01.2016 на &lt;адрес&gt; был задержан ФИО1 который занимался распространением наркотических средств путем закладок, то есть делал тайник с наркотическим средством, в последствии данный тайник он описывал, через интернет или электронную почту отправлял адрес с закладкой неустановленному лицу. Данное неустановленное лицо высылало адрес с закладкой покупателю, покупатель приходил на место и забирал наркотическое средство. На момент задержания у ФИО1 имелось при себе наркотическое средство, так же он сообщил, что у него дома имеются наркотические вещества, поэтому проехали к нему по адресу &lt;адрес&gt;, квартиру не помнит. После чего ФИО1 было предложено показать, где у него хранятся наркотические вещества. На проведение осмотра ФИО1 согласился добровольно. Было изъято 6-7 пакетиков с наркотическими веществами, а также один сверток из фольги. В комнате изъяли пакетики, а сверток изъяли на кухне. Наркотические средства были спрятаны в комоде с детскими вещами. После этого проследовали в УВД, где в присутствии понятых проводился личный досмотр ФИО1, в ходе которого также были изъяты наркотические средства. Когда его задержали, он сразу сказал, что сделал несколько закладок, после чего сразу же прошли по данному частному сектору и изъяли наркотические вещества по местам закладок. В ходе личного досмотра у ФИО1 изымался телефон, также изымались телефоны, которые находились у него дома, в которых непосредственно имелась переписка с тайниками, которые он (К) делал ранее. Давление на ФИО1 не оказывалось, он все выдал добровольно. ФИО1 ничего не скрывал, рассказывал, что осуществил ряд закладок, давал признательные показания, но с его помощью не смогли выйти на лицо, на которое он работал. Он говорил, что через интернет связывался с неким «Геной», который ФИО1 делал закладки в больших объемах с наркотическими веществами по 50 пакетиков, но личного контакта с «Геной» не имел. Со своей стороны ФИО1 сделал все возможное. На тот момент ФИО12 уже был задержан, ФИО1 говорил, что видел, как ФИО12 делает закладки, поэтому с помощью ФИО1 у ФИО12 было выявлено еще несколько эпизодов. Кроме того вина ФИО1 подтверждается : - заключением эксперта №1953 от 01.07.2016, согласно выводам которого, в мобильном телефоне «Fly FS501» имеется переписка посредством приложений «Xabber» и «Kate mobile», а также текстовая информация в приложении «Простой блокнот» (л.д.50-53 т.6); - протоколом осмотра предметов и постановлением о признании и приобщении к уголовному делу вещественных доказательств от 20.08и.2016, согласно которым были осмотрены, признаны вещественным доказательствами и приобщены к материалам уголовного оптический диск и мобильный телефон «Fly FS501» с информацией об адресах сделанных ФИО1 «закладок» с наркотическими средствами на &lt;адрес&gt; (л.д. 55-59, 60 т.6). Показания подсудимого ФИО1, данные им при производства предварительного расследования и оглашенные в судебном заседании, суд считает допустимыми и достоверными доказательствами по уголовному делу, поскольку они получены в строгом соответствии с нормами УПК РФ, согласуются с показаниями свидетелей, письменными доказательствами и не противоречат фактическим установленным обстоятельствам дела. Из материалов дела усматривается, что показания свидетелей в целом последовательны и непротиворечивы. Суд считает, что у них не было оснований для оговора подсудимого, они неоднократно давали аналогичные показания, что указывает на их стабильность и последовательность. Кроме того, показания названных лиц подтверждаются и показаниями подсудимого, а также письменными доказательствами, изложенными выше. Оснований для оговора подсудимого не усматривается. Нарушений норм Уголовно–процессуального закона и закона об оперативно-розыскной деятельности при проведении предварительного следствия и оперативно розыскных мероприятий не установлено. В ходе предварительного следствия ни от ФИО1, ни от его защитника не поступало заявлений о применении каких-либо недозволенных методов ведения следствия или оказания давления со стороны следователя. В ходе предварительного следствия ФИО1 от адвоката не отказалась, о том, что тот выступает на стороне обвинения, не заявляла. Нет в деле и данных, указывающих о заинтересованности сотрудников полиции, следователя, прокуратуры в умышленной фальсификации доказательств виновности ФИО1 в совершении преступлений. Об умысле ФИО1 на сбыт наркотических средств группой лиц по предварительному сговору, свидетельствует приведенные выше показания и письменные доказательства, а так же то, что он независимо от деятельности сотрудников правоохранительных органов, по договоренности с неустановленными следствием лицами, незаконно приобрел, хранил, расфасовывал более крупные партии вышеуказанного наркотического вещества в небольшие удобные для сбыта путем «закладок» упаковки- пакетики, которые помещал в легкодоступные человеку, но неприметные места, о чем сообщал другому неустановленному следствием лицу путем использования сети Интернет, которое в свою очередь сообщало лицам приобретающим наркотические средства, места закладок. То есть, ФИО1 по предварительному сговору с неустановленными следствием лицами, умышленно создавал условия для незаконного сбыта наркотического средства, в значительном и крупных размерах и преступления №№1-11 были доведены до конца, все необходимые действия по передаче наркотика приобретателю были выполнены. За свои соисполнительские действия ФИО1 от неустановленных следствием лиц получал деньги, путем перевода их на счет банковской карты. Сбытом признаются любые способы возмездной, а так же безвозмездной передачи наркотических средств или психотропных веществ другим лицам. Ответственность лица за сбыт наркотического средства наступает независимо от его размера. О крупном размере свидетельствует количество наркотических средств: по преступлениям №1 от 30.09.2015 и №3 21.10.2015 - N-(1карбамоил-2-метилпропил)-1-циклогексилметил-1Н-индазол-3-карбоксамид (АВ-PINACA-CHM), которая является производным наркотического средства N-(1-карбамоил-2-метилпропил)-1-пентил-1Н-индазол-3-карбоксамида, массой не менее 1, 321 г и 1,333г соответственно, что в каждом случае больше 0,25г и меньше 500г; по преступлению №2 от 05.10.2015 - N-(1-карбамоил-2-метилпропил)-1-(циклогексилметил)-1Н-индазол-3-карбоксамид (тривиальные названия: АВ-PINACA-CHM, MBA (N)-CHM) - производное наркотического средства N-(1-карбамоил-2-метилпропил)-1-пентил-1Н-индазол-3-карбоксамида (тривиальное название АВ-PINACA), общей массой 0,39г, что больше 0,25г и меньше 500 г; по преступлениям №4 от 02.11.2015, №6 от 07.12.2015, №7 от 07.12.2015, №8 от 07.12.2015, №9 от 08.12.2015, №10 от 10.12.2015 - метил-3-метил-2-[1-(5-фторпентил)-1Н-индазол-3-илкарбоксамидо]бутаноат (ММВ(N)-2201), а также метил-3,3-диметил-2-[1-(5-фторпентил)-1Н-индазол-3-илкарбоксамидо] бутаноат (МDМВ(N)-2201), который является производным наркотического средства - метилового эфира 3-метил-2-(1-пентил-1Н-индазол-3-карбоксамидо) бутановой кислоты, массой: 1,055г, 1,715г, 1,707г, 1,438г, 0,815г, 1,73г соответственно, что в каждом случае больше 0,25г и меньше 500г. По преступлению №11 от 11.12.2015 о значительном размере свидетельствует количество наркотического средства пирролидиновалерофенон (РVР), который является производным наркотического средства N-метилэфедрона общей массой 0,853г, что больше 0,2г и меньше 1 г. В прениях государственный обвинитель полагал необходимым квалифицировать действия подсудимого ФИО1 по эпизоду №12 от 26.01.2016 по ч.1 ст. и п. «г» ч.4 ст. 228.1 УК РФ , как приготовление к незаконному сбыту наркотических средств, совершенное группой лиц по предварительному сговору, в крупном размере, с чем защитник полностью согласился. Изменение объема обвинения в сторону смягчения является обоснованным, улучшает положение подсудимого и в силу ч.7, ч.8 ст. , ст. 252 УПК РФ является обязательным для суда. ФИО1 совершил приготовление к незаконному сбыту наркотических средств, группой лиц по предварительному сговору, о чем свидетельствует, то, что он в период с сентября 2015 года, но не позднее 26.01.2016 (точное время следствием не установлено) забрал по договоренности с неустановленными соучастниками партию наркотических средств, которую перевез по своему месту жительства, расфасовал и хранил с целью сбыта, в период времени с 21.01.2016, но не позднее 26.01.2016 (точное время следствием не установлено) ФИО1 заложил по тайникам – «закладкам», расположенным у домов &lt;адрес&gt;, наркотические средства смеси, о чем сообщил неустановленному следствием соучастнику, тем самым приготовив их к незаконному сбыту, однако преступление не было доведено до конца по независящим от подсудимого обстоятельствам, поскольку ФИО1 был задержан сотрудниками полиции, а наркотические средства смеси в тот же день были изъяты, в том числе и находящиеся при подсудимом. Тем самым преступная деятельность ФИО1 была пресечена при подготовке им к сбыту наркотических средств. О крупном размере свидетельствует количество изъятого наркотического средства: смесь, содержащая в своем составе метил-3,3-диметил-2-[1-(5-фторпентил)-1Н-индазол-3-илкарбоксамидо]бутаноат (MDMB(N)-2201), которые являются производным наркотического средства – метилового эфира 3-метил-2-(1-пентил-1Н-индазол-3-карбоксамидо)бутановой кислоты общей массой 18,755г что больше 0,25г и меньше 500г; смесь, содержащая в своем составе пирролидиновалерофенон (PVP), который является производным наркотического средства N-метилэфедрона, общей массой 7,588 г, что больше 1 г но меньше 200 г. Оценивая каждое доказательство с точки зрения его относимости, допустимости, достоверности, а все собранные доказательства в совокупности – с точки зрения достаточности для разрешения уголовного дела, суд признает вину подсудимого ФИО1 в совершении преступлений доказанной и квалифицирует его действия следующим образом: по преступлению №1 от 30.09.2015 по п. «г» ч.4 ст. 228.1 УК РФ - незаконный сбыт наркотических средств, совершенный группой лиц по предварительному сговору, в крупном размере; по преступлению №2 от 05.10.2015 по п. «г» ч.4 ст. 228.1 УК РФ - незаконный сбыт наркотических средств, совершенный группой лиц по предварительному сговору, в крупном размере; по преступлению №3 от 21.10.2015 по п. «г» ч.4 ст. 228.1 УК РФ - незаконный сбыт наркотических средств, совершенный группой лиц по предварительному сговору, в крупном размере; по преступлению №4 от 02.11.2015 по п. «г» ч.4 ст. 228.1 УК РФ - незаконный сбыт наркотических средств, совершенный группой лиц по предварительному сговору, в крупном размере; по преступлению №5 от 10.11.2015 по п. «а» ч.3 ст. 228.1 УК РФ - незаконный сбыт наркотических средств, совершенный группой лиц по предварительному сговору; по преступлению №6 от 07.12.2015 (приобретатель ФИО8 №16) по п.«г» ч.4 ст. 228.1 УК РФ - незаконный сбыт наркотических средств, совершенный группой лиц по предварительному сговору, в крупном размере; по преступлению №7 от 07.12.2015 (приобретатель ФИО8 №3) по п.«г» ч.4 ст. 228.1 УК РФ - незаконный сбыт наркотических средств, совершенный группой лиц по предварительному сговору, в крупном размере; по преступлению №8 от 07.12.2015 (приобретатель ФИО8 №20) по п.«г» ч.4 ст. 228.1 УК РФ - незаконный сбыт наркотических средств, совершенный группой лиц по предварительному сговору, в крупном размере; по преступлению №9 от 08.12.2015 по п. «г» ч.4 ст. 228.1 УК РФ - незаконный сбыт наркотических средств, совершенный группой лиц по предварительному сговору, в крупном размере; по преступлению №10 от 10.12.2015 по п. «г» ч.4 ст. 228.1 УК РФ - незаконный сбыт наркотических средств, совершенный группой лиц по предварительному сговору, в крупном размере; по преступлению №11 от 11.12.2015 по п.п. «а,б» ч.3 ст. 228.1 УК РФ - незаконный сбыт наркотических средств, совершенный группой лиц по предварительному сговору, в значительном размере; по преступлению №12 от 26.01.2016 по ч.1 ст. и п. «г» ч.4 ст. 228.1 УК РФ – приготовление к незаконному сбыту наркотических средств, совершенное группой лиц по предварительному сговору, в крупном размере. Согласно заключению комиссии экспертов от №740 от 26.04.2016 ФИО1 каким-либо психическим расстройством не страдает. В период совершения инкриминируемых деяний у него не было какого-либо временного психического расстройства. Таким образом, в период совершения инкриминируемых деяний ФИО1 мог осознавать фактический характер и общественную опасность своих действий и руководить ими, правильно воспринимать обстоятельства, имеющие значение для дела, и давать о них показания. В принудительных мерах медицинского характера подэкспертный не нуждается. Наркотической зависимостью ФИО1 не страдает, в лечебных мероприятиях не нуждается (л.д. 128-129 т.7). Учитывая поведение подсудимого на предварительном следствии и в судебном заседании, характеризующий материал в отношении него, а также заключение экспертов №740 26.04.2016, оснований не доверять которому нет, суд признаёт ФИО1 вменяемым в отношении инкриминируемых ему деяний. При назначении наказания суд учитывает требования ст.ст. , , , 62 УК РФ , характер и степень общественной опасности содеянного, данные о личности подсудимого, обстоятельства, смягчающие его наказание, влияние назначенного наказания на исправление и условия жизни его семьи, в том числе малолетнего ребенка. ФИО1 ранее не судим, к административной ответственности не привлекался, на учетах у нарколога и психиатра не состоит, по месту жительства характеризуется положительно. Вместе с тем, ФИО1, в составе группы лиц по предварительному сговору, совершил 11-ть преступлений особой тяжести против здоровья населения и общественной нравственности связанные со сбытом наркотических средств в значительном и крупных размерах и имеющих повышенную степень общественной опасности, а также приготовление к совершению преступления особой тяжести, связанного со сбытом наркотических средств в крупном размере, за каждое из которых предусмотрено безальтернативное наказание в виде лишения свободы на длительный срок. Суд признает в качестве обстоятельств, смягчающих наказание подсудимого ФИО1 полное признание вины, наличие малолетнего ребенка, 22.08.2015г.р. (л.д.110 т.7), явки с повинной по преступлениям №1 от 30.09.2015, №2 от 05.10.2015, №4 от 02.11.2015, №5 от 10.11.2015, №8 от 07.12.2015, №9 от 08.12.2015, №10 от 10.12.2015, №10 от 10.12.2015 (л.д.112, 226 т.2, л.д.33 т.3, л.д.194, 231 т.4, л.д.62, 64, 66 т.6). Так же суд признает в качестве обстоятельств, смягчающих наказание подсудимого ФИО1 по всем преступлениям активное способствование раскрытию и расследованию преступлений выразившееся в том, что он изначально давал правдивые и подробные показания, не отрицал факт совершения преступлений, сообщил ранее не известную и иную информацию имеющую значение для расследования преступления, с его участием проводились протоколы проверок показаний на месте, также это подтверждается показаниями опреуполномоченного полиции ФИО8 №21 (л.д.106-114, 118-125, 98-103, 93-95 т.6, л.д.58-66 т.5). Обстоятельств, отягчающих наказание ФИО1, судом не установлено. Основания для постановления приговора без назначения наказания или освобождения ФИО1 от наказания не имеется. С учетом фактических обстоятельств совершенных ФИО1 в составе группы лиц по предварительному сговору преступлений особой тяжести, высокой степени их общественной опасности, суд не усматривает оснований для изменения категории каждого из преступлений на менее тяжкую, в соответствии с ч.6 ст. 15 УК РФ . Учитывая изложенные обстоятельства в их совокупности, наличие смягчающих и отсутствие отягчающих наказание обстоятельств, состояние здоровья подсудимого, данные о его личности, молодой возраст, отношение к содеянному, характер и степень общественной опасности совершенных ФИО1 преступлений особой тяжести, в области незаконного оборота наркотических средств, их количество, количество изъятого из оборота наркотического средства, обстоятельства, в силу которых одно из преступлений не было доведено до конца, роли ФИО1 в совершенном, вредные последствия для лиц которыми наркотические средства были приобретены, суд приходит к выводу о том, что исправление подсудимого без изоляции от общества невозможно, поэтому назначает ему наказание в виде реального срока лишения свободы, без применения положений ст. 73 УК РФ регламентирующих условное осуждение, поскольку названное наказание будет соответствовать цели восстановления социальной справедливости, задачам охраны прав и свобод человека и гражданина, общественного порядка и общественной безопасности от преступных посягательств, предупреждения совершения новых преступлений, а также в достаточной мере будет соответствовать цели исправления осужденного. С учетом смягчающих обстоятельств, при отсутствии отягчающих, суд полагает возможным не назначать ФИО1 дополнительное наказание: в виде штрафа и ограничения свободы, как предусматривает санкция ч.3 ст. 228.1 УК РФ , а также в виде лишения права занимать определенные должности или заниматься определенной деятельностью и штрафа как предусматривает санкция ч.4 ст. 228.1 УК РФ . При назначении ФИО1 наказания в виде лишения свободы, за совершение преступления, предусмотренного ч.1 ст. и п. «г» ч.4 ст. 228.1 УК РФ , суд руководствуется правилами, предусмотренными ч.2 ст. , ч.1 ст. 62 УК РФ , кроме того суд учитывает положения ст. 61 УК РФ и поскольку применение указанных норм общей части приводит к необходимости назначения наказания ниже нижнего предела предусмотренного санкцией вышеуказанной статьи особенной части уголовного кодекса, ссылка на применение ст. 64 УК РФ не требуется. При назначении ФИО1 наказания в виде лишения свободы, за совершение 9-ти преступлений предусмотренных п. «г» ч.4 ст. 228.1 УК РФ и 2-х преступлений, предусмотренных ч.3 ст. 228.1 УК РФ , суд руководствуется правилами, предусмотренными ч.1 ст. 62 УК РФ , кроме того суд учитывает положения ст. 61 УК РФ . Оснований для применения положений ст. 64 УК РФ суд не усматривает, в том числе и по тому, что отсутствуют обстоятельства, существенно уменьшающие степень и общественную опасность совершенных преступлений. Окончательное наказание ФИО1 надлежит назначить по правилам ч.3 ст. 69 УК РФ , путем частичного сложения, оснований для применения принципа полного сложения наказаний суд, не усматривает. Оснований для замены наказания в виде лишения свободы принудительными работами, в порядке установленном ст. 53.1 УК РФ суд, не имеет и не усматривает. Оснований для постановления приговора с освобождением ФИО1 от наказания не имеется. ФИО1 осуждается за совершение особо тяжких преступлений, ранее лишение свободы не отбывал, а значит в силу п. «в» ч.1 ст. 58 УК РФ наказание ему надлежит отбывать в исправительной колонии строгого режима. В материалах дела отсутствуют сведения, в том числе и медицинские, о том, что у ФИО1 имеются заболевания препятствующие содержанию под стражей и отбыванию наказания в виде лишения свободы. Меру пресечения в отношении ФИО1 надлежит избрать в виде заключения под стражу, с исчислением срока наказания с даты его задержания, с зачетом времени содержания под стражей по рассматриваемому уголовному делу. Признанные по делу в качестве вещественных доказательств: 1) находящиеся на хранении в камере вещественных доказательств МО МВД России «Ковровский», ЛОП «Муром» наркотические средства: N-(1карбамоил-2-метилпропил)-1-циклогексилметил-1Н-индазол-3-карбоксамид (АВ-PINACA-CHM), которая является производным наркотического средства N-(1-карбамоил-2-метилпропил)-1-пентил-1Н-индазол-3-карбоксамида, массой 1, 321г, 1,333г; N-(1-карбамоил-2-метилпропил)-1-(циклогексилметил)-1Н-индазол-3-карбоксамид (тривиальные названия: АВ-PINACA-CHM, MBA (N)-CHM) - производное наркотического средства N-(1-карбамоил-2-метилпропил)-1-пентил-1Н-индазол-3-карбоксамида (тривиальное название АВ-PINACA), массой 0,39г; метил-3-метил-2-[1-(5-фторпентил)-1Н-индазол-3-илкарбоксамидо] бутаноат (ММВ(N)-2201), а также метил-3,3-диметил-2-[1-(5-фторпентил)-1Н-индазол-3-илкарбоксамидо] бутаноат (МDМВ(N)-2201), который является производным наркотического средства - метилового эфира 3-метил-2-(1-пентил-1Н-индазол-3-карбоксамидо) бутановой кислоты, массой: 1,055г, 1,715г, 1,707г, 1,438г, 0,815г, 1,73г; пирролидиновалерофенон (РVР), который является производным наркотического средства N-метилэфедрона общей массой 0,853г; метил-3,3-диметил-2-[1-(5-фторпентил)-1Н-индазол-3-илкарбоксамидо] бутаноат (MDMB(N)-2201), которые являются производным наркотического средства – метилового эфира 3-метил-2-(1-пентил-1Н-индазол-3-карбоксамидо) бутановой кислоты общей массой 18,755г; пирролидиновалерофенон (PVP), который является производным наркотического средства N-метилэфедрона, массой 7,588г – в соответствии с п.2 ч.3 ст. 81 УПК РФ подлежат уничтожению, по вступлению приговора в законную силу (в случае если не являются вещественными доказательствами по другому уголовному делу); 2) находящиеся на хранении при уголовном деле, мобильный телефон марки «Fly FS501» с сим-картой, банковская карта «БИНБАНК», использовавшиеся ФИО1 для сообщения неустановленному следствием лицу мест «закладок» с наркотическим средством и получения денежного вознаграждения, на основании п.1 ч.3 ст. 81 УПК РФ и п.«г» ч.1 ст. 104.1 УК РФ , надлежит конфисковать и обратить в доход государства; 3) находящийся на хранении в уголовном деле, оптический диск формата CD-R с информацией полученной в ходе проведения компьютерной экспертизы - в соответствии с п.5 ч.3 ст. 81 УПК РФ , надлежит хранить при материалах уголовного дела, в течении всего срока хранения последнего. Процессуальные издержки по оплате услуг адвоката Рынзы А.В. в сумме 10 780 рублей, подлежащие выплате из средств бюджета, необходимо взыскать с ФИО1, поскольку оснований освободить осужденного полностью или частично от уплаты процессуальных издержек суд не усматривает. В судебном заседании ФИО1 разъяснялись его процессуальные права, в том числе положения ст.ст. , , 132 УПК РФ , он согласился оплатить процессуальные издержки связанные с выплатой вознаграждения адвокату. ФИО1 является здоровым, трудоспособным лицом, имущественная несостоятельность осужденного имеет место лишь в настоящее время, его материальное положение изменится, и он будет иметь материальную возможность погасить задолженность перед государством, взыскиваемую с него сумму нельзя признать чрезмерно большой и непомерной для выплаты. На основании изложенного, руководствуясь ст.ст. , - 309 УПК РФ , суд ПРИГОВОРИЛ: ФИО1 признать виновным в совершении 9-ти преступлений предусмотренных п. «г» ч.4 ст. 228.1 УК РФ , преступлений, предусмотренных п. «а» ч.3 ст.228.1, п. «а,б» ч.3 ст. 228.1 , ч.1 ст. и п.«г» ч.4 ст. 228.1 УК РФ и назначить наказание в виде лишения свободы: по п. «г» ч.4 ст. 228.1 УК РФ (преступление №1 от 30.09.2015), к наказанию на срок 12 лет; по п. «г» ч.4 ст. 228.1 УК РФ (преступление №2 от 05.10.2015), к наказанию на срок 11 лет; по п. «г» ч.4 ст. 228.1 УК РФ (преступление №3 от 21.10.2015), к наказанию на срок 12 лет; по п. «г» ч.4 ст. 228.1 УК РФ (преступление №4 от 02.11.2015), к наказанию на срок 12 лет; по п. «а» ч.3 ст. 228.1 УК РФ (преступление №5 от 10.11.2015), к наказанию на срок 9 лет; по п. «г» ч.4 ст. 228.1 УК РФ (преступление №6 от 07.12.2015 приобретатель ФИО8 №16), к наказанию на срок 12 лет; по п. «г» ч.4 ст. 228.1 УК РФ (преступление №7 от 07.12.2015 приобретатель ФИО8 №3), к наказанию на срок 12 лет; по п. «г» ч.4 ст. 228.1 УК РФ (преступление №8 от 07.12.2015 приобретатель ФИО8 №20), к наказанию на срок 12 лет; по п. «г» ч.4 ст. 228.1 УК РФ (преступление №9 от 08.12.2015), к наказанию на срок 11 лет; по п. «г» ч.4 ст. 228.1 УК РФ (преступление №10 от 10.12.2015), к наказанию на срок 12 лет; по п. «а,б» ч.3 ст. 228.1 УК РФ (преступление №11 от 11.12.2015), к наказанию на срок 9 лет 6 месяцев; по ч.1 ст. и п.«г» ч.4 ст. 228.1 УК РФ (преступление №12 от 26.01.2016) к наказанию на срок 6 лет. В соответствие с ч.3 ст. 69 УК РФ по совокупности преступлений, путем частичного сложения наказаний, назначить ФИО1 наказание в виде лишения свободы на срок 17 лет с отбыванием в исправительной колонии строгого режима. Избрать ФИО1 меру пресечения в виде заключения под стражу. Срок наказания ФИО1 исчислять с момента его задержания. Зачесть в срок наказания ФИО1 период содержания под стражей с 27 января по 17 декабря 2016 года. Признанные по делу в качестве вещественных доказательств: 1) находящиеся на хранении в камере вещественных доказательств МО МВД России «Ковровский», ЛОП «Муром» наркотические средства: N-(1карбамоил-2-метилпропил)-1-циклогексилметил-1Н-индазол-3-карбоксамид (АВ-PINACA-CHM), которая является производным наркотического средства N-(1-карбамоил-2-метилпропил)-1-пентил-1Н-индазол-3-карбоксамида, массой 1, 321г, 1,333г; N-(1-карбамоил-2-метилпропил)-1-(циклогексилметил)-1Н-индазол-3-карбоксамид (тривиальные названия: АВ-PINACA-CHM, MBA (N)-CHM) - производное наркотического средства N-(1-карбамоил-2-метилпропил)-1-пентил-1Н-индазол-3-карбоксамида (тривиальное название АВ-PINACA), массой 0,39г; метил-3-метил-2-[1-(5-фторпентил)-1Н-индазол-3-илкарбоксамидо] бутаноат (ММВ(N)-2201), а также метил-3,3-диметил-2-[1-(5-фторпентил)-1Н-индазол-3-илкарбоксамидо] бутаноат (МDМВ(N)-2201), который является производным наркотического средства - метилового эфира 3-метил-2-(1-пентил-1Н-индазол-3-карбоксамидо) бутановой кислоты, массой: 1,055г, 1,715г, 1,707г, 1,438г, 0,815г, 1,73г; пирролидиновалерофенон (РVР), который является производным наркотического средства N-метилэфедрона общей массой 0,853г; метил-3,3-диметил-2-[1-(5-фторпентил)-1Н-индазол-3-илкарбоксамидо] бутаноат (MDMB(N)-2201), которые являются производным наркотического средства – метилового эфира 3-метил-2-(1-пентил-1Н-индазол-3-карбоксамидо) бутановой кислоты общей массой 18,755г; пирролидиновалерофенон (PVP), который является производным наркотического средства N-метилэфедрона, массой 7,588г – уничтожить, по вступлению приговора в законную силу (в случае если не являются вещественными доказательствами по другому уголовному делу); 2) находящиеся на хранении при уголовном деле, мобильный телефон марки «Fly FS501» с сим-картой, банковскую карту «БИНБАНК» - конфисковать и обратить в доход государства; 3) находящийся на хранении в уголовном деле, оптический диск формата CD-R с информацией полученной в ходе проведения компьютерной экспертизы - хранить при материалах уголовного дела, в течении всего срока хранения последнего. Взыскать с ФИО1 в доход федерального бюджета процессуальные издержки, связанные с выплатой вознаграждения адвокату Рынза А.В. за оказание подсудимому юридической помощи в ходе судебного разбирательства, в размере 10 780 (десять тысяч семьсот восемьдесят) рублей. Приговор может быть обжалован в апелляционном порядке во Владимирский областной суд через Ковровский городской суд Владимирской области в течение 10 суток со дня его провозглашения, а осужденным содержащимся под стражей – в тот же срок со дня вручения ему копии приговора. В случае желания осужденного участвовать в рассмотрении уголовного дела судом апелляционной инстанции, ходатайство об этом указывается в его апелляционной жалобе или в возражениях на жалобу, представления, принесенные другими участниками уголовного процесса. Председательствующий подпись В.В. Кузнецов Суд: Ковровский городской суд (Владимирская область) (подробнее) Судьи дела: Кузнецов Вячеслав Владимирович (судья) (подробнее) Последние документы по делу: Постановление от 28 января 2018 г. по делу № 1-88/2017 Постановление от 12 декабря 2017 г. по делу № 1-88/2017 Приговор от 27 сентября 2017 г. по делу № 1-88/2017 Приговор от 14 августа 2017 г. по делу № 1-88/2017 Постановление от 11 августа 2017 г. по делу № 1-88/2017 Приговор от 6 августа 2017 г. по делу № 1-88/2017 Постановление от 18 июля 2017 г. по делу № 1-88/2017 Приговор от 17 июля 2017 г. по делу № 1-88/2017 Приговор от 6 июля 2017 г. по делу № 1-88/2017 Приговор от 25 июня 2017 г. по делу № 1-88/2017 Приговор от 17 мая 2017 г. по делу № 1-88/2017 Постановление от 12 апреля 2017 г. по делу № 1-88/2017 Приговор от 9 апреля 2017 г. по делу № 1-88/2017 Приговор от 28 марта 2017 г. по делу № 1-88/2017 Приговор от 6 февраля 2017 г. по делу № 1-88/2017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