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обвиняемой в совершении преступления, предусмотренного п.п. «в, г»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21 банковский билет Центрального банка Российской Федерации на общую сумму 18200 рублей – оставить у потерпевшего Потерпевший №1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Приговор от 11 декабря 2017 г. по делу № 1-117/2017 Приговор от 7 декабря 2017 г. по делу № 1-117/2017 Приговор от 9 ноября 2017 г. по делу № 1-117/2017 Постановление от 10 октября 2017 г. по делу № 1-117/2017 Приговор от 1 октября 2017 г. по делу № 1-117/2017 Приговор от 28 сентября 2017 г. по делу № 1-117/2017 Постановление от 10 июля 2017 г. по делу № 1-117/2017 Приговор от 21 июня 2017 г. по делу № 1-117/2017 Приговор от 21 марта 2017 г. по делу № 1-117/2017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