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 решение Комиссии Федеральной службы исполнения наказаний России от 12.11.2015г. в протоколе № об отказе ФИО4 ФИО16 в постановке на учет для получения единовременной социальной выплаты для приобретения или строительства жилого помещения;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за ФИО4 ФИО17 право на единовременную социальную выплату для приобретения или строительства жилья;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Комиссию ФСИН России по рассмотрению вопросов предоставления начальникам территориальных органов ФСИН России, образовательных организаций ФСИН России, учреждений, непосредственно подчиненных ФСИН России, а также сотрудникам уголовно-исполнительной системы, проходящим службу в ФСИН России, и в случаях, установленных законодательством Российской Федерации, членам их семей и гражданам Российской Федерации, уволенным со службы в указанных учреждениях и органах, единовременной социальной выплаты для приобретения или строительства жилого помещения произвести постановку ФИО4 ФИО18, ДД.ММ.ГГГГ года рождения, на учет для получения единовременной выплаты с даты подачи рапорта, а именно: с 17 декабря 2013 года. От истца ФИО1, а также от третьего лица ФИО5 поступили ходатайства о рассмотрении дела в их отсутствие. Согласно ст. 167 ГПК РФ суд считает возможным рассмотреть дело при данной явке. В ходе рассмотрения дела от представителя истца ФИО1 - ФИО2 поступило ходатайство о рассмотрении дела в порядке гражданского судопроизводства. Рассмотрев указанное ходатайство, суд приходит к следующему. Статьей 1 Федерального закона от 08.03.2015 № 22-ФЗ введен в действие Кодекс административного судопроизводства Российской Федерации, регулирующий порядок осуществления административного судопроизводства при рассмотрении и разрешении Верховным Судом Российской Федерации, судами общей юрисдикции административных дел о защите нарушенных или оспариваемых прав, свобод и законных интересов граждан, прав и законных интересов организаций, а также других административных дел, возникающих из административных и иных публичных правоотношений и связанных с осуществлением судебного контроля за законностью и обоснованностью осуществления государственных или иных публичных полномочий. Однако, учитывая, что в соответствии с пунктом 1 статьи Гражданского кодекса Российской Федерации гражданские права и обязанности возникают, в частности, из актов государственных органов, споры об осуществлении этих прав, соединенные с требованиями о признании незаконными ненормативных актов органов государственной власти, являющихся основанием либо препятствием для их возникновения, подлежат рассмотрению в порядке гражданского судопроизводства. Из существа сложившихся правоотношений следует, что исковое заявление ФИО1 должно было быть рассмотрено судом не в порядке административного, а в порядке гражданского судопроизводства, ходатайство представителя истца подлежит удовлетворению. В судебном заседании представитель истца ФИО2 исковые требования поддержал в полном объеме, привел доводы, аналогичные содержанию иска, пояснил, что права истца нарушены, просил суд удовлетворить исковые требования. Представитель ответчика УФСИН России по Республике Башкортостан - ФИО3 с иском не согласился, считает, что решение ФСИН по России об отказе постановки ФИО1 на учет для получения единовременной социальной выплаты, законным. Привел доводы, аналогичные содержанию отзыва на иск, пояснил, что истец не предоставил выписку из домовой книги и копию финансово-лицевого счета. Просил в удовлетворении иска отказать полностью. Выслушав представителей истца и ответчика, исследовав материалы гражданского дела и оценив доказательства в их совокупности, суд приходит к следующему. В силу п. 1 ст. 4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от 30.12.2012 г. N 283- ФЗ сотрудник, имеющий общую продолжительность службы в учреждениях и органах не менее 10 лет в календарном исчислении, имеет право на единовременную социальную выплату для приобретения или строительства жилого помещения один раз за весь период государственной службы, в том числе в учреждениях и органах. Согласно ч. 7 названной нормы право на единовременную социальную выплату сохраняется за гражданами Российской Федерации, уволенными со службы в учреждениях и органах с правом на пенсию и принятыми в периодпрохождения службы на учет в качестве имеющих право на получение единовременной социальной выплаты. Порядок и условия предоставления единовременной социальной выплаты определяются Правительством Российской Федерации (п. 6 ст. 4 Закона). Правительством Российской Федерации принято Постановление от 24 апреля 2013 г. N 369, которым утверждены Правила предоставления единовременной социальной выплаты для приобретения или строительства жилого помещения сотрудникам учреждений и органов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Единовременная социальная выплата предоставляется по решению руководителя федерального органа исполнительной власти или уполномоченного им руководителя, которое оформляется приказом с указанием размера единовременной социальной выплаты, рассчитанного на день принятия соответствующего решения. К федеральным органам исполнительной власти в целях настоящих Правил относятся Министерство Российской Федерации по делам гражданской обороны, чрезвычайным ситуациям и ликвидации последствий стихийных бедствий, Федеральная служба исполнения наказаний, Федеральная служба Российской Федерации по контролю за оборотом наркотиков и Федеральная таможенная служба (п. 3 Правил). Согласно п. 7 Правил решение о принятии (об отказе в принятии) сотрудника на учет для получения единовременной выплаты принимается комиссией не позднее чем через три месяца после подачи сотрудником заявления и документов, предусмотренных п. 5 настоящих Правил. Приказом ФСИН России от 29.08.2013 г. № 796 утвержден Порядок формирования и работы комиссий учреждений уголовно-исполнительной системы по рассмотрению вопросов предоставления сотрудникам учреждений и органов уголовно-исполнительной системы и в случаях, установленных законодательством Российской Федерации, членам их семей и гражданам Российской Федерации, уволенным со службы в учреждениях и органах уголовно-исполнительной системы, единовременной социальной выплаты для приобретения или строительства жилого помещения. В соответствии с п. 7-11 данного Порядка в целях своевременного, полного и объективного рассмотрения вопросов предоставления сотрудникам и гражданам единовременной выплаты в учреждениях и органах УИС, создается комиссия ФСИН России по рассмотрению вопросов предоставления сотрудникам учреждений и органов УИС... единовременной социальной выплаты (далее ЕСВ) для приобретения или строительства жилого помещения (далее - Комиссия ФСИН России), которая принимает решение о постановке сотрудников и граждан на учет для получения единовременной выплаты, либо об отказе в указанной постановке на учет и снятии с него; комиссии территориальных органов ФСИН России по рассмотрению вопросов предоставления сотрудникам территориальных органов ФСИН России... единовременной социальной выплаты для приобретения или строительства жилого помещения (далее -Территориальные подкомиссии), которые в том числе принимают документы для получения единовременной выплаты и проводят проверку представленных документов на предмет соответствия перечню, определенному в Правилах, а также установленному порядку их оформления втечение 15 рабочих дней со дня регистрации рапорта, заявления. При выявлении недостатков в вышеуказанных документах территориальные подкомиссии возвращают их сотрудникам и гражданам с указанием в письменном виде причин возврата. Из материалов дела следует, что истец ФИО1, ДД.ММ.ГГГГ г.р., майор внутренней службы, является заместителем начальника ФКУ СИЗО-1 ГУФСИН России по Республике Башкортостан. В целях реализации своего права на получение единовременной социальной выплаты для приобретения или строительства жилого помещения 17.12.2013г. он обратился в территориальную подкомиссию УФСИН России по РБ с заявлением о предоставлении единовременной социальной выплаты для приобретения жилого помещения. Согласно выписке из протокола № от 20 января 2014 года заседания территориальной подкомиссии ГУ ФСИН России по рассмотрению заявлений на предоставление единовременной социальной выплаты, постановлено направить в Комиссию ФСИН России для принятия на учет для получения единовременной социальной выплаты документы ФИО1 на состав семьи 3 человека. Согласно выписке из протокола № от 12 ноября 2015 года заседания комиссии ФСИН России по рассмотрению вопросов предоставления начальникам территориальных органов ФСИН России, образовательных организаций ФСИН России, учреждений, непосредственно подчиненных ФСИН России, а также сотрудникам уголовно-исполнительной системы, проходящим службу в ФСИН России, и в случаях, установленных законодательством Российской Федерации, членам их семей и гражданам Российской Федерации, уволенным со службы в указанных учреждениях и органах уголовно исполнительной системы, единовременной социальной выплаты для приобретения или строительства жилого помещения (далее - комиссия ФСИН России) о рассмотрении рапортов (заявлений) и документов для постановки граждан на учет для получения единовременной социальной выплаты, истцу ФИО1 отказано в постановке на учет для получения единовременной социальной выплаты в связи с отсутствием обязательных документов, предусмотренных п. 5 Правил, утвержденных постановлением Правительства Российской Федерации от 24.04.2013 № Выписка из протокола № комиссии ФСИН России от 12.11.2015 г. подписана заместителем председателя комиссии ФСИН России ФИО19, секретарем комиссии ФСИН России ФИО20. Согласно справке, выданной истцу ФИО1 17.12.2013г. и подписанной секретарем комиссии ФИО21 документы необходимые при рассмотрении вопроса о принятии на учет для получения единовременной социальной выплаты на приобретение или строительство жилого помещения в соответствии с постановлением Правительства Российской Федерации от 24.04.2013 № 369 «О предоставлении единовременной социальной выплаты для приобретения или строительства жилого помещения сотрудникам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и таможенных органов Российской Федерации», приняты 17.12.2013г. В соответствии с п. 10.2 «Порядка формирования и работы комиссий учреждений и органов уголовно-исполнительной системы по рассмотрению вопросов предоставления сотрудникам учреждений и органов уголовно-исполнительной системы и в случаях, установленных законодательством Российской Федерации, членам их семей и гражданам Российской Федерации, уволенным со службы в учреждениях и органах уголовно-исполнительной системы, единовременной социальной выплаты для приобретения или строительства жилого помещения» (действовали до 16.10.2014 г.) подкомиссия ГУ ФСИН России по Республике Башкортостан обязана была в течение 15-ти рабочих дней со дня регистрации рапорта провести проверку представленных ФИО1 документов на предмет соответствия перечню, определенному в Правилах, а также установленному порядку их оформления, а при выявлении недостатков в вышеуказанных документах возвратить истцу с указанием в письменном виде причин возврата. Тем не менее, в нарушение действующих Правил и Порядка территориальная подкомиссия ненадлежащим образом проверила представленные истцом документы и не возвратила их для устранения недостатков, а направила в Комиссию ФСИН России, которая отказала истцу в постановке на учет по данному основанию. Из материалов дела усматривается, что в распоряжении территориальной подкомиссии и комиссии ФСИН России не имелось сведений о том, что искомые документы, послужившие причиной отказа истцу, не могут быть предоставлены заявителем. Какой-либо письменный отказ ФИО1 не выдавался. Следовательно, суд приходит к выводу о том, что при подаче заявления на постановку ФИО1 на учет для получения единовременной социальной выплаты для приобретения или строительства жилого помещения были выполнены требования пп. з п. 5 Правил предоставления единовременной социальной выплаты, что свидетельствует о том, что подкомиссия ГУ ФСИН России по РБ нарушила порядок рассмотрения заявления истца. Кроме того, суд полагает, что допущенное нарушение территориальной подкомиссии ГУ ФСИН не освобождает истца от обязанности представить в распоряжение ответчиков соответствующие документы либо документы, подтверждающие невозможность их получения, как это указано в Правилах, для рассмотрения его заявления о постановке на учет для получения ЕСВ. В соответствии со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Исходя из правил распределения обязанностей по доказыванию, ответчиком доводы истца документально не опровергнуты. При таких обстоятельствах, исследовав фактические обстоятельства дела, проанализировав нормы права, оценив в совокупности все доказательства,обладающие юридической силой, суд приходит к выводу об удовлетворении исковых требований ФИО1 частично. Руководствуясь статьями , - 198 ГПК РФ , суд РЕШИЛ: Исковые требования ФИО4 ФИО22 к Федеральной службе исполнения наказаний России и Управлению Федеральной службы исполнения наказаний по Республике Башкортостан о защите нарушенного права, а именно: о признании решения Комиссии ФСИН России по рассмотрению вопросов на предоставление единовременной социальной выплаты для приобретения или строительства жилья от 12.11.2015 г. незаконным и признании права в качестве нуждающегося в получении единовременной социальной выплаты на приобретение или строительство жилого помещения удовлетворить. Признать незаконным решение Комиссии Федеральной службы исполнения наказаний России от 12.11.2015г., протокол заседания комиссия ФСИН России № № об отказе ФИО4 ФИО23 в постановке на учет для получения единовременной социальной выплаты для приобретения или строительства жилого помещения. Признать за ФИО4 ФИО25 право на единовременнуюсоциальную выплату для приобретения или строительства жилья, в соответствии сФедеральным Законом Российской Федерации от 30.12.2012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 как не являющимся нанимателем жилого помещения подоговору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Обязать Комиссию ФСИН России по рассмотрению вопросов представления начальникам территориальных органов ФСИН России, образовательных организаций ФСИН России, учреждений, непосредственно подчиненных России, а также сотрудникам уголовно-исполнительной системы, проходящим службу в ФСИН России, и в случаях, установленных законодательством Российской Федерации, членам их семей и гражданам Российской Федерации, уволенным со службы в указанных учреждениях и органах уголовно исполнительной системы, единовременной социальной выплаты для приобретения или строительства жилого помещения произвести постановку ФИО4 ФИО26, ДД.ММ.ГГГГ года рождения, на учет для получения единовременной выплаты с даты подачи рапорта, а именно: с 17 декабря 2013г. Решение может быть обжаловано в Верховный суд Республики Башкортостан в течение одного месяца путем подачи апелляционной жалобы через Ленинский районный суд г. Уфы. Судья: А.М. Гималетдинов Суд: Ленинский районный суд г. Уфы (Республика Башкортостан) (подробнее) Ответчики: УФСИН России по Республики Башкортостан (подробнее) Федеральная служба исполнения наказания (подробнее) Судьи дела: Гималетдинов А.М. (судья) (подробнее) Последние документы по делу: Решение от 6 декабря 2017 г. по делу № 2-2605/2017 Решение от 5 декабря 2017 г. по делу № 2-2605/2017 Решение от 25 октября 2017 г. по делу № 2-2605/2017 Решение от 5 октября 2017 г. по делу № 2-2605/2017 Решение от 11 сентября 2017 г. по делу № 2-2605/2017 Решение от 30 августа 2017 г. по делу № 2-2605/2017 Решение от 12 июля 2017 г. по делу № 2-2605/2017 Определение от 9 мая 2017 г. по делу № 2-2605/2017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