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10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Волгоград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14 июля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