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осуществление задуманного, в один из дней в период с &lt;дата&gt; до &lt;дата&gt; ФИО2, находясь на своем рабочем месте, расположенном по адресу: &lt;адрес&gt;, заведомо зная о том, что на имя получателя Е. пришло почтовое отправление с наложенным платежом в сумме 5264 рубля и стоимостью почтового перевода в сумме 105 рублей 28 копеек, выдала посылку получателю - Е. При этом ФИО2 в указанное время и в указанном месте, действуя согласно предварительной договоренности, денежные средства, полученные от Е. в общей сумме 5369 рублей 28 копеек, оприходовала в кассу предприятия, но чек не пробила, и передала их ФИО1 В свою очередь ФИО1 в указанное время и в указанном месте денежные средства, принадлежащие ФГУП «Почта России», в общей сумме 5369 рублей 28 копеек вынесла за пределы ОПС Кирово-Чепецк-8. При этом ФИО1, с целью сокрытия совершаемого хищения денежных средств, в один из дней в период с &lt;дата&gt; до &lt;дата&gt;, находясь на своем рабочем месте в ОПС Кирово-Чепецк-8, расположенном по адресу: &lt;адрес&gt;, действуя умышленно и из корыстных побуждений, используя свое служебное положение, связанное с обеспечением предоставления достоверных отчетов, а также осуществлением ведения финансовых и статистических учетов, предоставлением по установленной форме и в установленные сроки отчетности в почтамт, умышленно не внесла в соответствующую программу отчет о выдаче посылки по наложенному платежу. Таким образом, ФИО1 с использованием своего служебного положения, действуя совместно и согласно предварительной договоренности с ФИО2, в указанное время и в указанном месте похитила путем присвоения, принадлежащие ФГУП «Почта России» денежные средства на общую сумму 5369 рублей 28 копеек, обратив их в свою пользу, чем причинила данному учреждению материальный ущерб на указанную сумму. Действуя совместно и согласно предварительной договоренности, ФИО2, в указанное время и в указанном месте, похитила путем присвоения в пользу ФИО1 денежные средства, принадлежащие ФГУП «Почта России» на общую сумму 5369 рублей 28 копеек, чем причинила данному учреждению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Продолжая действовать с единым преступным умыслом, в один из дней в период с &lt;дата&gt; до &lt;дата&gt; ФИО2, находясь на своем рабочем месте, расположенном по адресу: &lt;адрес&gt;, заведомо зная о том, что на имя получателя К. пришло почтовое отправление с наложенным платежом в сумме 2250 рублей и стоимостью почтового перевода в сумме 192 рубля 50 копеек, выдала посылку получателю - К. При этом ФИО2 в указанное время и в указанном месте, действуя согласно предварительной договоренности, денежные средства, полученные от К. в общей сумме 2442 рубля 50 копеек, оприходовала в кассу предприятия, но чек не пробила, и передала их ФИО1 В свою очередь ФИО1 в указанное время и в указанном месте денежные средства, принадлежащие ФГУП «Почта России», в общей сумме 2442 рубля 50 копеек вынесла за пределы ОПС Кирово-Чепецк-8. При этом ФИО1, с целью сокрытия совершаемого хищения денежных средств, в один из дней в период с &lt;дата&gt; до &lt;дата&gt;, находясь на своем рабочем месте в ОПС Кирово-Чепецк-8, расположенном по адресу: &lt;адрес&gt;, действуя умышленно и из корыстных побуждений, используя свое служебное положение, связанное с обеспечением предоставления достоверных отчетов, а также осуществлением ведения финансовых и статистических учетов, предоставлением по установленной форме и в установленные сроки отчетности в почтамт, умышленно не внесла в соответствующую программу отчет о выдаче посылки по наложенному платежу. Таким образом, ФИО1 с использованием своего служебного положения, действуя совместно и согласно предварительной договоренности с ФИО2, в указанное время и в указанном месте похитила путем присвоения, принадлежащие ФГУП «Почта России» денежные средства на общую сумму 2442 рубля 50 копеек, обратив их в свою пользу, чем причинила данному учреждению материальный ущерб на указанную сумму. Действуя совместно и согласно предварительной договоренности, ФИО2, в указанное время и в указанном месте, похитила путем присвоения в пользу ФИО1 денежные средства, принадлежащие ФГУП «Почта России» на общую сумму 2442 рубля 50 копеек, чем причинила данному учреждению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Продолжая действовать с единым преступным умыслом, в один из дней в период с &lt;дата&gt; до &lt;дата&gt; ФИО2, находясь на своем рабочем месте, расположенном по адресу: &lt;адрес&gt;, заведомо зная о том, что на имя получателя И. пришло почтовое отправление с наложенным платежом в сумме 3260 рублей и стоимостью почтового перевода в сумме 243 рублей, выдала посылку получателю - И. При этом ФИО2 в указанное время и в указанном месте, действуя согласно предварительной договоренности, денежные средства, полученные от И. в общей сумме 3503 рубля, оприходовала в кассу предприятия, но чек не пробила, и передала их ФИО1 В свою очередь ФИО1 в указанное время и в указанном месте денежные средства, принадлежащие ФГУП «Почта России», в общей сумме 3503 рубля вынесла за пределы ОПС Кирово-Чепецк-8. При этом ФИО1, с целью сокрытия совершаемого хищения денежных средств, в один из дней в период с &lt;дата&gt; до &lt;дата&gt;, находясь на своем рабочем месте в ОПС Кирово-Чепецк-8, расположенном по адресу: &lt;адрес&gt;, действуя умышленно и из корыстных побуждений, используя свое служебное положение, связанное с обеспечением предоставления достоверных отчетов, а также осуществлением ведения финансовых и статистических учетов, предоставлением по установленной форме и в установленные сроки отчетности в почтамт, умышленно не внесла в соответствующую программу отчет о выдаче посылки по наложенному платежу. Таким образом, ФИО1 с использованием своего служебного положения, действуя совместно и согласно предварительной договоренности с ФИО2, в указанное время и в указанном месте похитила путем присвоения, принадлежащие ФГУП «Почта России» денежные средства на общую сумму 3503 рубля, обратив их в свою пользу, чем причинила данному учреждению материальный ущерб на указанную сумму. Действуя совместно и согласно предварительной договоренности, ФИО2, в указанное время и в указанном месте, похитила путем присвоения в пользу ФИО1 денежные средства, принадлежащие ФГУП «Почта России» на общую сумму 3503 рубля, чем причинила данному учреждению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Продолжая действовать с единым преступным умыслом, в один из дней в период с &lt;дата&gt; до &lt;дата&gt; ФИО2, находясь на своем рабочем месте, расположенном по адресу: &lt;адрес&gt;, заведомо зная о том, что на имя получателя Л. пришло почтовое отправление с наложенным платежом в сумме 2896 рублей и стоимостью почтового перевода в сумме 57 рублей 92 копейки, выдала посылку получателю - Л. При этом ФИО2 в указанное время и в указанном месте, действуя согласно предварительной договоренности, денежные средства, полученные от Л. в общей сумме 2953 рубля 92 копейки, оприходовала в кассу предприятия, но чек не пробила, и передала их ФИО1 В свою очередь ФИО1 в указанное время и в указанном месте денежные средства, принадлежащие ФГУП «Почта России», в общей сумме 2953 рубля 92 копейки вынесла за пределы ОПС Кирово-Чепецк-8. При этом ФИО1, с целью сокрытия совершаемого хищения денежных средств, в один из дней в период с &lt;дата&gt; до &lt;дата&gt;, находясь на своем рабочем месте в ОПС Кирово-Чепецк-8, расположенном по адресу: &lt;адрес&gt;, действуя умышленно и из корыстных побуждений, используя свое служебное положение, связанное с обеспечением предоставления достоверных отчетов, а также осуществлением ведения финансовых и статистических учетов, предоставлением по установленной форме и в установленные сроки отчетности в почтамт, умышленно не внесла в соответствующую программу отчет о выдаче посылки по наложенному платежу. Таким образом, ФИО1 с использованием своего служебного положения, действуя совместно и согласно предварительной договоренности с ФИО2, в указанное время и в указанном месте похитила путем присвоения, принадлежащие ФГУП «Почта России» денежные средства на общую сумму 2953 рубля 92 копейки, обратив их в свою пользу, чем причинила данному учреждению материальный ущерб на указанную сумму. Действуя совместно и согласно предварительной договоренности, ФИО2, в указанное время и в указанном месте, похитила путем присвоения в пользу ФИО1 денежные средства, принадлежащие ФГУП «Почта России» на общую сумму 2953 рубля 92 копейки, чем причинила данному учреждению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Продолжая действовать с единым преступным умыслом, в один из дней в период с &lt;дата&gt; до &lt;дата&gt; ФИО2, находясь на своем рабочем месте, расположенном по адресу: &lt;адрес&gt;, заведомо зная о том, что на имя получателя Н. пришло почтовое отправление с наложенным платежом в сумме 5726 рублей, выдала посылку получателю - Н. При этом ФИО2 в указанное время и в указанном месте, действуя согласно предварительной договоренности, денежные средства, полученные от Н. в общей сумме 5726 рублей, оприходовала в кассу предприятия, но чек не пробила, и передала их ФИО1 В свою очередь ФИО1 в указанное время и в указанном месте денежные средства, принадлежащие ФГУП «Почта России», в общей сумме 5726 рублей вынесла за пределы ОПС Кирово-Чепецк-8. При этом ФИО1, с целью сокрытия совершаемого хищения денежных средств, в один из дней в период с &lt;дата&gt; до &lt;дата&gt;, находясь на своем рабочем месте в ОПС Кирово-Чепецк-8, расположенном по адресу: &lt;адрес&gt;, действуя умышленно и из корыстных побуждений, используя свое служебное положение, связанное с обеспечением предоставления достоверных отчетов, а также осуществлением ведения финансовых и статистических учетов, предоставлением по установленной форме и в установленные сроки отчетности в почтамт, умышленно не внесла в соответствующую программу отчет о выдаче посылки по наложенному платежу. Таким образом, ФИО1 с использованием своего служебного положения, действуя совместно и согласно предварительной договоренности с ФИО2, в указанное время и в указанном месте похитила путем присвоения, принадлежащие ФГУП «Почта России» денежные средства на общую сумму 5726 рублей, обратив их в свою пользу, чем причинила данному учреждению материальный ущерб на указанную сумму. Действуя совместно и согласно предварительной договоренности, ФИО2, в указанное время и в указанном месте, похитила путем присвоения в пользу ФИО1 денежные средства, принадлежащие ФГУП «Почта России» на общую сумму 5726 рублей, чем причинила данному учреждению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Продолжая действовать с единым преступным умыслом, в один из дней в период с &lt;дата&gt; до &lt;дата&gt; ФИО2, находясь на своем рабочем месте, расположенном по адресу: &lt;адрес&gt;, заведомо зная о том, что на имя получателя В. пришло почтовое отправление с наложенным платежом в сумме 1548 рублей и стоимостью почтового перевода в сумме 50 рублей, выдала посылку получателю - В. При этом ФИО2 в указанное время и в указанном месте, действуя согласно предварительной договоренности, денежные средства, полученные от В. в общей сумме 1598 рублей, оприходовала в кассу предприятия, но чек не пробила, и передала их ФИО1 В свою очередь ФИО1 в указанное время и в указанном месте денежные средства, принадлежащие ФГУП «Почта России», в общей сумме 1598 рублей вынесла за пределы ОПС Кирово-Чепецк-8. При этом ФИО1, с целью сокрытия совершаемого хищения денежных средств, в один из дней в период с &lt;дата&gt; до &lt;дата&gt;, находясь на своем рабочем месте в ОПС Кирово-Чепецк-8, расположенном по адресу: &lt;адрес&gt;, действуя умышленно и из корыстных побуждений, используя свое служебное положение, связанное с обеспечением предоставления достоверных отчетов, а также осуществлением ведения финансовых и статистических учетов, предоставлением по установленной форме и в установленные сроки отчетности в почтамт, умышленно не внесла в соответствующую программу отчет о выдаче посылки по наложенному платежу. Таким образом, ФИО1 с использованием своего служебного положения, действуя совместно и согласно предварительной договоренности с ФИО2, в указанное время и в указанном месте похитила путем присвоения, принадлежащие ФГУП «Почта России» денежные средства на общую сумму 1598 рублей, обратив их в свою пользу, чем причинила данному учреждению материальный ущерб на указанную сумму. Действуя совместно и согласно предварительной договоренности, ФИО2, в указанное время и в указанном месте, похитила путем присвоения в пользу ФИО1 денежные средства, принадлежащие ФГУП «Почта России» на общую сумму 1598 рублей, чем причинила данному учреждению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Продолжая действовать с единым умыслом, в один из дней в период с &lt;дата&gt; до &lt;дата&gt; ФИО2, находясь на своем рабочем месте, расположенном по адресу: &lt;адрес&gt;, заведомо зная о том, что на имя получателя Ш. пришло почтовое отправление с наложенным платежом в сумме 1380 рублей и стоимостью почтового перевода в сумме 149 рублей, выдала посылку получателю - Ш. При этом уже ФИО1 в указанное время и в указанном месте, действуя согласно предварительной договоренности, получила от Ш. денежные средства в общей сумме 1529 рублей, оприходовала в кассу предприятия, но чек не пробила, и оставила деньги у себя. В дальнейшем ФИО1 в указанное время и в указанном месте денежные средства, принадлежащие ФГУП «Почта России», в общей сумме 1529 рублей вынесла за пределы ОПС Кирово-Чепецк-8. При этом ФИО1 с целью сокрытия совершаемого хищения денежных средств, в один из дней в период с &lt;дата&gt; до &lt;дата&gt;, находясь на своем рабочем месте в ОПС Кирово-Чепецк-8, расположенном по адресу: &lt;адрес&gt;, действуя умышленно и из корыстных побуждений, используя свое служебное положение, связанное с обеспечением предоставления достоверных отчетов, а также осуществлением ведения финансовых и статистических учетов, предоставлением по установленной форме и в установленные сроки отчетности в почтамт, умышленно не внесла в соответствующую программу отчет о выдаче посылки по наложенному платежу. Таким образом, ФИО1 с использованием своего служебного положения, действуя совместно и согласно предварительной договоренности с ФИО2, в указанное время и в указанном месте похитила путем присвоения, принадлежащие ФГУП «Почта России» денежные средства на общую сумму 1529 рублей, обратив их в свою пользу, чем причинила данному учреждению материальный ущерб на указанную сумму. Действуя совместно и согласно предварительной договоренности, ФИО2, в указанное время и в указанном месте, похитила путем присвоения в пользу ФИО1 денежные средства, принадлежащие ФГУП «Почта России» на общую сумму 1529 рублей, чем причинила данному учреждению материальный ущерб на указанную сумму. Своими совместными преступными действиями ФИО1 и ФИО2 причинили ФГУП «Почта России» материальный ущерб на общую сумму 23 121 рубль 70 копеек. Органами предварительного следствия указанные действия подсудимой ФИО1 квалифицированы по ст. ч. 3 УК РФ, подсудимой ФИО2 – по ст. ч. 2 УК РФ. Подсудимые ФИО1 и ФИО2 в судебном заседании пояснили, что существо предъявленного обвинения им понятно, с предъявленным обвинением по ст. ч. 3 УК РФ ФИО1 и по ст. ч. 2 УК РФ ФИО2 согласны в полном объеме, вину в совершении данных преступлений они полностью признают, поддержали свои ходатайства о постановлении приговора без проведения судебного разбирательства, заявили о том, что ходатайства ими заявлены добровольно и после консультации с защитниками, они осознают последствия заявленного ими ходатайства о постановлении приговора в особом порядке. Представитель потерпевшего О. выразила согласие на рассмотрение дела в особом порядке, просила рассмотреть дело в ее отсутствие, о чем представила письменное заявление. Государственный обвинитель Тихонов А.В. не возражает против рассмотрения уголовного дела в особом порядке, защитники – адвокаты Деветьяров Д.О. и Соловьёва О.Л. ходатайство подсудимых поддерживают. Суд приходит к выводу, что предусмотренные ст.ст. , 316 УПК РФ условия применения особого порядка принятия судебного решения соблюдены; обвинение, с которым согласились подсудимые, обоснованно, подтверждается доказательствами, собранными по уголовному делу. Действия ФИО1 суд квалифицирует по ст. ч. 3 УК РФ, как присвоение, то есть хищение чужого имущества, вверенного виновному, группой лиц по предварительному сговору, с использованием своего служебного положения. Действия ФИО2 суд квалифицирует по ст. ч. 2 УК РФ, как присвоение, то есть хищение чужого имущества, вверенного виновному, группой лиц по предварительному сговору. Назначая вид и меру наказания, суд учитывает обстоятельства, смягчающие наказание подсудимых, к которым суд относит у ФИО1: явку с повинной, активное способствование раскрытию и расследованию преступления, а также в соответствии с ч. 2 ст. 61 УК РФ – признание вины, раскаяние в содеянном, &lt;данные изъяты&gt;. К обстоятельствам, смягчающим наказание подсудимой ФИО2, суд относит: активное способствование раскрытию и расследованию преступления, добровольное возмещение вреда, причиненного в результате преступления, а также в соответствии с ч. 2 ст. 61 УК РФ – признание вины, раскаяние в содеянном. Обстоятельств, отягчающих наказание подсудимых, суд не усматривает. Учитывает суд и личности подсудимых ФИО1 и ФИО2, которые впервые привлекаются к уголовной ответственности, на учетах у врачей нарколога и психиатра не состоят, по месту жительства жалоб на их поведение не поступало, по прежнему месту работы в &lt;данные изъяты&gt; ФИО1 характеризуется посредственно, а ФИО2 зарекомендовала себя с положительной стороны. (т.2, л.д. 66-80, 81-103) Учитывая все обстоятельства дела, характер и степень общественной опасности совершённого преступления ФИО2, которое относится к категории средней тяжести, и совершённого преступления ФИО1, которое относится к категории тяжких, данные о личности подсудимых, в том числе обстоятельства, смягчающие наказание, отсутствие обстоятельств, отягчающих наказание, а также влияние назначенного наказания на исправление подсудимых и на условия их жизни, суд считает, что исправление подсудимых ФИО1 и ФИО2 возможно без изоляции их от общества, в условиях соответствующего контроля за поведением со стороны специализированного государственного органа. В связи с изложенным, суд считает возможным назначить наказание подсудимым в виде лишения свободы с применением положений ст. 73 УК РФ , а также с возложением обязанностей в соответствии с ч. 5 ст. 73 УК РФ для достижения целей исправления условно осужденных и предупреждения совершения ими новых преступлений. При определении срока наказания суд учитывает положения ч.5 и 1 ст. 62 УК РФ , т.к. дело рассмотрено в порядке главы 40 УПК РФ и установлены смягчающие наказание обстоятельства, предусмотренные п. «и» ч.1 ст. 61 УК РФ , при отсутствии отягчающих обстоятельств. Каких-либо обстоятельств, существенно уменьшающих степень общественной опасности совершённого подсудимыми преступления, не установлено, в связи с чем, оснований для применения к ним при назначении наказания положений ст. 64 УК РФ суд не усматривает. Учитывая наличие совокупности смягчающих наказание обстоятельств, а также имущественное положение подсудимой ФИО1 суд считает возможным не назначать подсудимым дополнительные наказания в виде ограничения свободы и штрафа. Учитывая фактические обстоятельства преступлений и степень их общественной опасности, суд не находит оснований для изменения категории преступлений на менее тяжкие в соответствии с ч. 6 ст. 15 УК РФ . На основании изложенного, руководствуясь ст.ст. , - , 316 УПК РФ , суд ПРИГОВОРИЛ: ФИО1 признать виновной в совершении преступления, предусмотренного ст. ч. 3 УК РФ, и назначить ей наказание в виде 2 (двух) лет лишения свободы. ФИО2 признать виновной в совершении преступления, предусмотренного ст. ч. 2 УК РФ, и назначить ей наказание в виде 1 (один) год 6 (шесть) месяцев лишения свободы На основании ст. 73 УК РФ назначенное ФИО1 и ФИО2 наказание считать условным с испытательным сроком: ФИО2 - 1 (один) год, ФИО1 - 1 (один) год 6 (шесть) месяцев. Возложить на ФИО2 и ФИО1 в период испытательного срока обязанности: не менять постоянного места жительства и работы без уведомления специализированного государственного органа, осуществляющего контроль за поведением условно осужденного; один раз в месяц являться для регистрации в указанный орган в дни, установленные данным органом. Меру пресечения до вступления приговора в законную силу ФИО1 и ФИО2 оставить прежней – подписку о невыезде и надлежащем поведении. Приговор может быть обжалован в апелляционном порядке в Кировский областной суд в течение 10 суток со дня его провозглашения, с соблюдением требований ст. 317 УПК РФ . В случае подачи апелляционной жалобы, осуждённые вправе ходатайствовать о своём участии в рассмотрении дела судом апелляционной инстанции, о чём оны должны указать в своей апелляционной жалобе или отдельном ходатайстве или в возражениях на жалобы, представления, принесенные другими участниками уголовного процесса. Председательствующий Суд: Кирово-Чепецкий районный суд (Кировская область) (подробнее) Судьи дела: Хусаинова Е.И. (судья) (подробнее) Последние документы по делу: Приговор от 13 июля 2017 г. по делу № 1-218/2017 Приговор от 29 марта 2017 г. по делу № 1-218/2017 Показать все документы по этому делу Судебная практика по: Присвоение и растрата Судебная практика по применению нормы ст. 160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