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ей срок для принятия наследства, открывшегося после смерти ФИО2, умершего (дата обезличена) в виде денежных средств, хранившихся в ОАО «Негосударственный пенсионный фонд ГАЗФОНД пенсионные накопления»,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ФИО3 принявшуюнаследство в виде денежных средств на имя ФИО2, умершего (дата обезличена), находящихся в ОАО «Негосударственный пенсионный фонд ГАЗФОНД пенсионные накопления». В уточненных требованиях истица просит восстановить ей срок для обращения за выплатой пенсионных накоплений, учтенных на пенсионном счете накопительной пенсии застрахованного лица ФИО2, умершего (дата обезличена); признать за ней право на ее получение. В судебное заседание истица ФИО3 не явилась, ее представитель поддержал требования своего доверителя. Представитель ответчика ОАО «Негосударственный пенсионный фонд ГАЗФОНД пенсионные накопления» в судебное заседание не явился, В своем отзыве ссылается на отсутствие спора о праве, поскольку ОАО «Негосударственный пенсионный фонд ГАЗФОНД пенсионные накопления» не отказывает ей в выплате. Полагает, что ее заявление, поданное в соответствии с пунктом 3 статьи 36.21 Федерального закона "О негосударственных пенсионных фондах" N 75 от 07 мая 1998 года, подлежит рассмотрению в порядке особого судопроизводства. Просит рассмотреть дело в их отсутствие. Суд считает возможным рассмотреть дело без участия неявившихся лиц. Выслушав представителя истца, исследовав материалы дела, суд считает, что заявленные требования подлежат удовлетворению по следующим основаниям. Частью 1 статьи 47 Конституции Российской Федерации гарантировано право каждого на рассмотрение его дела в том суде и тем судьей, к подсудности которых оно отнесено законом. Во исполнение данной нормы Гражданский процессуальный кодекс Российской Федерации предусматривает, что нарушение правил подсудности при рассмотрении гражданского дела является безусловным основанием к отмене судебного постановления (пункт 1 части 4 статьи ГПК Российской Федерации). В соответствии со статьей Гражданского процессуального кодекса Российской Федерации иск предъявляется в суд по месту жительства ответчика. Иск к организации предъявляется в суд по месту нахождения организации. В силу части 2 статьи Гражданского процессуального кодекса Российской Федерации, иск к организации, вытекающий из деятельности ее филиала или представительства, может быть предъявлен также в суд по месту нахождения ее филиала или представительства. Согласно пункту 2 части 1 статьи Гражданского процессуального кодекса Российской Федерации, судья возвращает исковое заявление в случае, если дело неподсудно данному суду. Статья Гражданского процессуального кодекса Российской Федерации устанавливает категории дел, которые судом рассматриваются в порядке особого производства. Федеральными законами к рассмотрению в порядке особого производства могут быть отнесены и другие дела. Согласно части 3 статьи 36.21 Федерального закона от 07 мая 1998 года N 75-ФЗ "О негосударственных пенсионных фондах", выплата средств, учтенных на пенсионном счете накопительной пенсии застрахованного лица, производится правопреемникам умершего застрахованного лица при условии обращения за указанной выплатой в фонд в течение шести месяцев со дня смерти застрахованного лица. Срок обращения за выплатой правопреемника умершего застрахованного лица может быть восстановлен в судебном порядке. В соответствии с частью 3 статьи Гражданского процессуального кодекса Российской Федерации в случае, если при подаче заявления или рассмотрении дела в порядке особого производства устанавливается наличие спора о праве, подведомственного суду,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Как следует из представленных материалов, истица обратилась в суд с заявлением о восстановлении срока для обращения в ОАО «Негосударственный пенсионный фонд ГАЗФОНД пенсионные накопления» о выплате пенсионных накоплений застрахованного лица - ее сына, умершего 02.08.2016г. По смыслу приведенных выше положений закона, суды могут принимать заявления в порядке особого производства, если рассмотрение поставленных вопросов не связывается с последующим разрешением спора о праве, подведомственного суду. Юридически значимой целью заявителя является право получить денежные средства умершего сына, находящиеся в негосударственном пенсионном фонде в виде накоплений. При этом, несмотря на то, что круг правопреемников, имеющих право на выплату пенсионных накоплений, регламентирован Правилами выплаты негосударственным пенсионным фондом, осуществляющим обязательное пенсионное страхование, правопреемникам умершего застрахованного лица средств пенсионных накоплений, учтенных на пенсионном счете накопительной части трудовой пенсии, утвержденными Постановлением Правительства Российской Федерации от 30 июля 2014 года N 710, определение конкретных лиц, входящих в круг правопреемников, их очередность относится к числу обстоятельств, подлежащих выяснению, что возможно в рамках искового производства. Таким образом, несмотря на возможное отсутствие возражений со стороны ОАО «Негосударственный пенсионный фонд ГАЗФОНД пенсионные накопления», усматривается наличие спора о праве, следовательно, заявленные требования подлежат рассмотрению в порядке искового производства. В соответствии со ст. Гражданского процессуального кодекса РФ суд устанавливает факты, от которых зависит возникновение, изменение, прекращение личных или имущественных прав граждан. В соответствии со ст. 1111 , 1112 Гражданского кодекса РФ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В соответствии со ст. 1152 Гражданского кодекса РФ для приобретения наследства наследник должен его принять. Принятие наследником части наследства означает принятие всего причитающегося ему наследства, в чем бы оно ни заключалось и где бы оно ни находилось. В соответствии со ст.ст. 1153 и 1154 Гражданского кодекса РФ Наследство может быть принято в течение шести месяцев со дня открытия наследства.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Наследство может быть принято в течение шести месяцев со дня открытия наследства. Согласно ст. 1155 ГК РФ , по заявлению наследника, пропустившего срок, установленный для принятия наследства (статья 1154), суд может восстановить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 В соответствии с п.2 ч.2 ст. Гражданского Кодекса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Наследниками первой очереди по закону являются дети, супруг и родители наследодателя.(п.1 ст. 1142 ГК РФ ). Разрешая указанные требования истца, суд считает, что пенсионные накопления не являются наследством в смысле положений, предусмотренных п. 1 ст. 1154 и п. 1 ст. 1155 ГК РФ , т.к. их выплата регулируется пенсионным законодательством и не предполагает обращения к нотариусу за выдачей свидетельства о праве на наследство, учитывая, что выплату средств пенсионных накоплений производит орган, в частности пенсионный фонд, осуществляющий пенсионное обеспечение, в порядке, установленном законодательством, его требования подлежат рассмотрению в порядке пенсионного законодательства и Федерального закона от 07 мая 1998 года N 75-ФЗ "О негосударственных пенсионных фондах» и наследственного законодательства в части определения круга наследников. Судом установлено, что (дата обезличена) между ФИО2 и Негосударственным пенсионным фондом ГАЗФОНД (НПФ «ГАЗФОНД»), правопреемник - ОАО «Негосударственный пенсионный фонд ГАЗФОНД пенсионные накопления» был заключен договор (номер обезличен) об обязательном пенсионном страховании. Согласно вышеуказанного Договора Фонд в соответствии с Федеральным законом от 07 мая 1998 г. № 75-ФЗ «О негосударственных пенсионных фондах» обязались осуществлять деятельность страховщика по обязательному пенсионному страхованию, включающие аккумулирование и учет средств пенсионных накоплений, организацию их инвестирования, назначение и выплату застрахованному лицу накопительной части трудовой пенсии при наступлении пенсионных оснований, а в случаях, установленных законодательством РФ, производить иные выплаты за счет средств пенсионных накоплений застрахованного лица. (дата обезличена) ФИО2 умер, что подтверждается свидетельством о смерти серии IV- ТН (номер обезличен), выданным Отделом ЗАГС (адрес обезличен) главным управлением ЗАГС (адрес обезличен) (дата обезличена). ФИО3 (истица по делу) является матерью умершего и наследником первой очереди оп закону. Сведений о других наследниках первой очереди не имеется. (дата обезличена) она обратилась в негосударственный пенсионный фонд «ГАЗФОНД», потом 19.06.2017г. ОАО ГАЗФОНД с заявлением, в котором просила в связи со смертью участника Фонда -наследодателя выплатить причитающуюся долю наследства, к заявлению были приложены все необходимые документы. В чем ей было отказано со ссылкой пропущенного 6 месячного срока и необходимости его восстановления в судебном порядке. Учитывая положения ст.36.21 Федерального закона от 07 мая 1998 года N 75-ФЗ "О негосударственных пенсионных фондах", согласно которой, выплата средств, учтенных на пенсионном счете накопительной пенсии застрахованного лица, производится правопреемникам умершего застрахованного лица при условии обращения за указанной выплатой в фонд в течение шести месяцев со дня смерти застрахованного лица, и, что срок обращения за выплатой правопреемника умершего застрахованного лица может быть восстановлен в судебном порядке, с учетом обстоятельства изложенных истцом, суд считает возможным удовлетворить требования истца о восстановлении ему срока обращения за выплатой пенсионных накоплений, учтенных на пенсионном счете накопительной пенсии застрахованного лица, правопреемником которого является истица. С учетом изложенного следует признать обоснованными требования истца о признании за ней право на получение указанных пенсионных накоплений застрахованного лица. Оснований для отказа истцу в указанных требованиях не имеется. Руководствуясь ст.ст. - 198 ГПК РФ , суд, Р Е Ш И Л : Исковые требования ФИО3 к ОАО «Негосударственный пенсионный фонд ГАЗФОНД пенсионные накопления» о восстановлении срока принятия наследства, признании права на пенсионные накопления застрахованного лица, удовлетворить. Восстановить ФИО3 срок для обращения за выплатой пенсионных накоплений, учтенных на пенсионном счете накопительной пенсии застрахованного лица - ФИО2, умершего (дата обезличена) в виде денежных средств, находящихся в ОАО «Негосударственный пенсионный фонд ГАЗФОНД пенсионные накопления» и признать за ней право на их выплату. Решение может быть обжаловано в Нижегородский областной суд в течение месяца со дня его принятия в окончательной форме через Кстовский городской суд. Судья Кстовского городского суда И.Ю.Кондратьев Суд: Кстовский городской суд (Нижегородская область) (подробнее) Ответчики: ОАО "Негосударственный пенсионный фонд ГАЗФОНД пенсионные накопления" (подробнее) Судьи дела: Кондратьев Иван Юрьевич (судья) (подробнее) Последние документы по делу: Решение от 10 декабря 2017 г. по делу № 2-1917/2017 Решение от 14 ноября 2017 г. по делу № 2-1917/2017 Решение от 3 октября 2017 г. по делу № 2-1917/2017 Решение от 10 августа 2017 г. по делу № 2-1917/2017 Решение от 13 июля 2017 г. по делу № 2-1917/2017 Решение от 13 июля 2017 г. по делу № 2-1917/2017 Решение от 10 мая 2017 г. по делу № 2-1917/2017 Показать все документы по этому делу Судебная практика по: Восстановление срока принятия наследства Судебная практика по применению нормы ст. 1155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