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ФИО2, обвиняемой в совершении преступления, предусмотренного п. «а,в» ч.2 ст. 158 УК РФ , ФИО3, обвиняемой в совершении преступления, предусмотренного п. «а,в» ч.2 ст. 158 УК РФ , ФИО4, обвиняемой в совершении преступления, предусмотренного п. «а,в» ч.2 ст. 158 УК РФ , по ст. 25 УПК РФ в связи с примирением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подсудимым, потерпевшей, Карталинскому городскому прокурору.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пресечения- подписку о невыезде и надлежащем поведении ФИО2, ФИО3, ФИО4 отменить. 4 Вещественные доказательства: отчет по счету кредитной карты ПАО «Сбербанк России VISA Gold» № на имя Потерпевший №1 за период ДД.ММ.ГГГГ-ДД.ММ.ГГГГ, видеозапись ПАО «Сбербанк России» на оптическом диске, хранящиеся при уголовном деле, оставить при настоящем уголовном деле на весь срок его хранения.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может быть обжаловано в Судебную коллегию по уголовным делам Челябинского областного суда в течение 10 суток со дня его вынесения. Судья Никифорова Г.Г. Суд: Карталинский городской суд (Челябинская область) (подробнее) Судьи дела: Никифорова Г.Г. (судья) (подробнее) Последние документы по делу: Приговор от 9 августа 2017 г. по делу № 1-118/2017 Приговор от 2 августа 2017 г. по делу № 1-118/2017 Приговор от 27 июля 2017 г. по делу № 1-118/2017 Постановление от 27 июля 2017 г. по делу № 1-118/2017 Постановление от 17 июля 2017 г. по делу № 1-118/2017 Постановление от 5 июля 2017 г. по делу № 1-118/2017 Приговор от 28 июня 2017 г. по делу № 1-118/2017 Приговор от 25 июня 2017 г. по делу № 1-118/2017 Приговор от 13 июня 2017 г. по делу № 1-118/2017 Приговор от 13 июня 2017 г. по делу № 1-118/2017 Приговор от 30 мая 2017 г. по делу № 1-118/2017 Приговор от 28 мая 2017 г. по делу № 1-118/2017 Приговор от 24 мая 2017 г. по делу № 1-118/2017 Приговор от 25 апреля 2017 г. по делу № 1-118/2017 Приговор от 16 марта 2017 г. по делу № 1-118/2017 Приговор от 12 марта 2017 г. по делу № 1-118/2017 Приговор от 2 марта 2017 г. по делу № 1-118/2017 Приговор от 15 февраля 2017 г. по делу № 1-118/2017 Постановление от 19 января 2017 г. по делу № 1-118/2017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