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прекратить, так как заявителем не представлены уважительные причины пропуска срока обжалования. Также заявил, что постановление является законным и обоснованным. Выслушав участников процесса, исследовав материалы дела, изучив представленный суду административный материал, проверив доводы жалобы, прихожу к следующему. Жалоба подана в срок, предусмотренный ст. 30.3 Кодекса РФ об административных правонарушениях. В соответствии с требованиями ч.3 ст. 30.6 Кодекса РФ об административных правонарушениях судья, при рассмотрении жалобы на постановление об административном правонарушении, не связан доводами жалобы и проверяет дело в полном объеме. Согласно ч.1 ст. 1.1 Кодекса РФ об административных правонарушениях,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 В соответствии с п.1 ст.2 Закона Мурманской области от 06.06.2003 года №401-01-ЗМО «Об административных правонарушениях» (далее ЗМО) нарушение правил благоустройства территории поселения (городского округа), утвержденных муниципальным нормативным правовым актом, в случае, если установление ответственности за такие действия не отнесено к ведению Российской Федерации, - влечет предупреждение или наложение административного штрафа на граждан в размере от двухсот до одной тысячи рублей; на должностных лиц - от десяти тысяч до двадцати тысяч рублей; на юридических лиц - от десяти тысяч до тридцати тысяч рублей. Пунктом 2 ст.2 ЗМО, нарушение правил благоустройства территории поселения (городского округа), утвержденных муниципальным нормативным правовым актом, повторное совершение административного правонарушения, предусмотренного пунктом 1 настоящей статьи, в течение года со дня вступления в законную силу постановления о назначении административного наказания, предусмотренного пунктом 1 настоящей статьи влечет наложение административного штрафа на должностных лиц - от двадцати тысяч до пятидесяти тысяч рублей, для целей настоящей статьи под нарушением правил благоустройства территории поселения (городского округа), утвержденным муниципальным нормативным правовым актом, понимается нарушение требований данного акта, установленных органами местного самоуправления в пределах своей компетенции. Решением Совета депутатов г.Мурманска от 26.12.2013 года №68-971 утверждены Правила благоустройства территории муниципального образования г.Мурманска. Пункт 1.1. Решения Совета депутатов г.Мурманска от 26.12.2013 года № 68-971 «О правилах благоустройства территории муниципального образования</w:t>
      </w:r>
    </w:p>
    <w:p>
      <w:pPr>
        <w:spacing w:before="200" w:after="300"/>
        <w:pBdr>
          <w:bottom w:val="single" w:sz="6" w:space="1" w:color="000000"/>
        </w:pBdr>
      </w:pP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