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на решение судьи по делу об административном правонарушении г. Мурманск 20 июля 2017 года Судья Мурманского областного суда Маляр А.А., рассмотрев жалобу директора общества с ограниченной ответственностью «Комфорт» ФИО1 на решение судьи Кольского районного суда Мурманской области от 03 мая 2017 года по делу об административном правонарушении, установил: постановлением по делу об административном правонарушении * от 15 марта 2017 года административной комиссии муниципального образования Кольский район должностное лицо – директор общества с ограниченной ответственностью «Комфорт» (далее – ООО «Комфорт», Общество) ФИО2 признан виновным в совершении административного правонарушения, предусмотренного пунктом 2 статьи 2 Закона Мурманской области № 401-01-ЗМО от 06 июня 2003 года «Об административных правонарушениях», и подвергнут административному наказанию в виде административного штрафа в размере 20 000 (двадцать тысяч) рублей. Вынесенное постановление обжаловано ФИО1 в судебном порядке. Решением судьи Кольского районного суда Мурманской области от 03 мая 2017 года постановление по делу об административном правонарушении оставлено без изменения, жалоба ФИО1 - без удовлетворения. В жалобе, поданной в Мурманский областной суд, ФИО2 просит постановление по делу об административном правонарушении * от 15 марта 2017 года и решение судьи районного суда по жалобе на указанное постановление отменить, производство по делу прекратить. Ссылается на соблюдение срока хранения отходов, установленного пунктом 2.2.1 СанПиН 42-128-4690-88, отмечая, что вывоз твердых бытовых отходов с контейнерной площадки у домов ... по ... осуществлен 25 и 27 февраля 2017 года. Приводит довод о том, что осмотр контейнерной площадки проведен 26 февраля 2017 года в 17 часов 44 минуты в выходной день (воскресенье), то есть за пределами рабочего времени. В судебное заседание не явился представитель административной комиссии муниципального образования Кольский район, извещенный о времени и месте рассмотрения дела в соответствии со статьей 25.15 Кодекса Российской Федерации об административных правонарушениях. Судья областного суда, руководствуясь пунктом 4 части 1 статьи 29.7 Кодекса Российской Федерации об административных правонарушениях, полагает возможным рассмотреть дело в отсутствие не явившегося лица. Выслушав ФИО1, поддержавшего жалобу, проверив материалы дела, оценив доводы жалобы, прихожу к следующим выводам. Согласно части 1 статьи 1.1 Кодекса Российской Федерации об административных правонарушениях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 Пунктом 1 статьи 2 Закона Мурманской области от 06 июня 2003 года №401-01-ЗМО «Об административных правонарушениях» предусмотрена административная ответственность за нарушение правил благоустройства территории поселения (городского округа), утвержденных муниципальным нормативным правовым актом, в случае, если установление ответственности за такие действия не отнесено к ведению Российской Федерации, в виде предупреждения или наложения административного штрафа на должностных лиц в размере от десяти тысяч до двадцати тысяч рублей. Пунктом 2 статьи 2 Закона Мурманской области от 06 июня 2003 года №401-01-ЗМО «Об административных правонарушениях» установлено, что повторное совершение административного правонарушения, предусмотренного пунктом 1 настоящей статьи, в течение года со дня вступления в законную силу постановления о назначении административного наказания, предусмотренного пунктом 1 настоящей статьи, влечет наложение административного штрафа на должностных лиц в размере от двадцати тысяч до пятидесяти тысяч рублей. Согласно примечанию для целей настоящей статьи под нарушением правил благоустройства территории поселения (городского округа), утвержденным муниципальным нормативным правовым актом, понимается нарушение требований данного акта, установленных органами местного самоуправления в пределах своей компетенции. Решением Совета депутатов Мурманской области</w:t>
      </w:r>
    </w:p>
    <w:p>
      <w:pPr>
        <w:spacing w:before="200" w:after="300"/>
        <w:pBdr>
          <w:bottom w:val="single" w:sz="6" w:space="1" w:color="000000"/>
        </w:pBdr>
      </w:pP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