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Комсоморльск-на-Амуре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