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неисполнении п.1 Предписания в нарушение Федерального закона от 18.10.2007 № 230-ФЗ "О внесении изменений в отдельные законодательные акты Российской Федерации в связи с совершенствованием разграничений полномочий", в части осуществления полномочий, переданных субъектам Российской Федерации, по вопросу организации обеспечения отдельных категорий граждан лекарственными препаратами выявлено следующее. В нарушение п.5 ст. 10 Федерального закона от 21.11.2011 № 323-ФЗ «Об основах охраны здоровья граждан в Российской Федерации» не обеспечивается принцип доступности и качества медицинской помощи в рамках программы "Семь высокозатратных нозологии" в части предоставления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 Б) Лекарственный препарат "Леналидомид, капсулы" в дозировках 5 мг, 10 мг, 15 мг и 25 мг в 2017 года на территорию Смоленской области не поставлялся. Министерство здравоохранения Российской Федерации письмом от 14.07.2017 № 2069146/25-2 проинформировало Департамент Смоленской области по здравоохранению, что объявленные аукционы на поставку в субъекты Российской Федерации лекарственного препарата "Леналидомид, капсулы" признаны не состоявшимися и поставка лекарственного препарата состоится в срок до 15.09.2017 года. Остаток вышеуказанного препарата с 2016 года составлял 33% от необходимого запаса, для обеспечения всех нуждающихся в 2017 году. Учитывая, что на момент проведения проверки остаток вышеуказанного препарата отсутствует по всем дозировкам, а Департаментом Смоленской области по здравоохранению не предоставлены данные о количестве пациентов, нуждающихся в получении данного препарата, оценить объем потребности по состоянию на текущую дату не представляется возможным. В настоящее время Министерством здравоохранения рассматривается вопрос оказания гуманитарной помощи Смоленской области вышеуказанным лекарственным препаратом для обеспечения пациентов 7 ВЗН до момента централизованной поставки. В случае необеспечения пациентов, страдающих 7 ВЗН, путем централизованной закупки лекарственных препаратов, лекарственное обеспечение данной категории граждан должно быть осуществлено в рамках Постановления Правительства РФ от 30.07.1994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В) В нарушение п.2 ст.10 Федерального закона от 21.11.2011 № 323-ФЗ «Об основах охраны здоровья граждан в Российской Федерации» не обеспечивается принцип доступности и качества медицинской помощи в части наличия необходимого количества медицинских работников и уровня их квалификации, а именно: во всех представленных Актах о проведении обучения отсутствуют ознакомление с Актом и подписи специалистов, прошедших обучение.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неисполнение п. 3 Предписания в нарушение требований ст.ст. 10, 89 Федерального закона от 21.11.2011 № 323-ФЗ «Об основах охраны здоровья граждан в Российской Федерации» и приказа Министерства здравоохранения Российской Федерации от 21.12.2012 № 1340н «Об утверждении порядка организации и проведения ведомственного контроля качества и безопасности медицинской деятельности» выявлено следующее. Имеет место не достижение (по данным за март-май 2017) ключевых (сигнальных) индикаторов снижения смертности по следующим индикаторам: В) доля больных с ишемическим инсультом, которым выполнен системный тромболизис - фактическое значение увеличилось с 1,4 % до 1,8) (целевые показатели Минздрава России - не менее 5%). Согласно информационной справке начальника Департамента Смоленской области по здравоохранению с приложением «Анализ проведения тромболитической терапии пациентам с ишемическим инсультом, поступившим в терапевтическом окне за январь-март 2017 года», проведенного главным специалистом-неврологом ФИО2, одной из причин невозможности проведения тромболизиса является поступление пациентов в стационар вне терапевтического окна ввиду траты времени бригадами СМП на доставку всех пациентов с подозрением на ОНМК в ОГБУЗ «КБСМП» для выполнения КТ головного мозга (из-за неисправности компьютерных томографов ОГБУЗ «СОКБ» и ОГБУЗ «КБ № 1»), а затем доставку данных пациентов в соответствии с маршрутизацией в иные лечебные учреждения с ПСО и РСЦ. Информационная справка начальника Департамента Смоленской области по здравоохранению с приложением «Анализ проведения тромболитической терапии пациентам с ишемическим инсультом, поступившим в терапевтическом окне за январь-март 2017 года» от 17.07.2017 № 8463. Г) В нарушение «Положения об отделе ведомственного контроля управления ведомственного контроля и анализа медицинской деятельности Департамента Смоленской области по здравоохранению», утвержденного Начальником Департамента Смоленской области по здравоохранению ФИО3 12.01.2016, отделом ведомственного контроля качества и безопасности медицинской деятельности при проведении плановых проверок подведомственных организаций отсутствует должный контроль за достижением ключевых (сигнальных) индикаторов снижения смертности. Например, согласно акту плановой проверки ОГБУЗ «Клиническая больница скорой медицинской помощи» № 4-17/п от 26.04.2017 выявлено: превышение целевого показателя летальности у пациентов с ишемическим инсультом на 10,6%; превышение целевого показателя летальности у пациентов с геморрагическим инсультом на 3,1%; доля больных с ОКС умерших в первые сутки от числа всех умерших с ОКС за период госпитализации составил - 50,0% (целевое значение - менее 25%). Однако в предписании № 4/7 об устранении юридическим лицом выявленных нарушений от 26.04.2017 г. отсутствуют меры по пресечению и (или) устранению последствий и причин нарушений по недостижению целевых показателей, выявленных в рамках государственного контроля качества и безопасности медицинской деятельности.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неисполнение п.3 Предписания в нарушение требований ст.10 Федерального закона от 21.11.2011 № 323-ФЗ «Об основах охраны здоровья граждан в Российской Федерации» продолжается неэффективное использование медицинского оборудования, направленное на раннее выявление и проведение своевременного лечения пациентов, а именно: Б) Доступность проведения диагностических и лабораторных исследований в режиме 7/24/365 осуществляется не в полном объеме в связи с выявляющимися факторами простоя и неэффективного использования, в том числе тяжелого медицинского оборудования. В) Договора на техническое обслуживание КТ и МРТ, находящихся в подведомственных Департаменту Смоленской области по здравоохранению, комиссии не представлены.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неисполнение п.3 Предписания в нарушение требований ст.10 Федерального закона от 21.11.2011 № 323-ФЗ «Об основах охраны здоровья граждан в Российской Федерации» в части оказания помощи пациентам при онкологических заболеваниях выявлено: сохраняется низкая доступность в регионе медицинской помощи в части обезболивания. ФАПами не осуществляется отпуск наркотических и сильнодействующих лекарственных препаратов; по состоянию на 18.07.2017 в Территориальный орган Федеральной службы по надзору в сфере здравоохранения по Смоленской области информация о лицензировании ФАПов для осуществления деятельности по отпуску сильнодействующих и наркотических лекарственных препаратов не поступала. Место совершения правонарушения – &lt;...&gt;; дата обнаружения правонарушения – 20.07.2017 г. Данные обстоятельства зафиксированы в акте проверки от 20.07.2017 г., а также в протоколе об административном правонарушении от 26.07.2017 г. и послужили основанием для привлечения начальника Департамента Смоленской области по здравоохранению ФИО3 к административной ответственности по ч. 21 ст. 19.5 КоАП РФ. Виновность должностного лица в невыполнении в установленный срок законного предписания подтверждается собранными по делу доказательствами: протоколом об административном правонарушении № П67-116/17 от 26.07.2017 г., приказом о проведении внеплановой выездной проверки № П67-116/16 от 10.07.2017 г., актом проверки № 78 от 20.07.2017 г., предписанием №10 от 24.03.2017 г. и иными материалами дела, получившими оценку по правилам ст. 26.11 КоАП РФ с точки зрения их относимости, допустимости, достоверности и достаточности. Вывод о наличии в деянии должностного лица состава административного правонарушения, предусмотренного ч. 21 ст. 19.5 КоАП РФ, соответствует фактическим обстоятельствам дела и представленным доказательствам. В частности, неисполнение предписания в части непредставления начальником Департамента Смоленской области по здравоохранению ФИО3 актов о проведении обучения по работе с программным обеспечением «Мониторинг ЛЛО» от 36 заявленных организаций – участников видеоконференции подтверждается, в том числе, ненадлежащим образом оформленными актами о проведении обучения, в которых отсутствует отметки об ознакомлении с актом и подписи специалистов, прошедших обучение (л.д. 190-192). Неисполнение предписания в части непредставления должностным лицом договоров на техническое обслуживание КТ и МРТ, находящихся в подведомственных Департаменту Смоленской области по здравоохранению медицинских учреждениях, подтверждается письмом начальника Департамента ФИО3 руководителю Территориального органа Федеральной службы по надзору в сфере здравоохранения по Смоленской области от 31.07.2017 г., из которого следует, что «Департамент сообщает, что им будут предприняты меры по предотвращению подобных нарушений в будущем; копии договоров на техническое обслуживание медицинского оборудования прилагаются» (т. 1, л.д. 161). Исходя из содержания данного письма, требование предписания исполнено не ранее 31.07.2017 г., то есть после истечения срока для исполнения предписания (23.06.2017 г.), что подтверждает довод надзорного органа о том, что договоры представлены 31.07.2017 г. т.е. после установленного срока и не в полном объеме (т. 1, л.д. 64) и свидетельствует о наличии вины должностного лица в неисполнении указанного пункта предписания. Представленные по делу доказательства позволяют сделать вывод о том, что начальником Департамента Смоленской области по здравоохранению ФИО3 не было предпринято всех зависящих от него мер, направленных на исполнение указанных пунктов предписания. В известность о причинах невозможности выполнения он надзорный орган не ставил, названное предписание не обжаловал. Доказательств, подтверждающих обратное, в материалах дела не имеется. Доводы жалобы ФИО3 о малозначительности административного правонарушения являются несостоятельными по следующим основаниям. В соответствии со статьей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В соответствии с п.21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По смыслу названных норм и разъяснений оценка малозначительности деяния должна соотноситься с характером и степенью общественной опасности, причинением вреда либо с угрозой причинения вреда личности, обществу или государству. Категория малозначительности относится к числу оценочных, в связи с чем, определяется в каждом конкретном случае, исходя из обстоятельств совершенного правонарушения. Таким образом, малозначительность административного правонарушения имеет место при отсутствии существенной угрозы охраняемым общественным отношениям. Неисполнение должностным лицом - начальником Департамента Смоленской области по здравоохранению ФИО3 в срок вышеуказанных предписания Территориального органа Федеральной службы по надзору в сфере здравоохранения по Смоленской области признаков малозначительности не содержит, оснований для применения статьи 2.9 КоАП РФ не имеется. Постановление о привлечении должностного лица ФИО3 к административной ответственности вынесено с соблюдением срока давности привлечения к административной ответственности, установленного статьей 4.5 КоАП РФ для данной категории дел. Административное наказание в виде административного штрафа назначено должностному лицу ФИО3 в минимальном размере, предусмотренном санкцией части 21 статьи 19.5 КоАП РФ. Вместе с тем, имеются основания для изменения вынесенных по делу постановлений. Согласно частям 1, 4 статьи 1.5 КоАП РФ лицо подлежит административной ответственности только за те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 Как следует из постановления должностного лица и решения судьи, ФИО3 вменено неисполнения предписания в части необеспечения поставок в рамках программы "Семь высокозатратных нозологий" лекарственного препарата "Леналидомид, капсулы". Вместе с тем, при наличии письма Министерства здравоохранения РФ от 14.07.2017 № 2069146/25-2, из которого следует, что объявленные аукционы на поставку в субъекты Российской Федерации указанного препарата признаны не состоявшимися и его поставка состоится в срок до 15.09.2017 г., не следует однозначный вывод о наличии вины начальника Департамента в необеспечении поставки препарата "Леналидомид, капсулы", имеются основания полагать, что неисполнение предписания вызвано не зависящими от него обстоятельствами. При этом ссылка в оспариваемых актах на необходимость (в случае необеспечения пациентов указанным препаратом путем централизованной закупки) осуществлять обеспечение граждан препаратом в рамках Постановления Правительства РФ от 30.07.1994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не может быть признана обоснованной, поскольку указанное Постановление соответствующих положений не содержит. Кроме того, исходя из положений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предписание должно содержать только законные требования, которые должны быть конкретны и реально исполнимы. Исполнимость предписания является важным требованием к данному виду ненормативного акта и одним из элементов законности предписания, поскольку предписание исходит от государственного органа, обладающего властными полномочиями, носит обязательный характер и для его исполнения устанавливается определенный срок, за нарушение которого наступает административная ответственность. Следовательно, предписание должностного лица, содержащее законные требования, должно быть реально исполнимо и содержать конкретные указания, четкие формулировки относительно конкретных действий, которые необходимо совершить исполнителю и которые должны быть направлены на прекращение и устранение выявленного нарушения. При этом содержащиеся в предписании формулировки должны исключать возможность двоякого толкования; изложение должно быть кратким, четким, ясным, последовательным, доступным для понимания всеми лицами. Акт органа публичной власти подлежит оценке судом на предмет соответствия закону в том виде, в котором орган власти принял акт. Судебный контроль не призван расширительно толковать акты органов публичной власти, которые обладают достаточной самостоятельностью, предоставленной им государством при осуществлении своих функций. Вместе с тем, пункты 9, 10, 11, 13 оспариваемого предписания № 10 от 24.03.2017г. вышеуказанным требованиям закона не соответствуют. В частности, не указано, какие конкретно меры по достижению сигнальных индикаторов снижения смертности больных с ишемическим инсультом, которым выполнен системный тромболизис, должны были быть приняты начальником Департамента ФИО3, в связи с чем нельзя признать обоснованным привлечение его к ответственности по указанным в постановлении и решении основаниям (трата времени бригадами скорой медицинской помощи на доставку пациентов в ОГБУЗ «КБСМП» для выполнения КТ головного мозга (из-за неисправности компьютерных томографов ОГБУЗ «СОКБ» и ОГБУЗ «КБ № 1), отсутствие в выданном ОГБУЗ «КБСМП» предписании мер по устранению причин и последствий нарушений по недостижению указанных целевых показателей). Также в состоявшихся по делу актах указано, что начальником Департамента доступность проведения диагностических и лабораторных исследований в режиме 7/24/365 осуществляется не в полном объеме в связи с выявляющимися факторами простоя и неэффективного использования медицинского оборудования, однако в предписании не указано, простой какого оборудования следует устранить, в каком объеме, каким конкретно образом должна обеспечиваться эффективность его работы и доступность проведения исследований. Формулировка требования предписания «обеспечить отпуск наркотических и сильнодействующих лекарственных препаратов на ФАПах (при наличии соответствующей лицензии)» предполагает исполнение его должностным лицом лишь в отношении тех фельдшерско-акушерских пунктов, которые имеют лицензию. Вместе с тем, постановление должностного лица и решение судьи не содержат сведений о конкретных ФАПах, имеющих лицензию, в отношении которых требования предписания не исполнены. Более того, из отзыва Территориального органа Федеральной службы по надзору в сфере здравоохранения по Смоленской области на жалобу следует, что ни один их ФАПов на территории Смоленской области такой лицензии не имеет (т. 2, л.д. 107). При таких обстоятельствах указания о виновности начальника Департамента Смоленской области по здравоохранению ФИО3 в невыполнении вышеуказанных пунктов предписания подлежат исключению из мотивировочной части постановления должностного лица и решения судьи. В остальной части принятые по делу акты подлежат оставлению без изменения, обстоятельств, которые могли бы повлечь их отмену, не установлено. Руководствуясь ст. ст. 30.2 - 30.8 КоАП РФ, судья Смоленского областного суда р е ш и л : постановление руководителя Территориального органа Федеральной службы по надзору в сфере здравоохранения по Смоленской области № П67-116/17 от 03 августа 2017 года и решение судьи Ленинского районного суда г. Смоленска от 14 декабря 2017 года, вынесенные в отношении начальника Департамента Смоленской области по здравоохранению ФИО3 по делу об административном правонарушении, предусмотренном ч. 21 ст. 19.5 КоАП РФ, изменить. Исключить из мотивировочных частей данных актов указание на виновность начальника Департамента Смоленской области по здравоохранению ФИО3 в невыполнении предписания № 10 от 24 марта 2017 года в части: необеспечения принципа доступности и качества медицинской помощи в рамках программы «Семь высокозатратных нозологий» в части предоставления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 – непоставки в 2017 году на территорию Смоленской области лекарственного препарата «Леналидомид, капсулы» в дозировках 5 мг, 10 мг, 15 мг и 25 мг; недостижения (по данным за март-май 2017 г.) ключевых (сигнальных) индикаторов снижения смертности по следующему индикатору: доля больных с ишемическим инсультом, которым выполнен системный тромболизис – фактическое значение увеличилось с 1,4% до 1,8 %; неэффективного использования медицинского оборудования, направленного на ранее выявление и проведение своевременного лечения пациентов, а именно: осуществления не в полном объеме доступности проведения диагностических и лабораторных исследований в режиме 7/24/365 в связи с выявляющимися факторами простоя и неэффективного использования, в том числе тяжелого медицинского оборудования; сохранения низкой доступности в регионе медицинской помощи в части обезболивания - фельдшерско-акушерскими пунктами не осуществляется отпуск наркотических и сильнодействующих лекарственных препаратов; по состоянию на 18.07.2017 в Территориальный орган Федеральной службы по надзору в сфере здравоохранения по Смоленской области информация о лицензировании ФАПов для осуществления деятельности по отпуску сильнодействующих и наркотических лекарственных препаратов не поступала. В остальной части постановление руководителя Территориального органа Федеральной службы по надзору в сфере здравоохранения по Смоленской области № П67-116/17 от 03 августа 2017 года и решение судьи Ленинского районного суда г. Смоленска от 14 декабря 2017 года оставить без изменения, жалобу начальника Департамента Смоленской области по здравоохранению ФИО3 – без удовлетворения. Судья А.Л. Штейнле Суд: Смоленский областной суд (Смоленская область) (подробнее) Судьи дела: Штейнле Алексей Леович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