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Публичного акционерного общества «Сбербанк России» в лице Ставропольского отделения № 5230 к ФИО1, ФИО2 о взыскании задолженности по кредитному договору,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солидарно с ФИО1 – ДД.ММ.ГГГГ года рождения, уроженца &lt;адрес&gt;; ФИО2 – ДД.ММ.ГГГГ года рождения, уроженки &lt;адрес&gt;, в пользу Публичного акционерного общества «Сбербанк России» задолженность по кредитному договору № от 27.04.2015 по состоянию на 02.05.2017 в размере 673045 (шестьсот семьдесят три тысячи сорок пять) рублей 62 копейки, которая состоит из задолженности по процентам- 130615 (сто тридцать тысяч шестьсот пятнадцать) рублей 23 копейки, просроченной ссудной задолженности - 534970 (пятьсот тридцать четыре тысячи девятьсот семьдесят) рублей 99 копеек; неустойки - 7459 (семь тысяч четыреста пятьдесят девять) рублей 40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солидарно с ФИО1 – ДД.ММ.ГГГГ года рождения, уроженца &lt;адрес&gt;; ФИО2 – ДД.ММ.ГГГГ года рождения, уроженки &lt;адрес&gt;, в пользу Публичного акционерного общества «Сбербанк России» судебные расходы по оплате государственной пошлины в размере 9930 (девять тысяч девятьсот тридцать) рублей 46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Ростовской области в течение месяца со дня вынесения в окончательной форме. Председательствующий /подпись/ М.В. Ткаченко В окончательной форме решение изготовлено 28 июля 2017 г. Суд: Сальский городской суд (Ростовская область) (подробнее) Истцы: ПАО "Сбербанк России" (подробнее) Судьи дела: Ткаченко М.В. (судья) (подробнее) Последние документы по делу: Решение от 16 июля 2018 г. по делу № 2-1000/2017 Решение от 1 декабря 2017 г. по делу № 2-1000/2017 Решение от 26 ноября 2017 г. по делу № 2-1000/2017 Решение от 15 ноября 2017 г. по делу № 2-1000/2017 Решение от 6 ноября 2017 г. по делу № 2-1000/2017 Решение от 7 августа 2017 г. по делу № 2-1000/2017 Решение от 24 июля 2017 г. по делу № 2-1000/2017 Решение от 24 июля 2017 г. по делу № 2-1000/2017 Решение от 14 июня 2017 г. по делу № 2-1000/2017 Решение от 31 мая 2017 г. по делу № 2-1000/2017 Определение от 10 мая 2017 г. по делу № 2-1000/2017 Решение от 14 апреля 2017 г. по делу № 2-1000/2017 Решение от 10 апреля 2017 г. по делу № 2-1000/2017 Определение от 16 марта 2017 г. по делу № 2-1000/2017 Решение от 12 февраля 2017 г. по делу № 2-1000/2017 Показать все документы по этому делу Судебная практика по: По кредитам, по кредитным договорам, банки, банковский договор Судебная практика по применению норм ст. 819, 820, 821, 822, 823 ГК РФ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