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Сданные в камеру хранения вещественных доказательства Отдела МВД России по городскому округу Озеры по квитанции № от ДД.ММ.ГГГГ : -мобильный телефон «Samsung» модели «SGH-М620», IMEI 358404/02/250701/8-возвратить ФИО1 или его представителю по доверенности, -мобильный телефон «Nokiaмодели «106.1», IMEI 353667\06\390330\5- возвратить ФИО2 или его представителю по доверенности.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Сданные в камеру хранения вещественных доказательства Отдела МВД России по городскому округу Озеры по квитанции № от ДД.ММ.ГГГГ: -ножовку по металлу и топор-уничтожить. Данный приговор может быть обжалован в апелляционном порядке в Московский областной суд в течение десяти суток через Озерский городской суд &lt;адрес&gt; с момента его провозглашения, а осужденным ФИО1 находящимся под стражей, в тот же срок и в том же порядке, но с момента получения копии настоящего приговора. В случае подачи апелляционной жалобы подсудимый ФИО1 вправе ходатайствовать о своём участии в судебном заседании по рассмотрению его апелляционной жалобы судом апелляционной инстанции. Судья Озерского городского суда &lt;адрес&gt;- подпись ЕЛИСЕЕВ Ю.В. К О П И Я В Е Р НА : Судья Озерского городского суда &lt;адрес&gt;- ЕЛИСЕЕВ Ю.В. Секретарь- ФИО10 Суд: Озерский городской суд (Московская область) (подробнее) Судьи дела: Елисеев Ю.В. (судья) (подробнее) Последние документы по делу: Приговор от 28 ноября 2017 г. по делу № 1-84/2017 Приговор от 13 октября 2017 г. по делу № 1-84/2017 Приговор от 9 октября 2017 г. по делу № 1-84/2017 Приговор от 12 сентября 2017 г. по делу № 1-84/2017 Приговор от 27 августа 2017 г. по делу № 1-84/2017 Приговор от 22 августа 2017 г. по делу № 1-84/2017 Приговор от 15 августа 2017 г. по делу № 1-84/2017 Приговор от 9 августа 2017 г. по делу № 1-84/2017 Приговор от 26 июля 2017 г. по делу № 1-84/2017 Постановление от 2 июля 2017 г. по делу № 1-84/2017 Постановление от 21 июня 2017 г. по делу № 1-84/2017 Приговор от 6 июня 2017 г. по делу № 1-84/2017 Приговор от 2 мая 2017 г. по делу № 1-84/2017 Постановление от 23 апреля 2017 г. по делу № 1-84/2017 Приговор от 5 апреля 2017 г. по делу № 1-84/2017 Приговор от 3 апреля 2017 г. по делу № 1-84/2017 Приговор от 2 апреля 2017 г. по делу № 1-84/2017 Приговор от 29 марта 2017 г. по делу № 1-84/2017 Приговор от 26 марта 2017 г. по делу № 1-84/2017 Приговор от 20 марта 2017 г. по делу № 1-84/2017 Показать все документы по этому делу Судебная практика по: Побои Судебная практика по применению нормы ст. 116 УК РФ По кражам Судебная практика по применению нормы ст. 158 УК РФ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