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судьи Красногвардейского районного суда Санкт-Петербурга от 11 июля 2017 года в отношении ФИО1, &lt;дата&gt; г.р., уроженца Республики Казахстан, гражданина Республики Казахстан, проживающего в Санкт-Петербурге по адресу: &lt;адрес&gt;, У С Т А Н О В И Л: Постановлением судьи Красногвардейского районного суда Санкт-Петербурга от &lt;дата&gt;, ФИО1 признан виновным в совершении административного правонарушения, предусмотренного ч.3 ст. 18.8 КоАП РФ, подвергнут административному наказанию в виде административного штрафа в размере 5000 руб. с административным выдворением за пределы Российской Федерации в форме контролируемого самостоятельного выезда. Вина ФИО1 установлена в нарушении иностранным гражданином правил въезда в Российскую Федерацию, выразившееся в нарушении установленных правил въезда в Российскую Федерацию, совершенное в городе федерального значения Санкт-Петербурге, а именно: 09.07.2015 в 20:30 у д.98 по пр. Малоохтинскому в Санкт-Петербурге был выявлен гражданин Р. Казахстан ФИО1, при проверке документов УУП ГУУП 52 отдела полиции УМВД России по Красногвардейскому району Санкт-Петербурга капитаном полиции &lt;...&gt; было установлено, что гражданин Республики Казахстан ФИО1 прибыл на территорию РФ 24.02.2017 через КПП «Домодедово» по миграционной карте серии №... с коммерческой целью, что подтверждается штампами и отметками в паспорте и миграционной карте. По прибытии в место пребывания по адресу: Санкт-Петербург, &lt;адрес&gt;, на миграционный учет не встал. При въезде в РФ полис медицинского страхования не имел. В соответствии с п.5 ст. 27 № 114-ФЗ «О порядке выезда из Российской Федерации и въезда в Российскую Федерацию» от 15.08.1996, гражданин Р. Казахстан ФИО1 обязан был при въезде в Российскую Федерацию предъявить полис медицинского страхования, действительный на территории Российской Федерации. Однако, при въезде в Российскую Федерацию, 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