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ДД.ММ.ГГГГ до ДД.ММ.ГГГГ ФИО2 у неустановленного лица при неустановленных обстоятельствах с целью незаконного сбыта приобрел наркотическое средство гашиш массой не менее 2,14 грамма, которое незаконно хранил по месту своего жительства по адресу: &lt;адрес&gt;. Реализуя свой преступный умысел на незаконный сбыт наркотических средств в значительном размере ФИО2 ДД.ММ.ГГГГ по телефону договорился со Свидетель №1 о сбыте ей наркотического средства гашиш. Продолжая свои преступные действия ФИО2 ДД.ММ.ГГГГ в период с 15 до 16 часов 10 минут в районе гаражей, расположенных у &lt;адрес&gt; незаконно сбыл путем продажи за &lt;данные изъяты&gt; Свидетель №1 сверток из полимерного материала с тремя фрагментами наркотического средства гашиш массой 2,14 грамма, что является значительным размером наркотического средства. Гашиш включен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30.06.1998 № 681 и отнесен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данному Перечню, все смеси, в состав которых входят наркотические средства Списка I Перечня, независимо от их количества, отнесены к наркотическим средствам. В соответствии со ст. Федерального закона «О наркотических средствах и психотропных веществах» от 08.01.1998 № 3-ФЗ на территории РФ запрещен оборот наркотических средств, включенных в Список 1 Перечня наркотических средств, психотропных веществ и их прекурсоров, подлежащих контролю в РФ. Согласно примечанию к статье 228 УК РФ значительный, крупный и особо крупный размеры наркотических средств и психотропных веществ для целей настоящей статьи, а также статей 228.1 , и 229.1 УК РФ утверждаются Правительством Российской Федерации. Согласно Постановлению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значительным размером для наркотического средства гашиш признается количество свыше 2 грамм, крупным размером свыше 25 грамм, а особо крупным размером свыше 10000 грамм. ФИО2 совершил незаконный сбыт наркотических средств. Преступление совершено при следующих обстоятельствах.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ДД.ММ.ГГГГ до ДД.ММ.ГГГГ ФИО2 у неустановленного следствием лица при неустановленных обстоятельствах с целью незаконного сбыта приобрел наркотическое средство гашиш, которое незаконно хранил по месту своего жительства по адресу: &lt;адрес&gt;. Реализуя свой преступный умысел на незаконный сбыт наркотических средств ФИО2 ДД.ММ.ГГГГ по телефону договорился с ФИО20 о сбыте ей наркотического средства гашиш. Продолжая свои преступные действия ДД.ММ.ГГГГ с 12 часов 55 минут до 14 часов в районе гаражей, расположенных у &lt;адрес&gt; ФИО2 незаконно сбыл путем продажи за &lt;данные изъяты&gt; ФИО20 действовавшей в рамках оперативно-розыскного мероприятия «проверочная закупка», проводимого сотрудниками УМВД России по Ивановской области сверток из полимерного материала с тремя фрагментами наркотического средства гашиш массой 1,97 грамма. Указанное наркотическое средство ДД.ММ.ГГГГ было изъято у ФИО20» сотрудником УМВД России по Ивановской области при личном досмотре. Гашиш включен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30.06.1998 № 681 и отнесен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данному Перечню, все смеси, в состав которых входят наркотические средства Списка I Перечня, независимо от их количества, отнесены к наркотическим средствам. В соответствии со ст. Федерального закона «О наркотических средствах и психотропных веществах» от 08.01.1998 № 3-ФЗ на территории РФ запрещен оборот наркотических средств, включенных в Список 1 Перечня наркотических средств, психотропных веществ и их прекурсоров, подлежащих контролю в РФ. Согласно примечанию к статье 228 УК РФ значительный, крупный и особо крупный размеры наркотических средств и психотропных веществ для целей настоящей статьи, а также статей 228.1 , и 229.1 УК РФ утверждаются Правительством Российской Федерации. Согласно Постановлению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значительным размером для наркотического средства гашиш признается количество свыше 2 грамм, крупным размером свыше 25 грамм, а особо крупным размером свыше 10000 грамм. ФИО2 совершил покушение на незаконный сбыт наркотических средств в крупном размере, преступление не доведено до конца по независящим от него обстоятельствам. Преступление совершено при следующих обстоятельствах.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ДД.ММ.ГГГГ до ДД.ММ.ГГГГ ФИО2 у неустановленного лица при неустановленных обстоятельствах с целью незаконного сбыта приобрел наркотическое средство гашиш в крупном размере, массой не менее 81,71 грамма и наркотическое средство марихуана, массой не менее 1,75 грамма, которые незаконно хранил с целью сбыта при себе и по месту жительства по адресу: &lt;адрес&gt; вплоть до момента обнаружения и изъятия их сотрудниками УНК УМВД России по Ивановской области. ДД.ММ.ГГГГ в 18 часов 30 минут у &lt;адрес&gt; сотрудники УНК УМВД России по Ивановской области задержали ФИО2, находящегося в состоянии опьянения, вызванного употреблением наркотических средств. В ходе личного досмотра ДД.ММ.ГГГГ в период с 18 часов 35 минут до 18 часов 50 минут в подъезде № &lt;адрес&gt; у ФИО2 обнаружили и изъяли сверток с четырьмя фрагментами и три свертка с находящимися внутри каждого фрагментом наркотического средством гашиш, общей массой 4,65 грамма, что является значительным размером наркотического средства, которое ФИО2 незаконно хранил с целью сбыта. ДД.ММ.ГГГГ в период с 19 часов 57 минут до 21 часа 03 минут в ходе обыска по месту жительства ФИО2 по адресу: &lt;адрес&gt; было обнаружено и изъято наркотическое средство гашиш массой 76,36 грамма, находящееся в банке из полимерного материала, наркотическое средство гашиш массой 0,68 грамма, находящееся в коробке из полимерного материала, что является крупным размером наркотического средства, электронные весы с наслоениями наркотического средства гашиш массой 0,02 грамма, наркотическое средство марихуана массой 1,75 грамма, которые ФИО2 незаконно хранил с целью сбыта. Преступление ФИО2 не довел до конца по независящим от него обстоятельствам, поскольку был задержан сотрудниками полиции, в результате чего наркотические средства у него были изъяты. Гашиш и Марихуана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30.06.1998 № 681 и отнесены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данному Перечню, все смеси, в состав которых входят наркотические средства Списка I Перечня, независимо от их количества, отнесены к наркотическим средствам. В соответствии со ст. Федерального закона «О наркотических средствах и психотропных веществах» от 08.01.1998 № 3-ФЗ на территории РФ запрещен оборот наркотических средств, включенных в Список 1 Перечня наркотических средств, психотропных веществ и их прекурсоров, подлежащих контролю в РФ. Согласно примечанию к статье 228 УК РФ значительный, крупный и особо крупный размеры наркотических средств и психотропных веществ для целей настоящей статьи, а также статей 228.1 , и 229.1 УК РФ утверждаются Правительством Российской Федерации. Согласно Постановлению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значительным размером для наркотического средства гашиш признается количество свыше 2 грамм, крупным размером свыше 25 грамм, а особо крупным размером свыше 10000 грамм, значительным размером для наркотического средства марихуана признается масса свыше 6 грамм, крупным размером свыше 100 грамм, а особо крупным размером свыше 100000 грамм. ФИО2 незаконно хранил огнестрельное оружие. Преступление совершено при следующих обстоятельствах.</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с ДД.ММ.ГГГГ до ДД.ММ.ГГГГ ФИО2 незаконно хранил по месту своего жительства по адресу: &lt;адрес&gt; пистолет &lt;данные изъяты&gt; являющийся огнестрельным оружием. ДД.ММ.ГГГГ в период с 19 часов 57 минут до 21 часа 03 минут в ходе обыска в квартире ФИО2 по адресу: &lt;адрес&gt; обнаружен и изъят пистолет &lt;данные изъяты&gt; являющийся гладкоствольным огнестрельным оружием, изготовленным самодельным способом путем переделки из газового пистолета модели «&lt;данные изъяты&gt; (удаления сепаратора в канале ствола) по типу гладкоствольных дульнозарядных пистолетов раздельного заряжания для стрельбы снарядами (картечью, дробью), пригодный для стрельбы. В соответствии с Федеральным Законом РФ № 150-ФЗ от 13.12.1996 «Об оружии» оборот гражданского, служебного, а также боевого ручного стрелкового, боеприпасов к нему и взрывчатых веществ, осуществляемый в нарушение законодательства РФ, на территории Российской Федерации запрещен. Подсудимый ФИО2 вину в совершении преступлений, предусмотренных п. «б» ч. 3 ст. 228.1 , ч. 1 ст. 228.1 , ч. 3 ст. , п. «г» ч. 4 ст. 228.1 , ч. 1 ст. 222 УК РФ , признал частично и показал, что с 1982 года он употребляет наркотические вещества гашиш, коноплю и марихуану. Указанные наркотические средства он употребляет два раза в неделю по выходным. Со Свидетель №1 он познакомился в 2014 году через её знакомого по имени ФИО23. В ходе разговора он узнал, что Свидетель №1 употребляет гашиш. По просьбе Свидетель №1 он перевез ей холодильник, и она расплатилась с ним наркотическим средством гашиш. ДД.ММ.ГГГГ ему позвонила Свидетель №1 и попросила помочь ей приобрести гашиш. ДД.ММ.ГГГГ Свидетель №1 позвонила вновь, и он велел ей подъезжать. В этот день он бесплатно передал Свидетель №1 три фрагмента около 2 грамм гашиша. Наркотическое средство передал бесплатно, поскольку был обязан Свидетель №1 ДД.ММ.ГГГГ ему позвонила Свидетель №1 и попросила достать гашиш. Он находился вместе с мужчиной по имени ФИО24. В районе гаражей он встретился со Свидетель №1, где за &lt;данные изъяты&gt; продал ей три кусочка около 2 грамм гашиша. Свидетель №1 сообщила ему, что грамм гашиша стоит 600 рублей. За гашиш Свидетель №1 передала ему 2000 рублей. Он должен был сдать ей 200 рублей, но сдал только 100 рублей, поскольку у него больше не было. В разговоре по телефону Свидетель №1 сказала, что ей нужно три бутылки шампанского, и он понял, что это три грамма гашиша. Гашиш он приобрел в августе 2016 года у человека по имени ФИО25 Он купил у него плитку гашиша 100 грамм для личного потребления за 45000 рублей. Указанную плитку он хранил в своей квартире в серванте в банке из-под какао. Также в пачке из-под сигарет у него находилась марихуана, выращенная в огороде, которой его угостили три месяца назад. Всего марихуаны было 1,5-1,7 грамма. В день, когда его задержали сотрудники полиции, он взял с собой четыре кубика гашиша и трубку, поскольку собирался на несколько дней уехать к знакомой женщине в Шую. Находясь возле магазина, он услышал топот, после чего его ударили по телу и он упал. Далее последовал ещё один удар по телу. Он увидел, что рядом с ним находятся два человека в масках и сотрудники полиции ФИО6 и Свидетель №4, которые его досмотрели в присутствии понятых. В ходе личного досмотра у него обнаружили и изъяли из заднего кармана четыре кусочка гашиша, из маленького кармана неполный кусочек гашиша и трубку, после чего повели в квартиру для проведения обыска. В портмоне у него также находился один кусочек гашиша не более 1 грамма. Он не исключает, что в ходе личного досмотра у него также изъяли еще один сверток с гашишом. Далее в квартиру приехал ФИО28, который привез ордер на обыск. Перед проведением обыска его спросили, есть ли в квартире наркотики. Он сообщил, что нет. Свидетель №4 начал обыск с кладовки. Через некоторое время он попросил прекратить, сообщив, что во второй комнате у него находится гашиш. Он показал, что гашиш находится в серванте, а в пачке из-под сигарет находится марихуана. Тринадцать лет назад на Центральном рынке за 500 рублей он приобрел газовый пистолет. По внешнему виду было видно, что это газовый пистолет, поскольку курок у него был из пластика. Он не знал, что этот пистолет является огнестрельным оружием. Пистолет приобрел без патронов. В магазине Росток ему сообщили, что патроны 8 мм не выпускаются. В этом же магазине он приобрел четыре патрона 9 мм травматического действия. Указанные патроны к пистолету не подошли, в связи с чем пистолет лежал у него в квартире в коробке и он его не использовал. Все изъятые у него при личном досмотре и в ходе обыска наркотические вещества были предназначены для личного потребления, а не для сбыта. Гашиш, который он дважды передал Свидетель №1, он отломил от 100 граммовой плитки. Перед тем как передать гашиш он его взвесил. ДД.ММ.ГГГГ он находился в состоянии наркотического опьянения, кроме этого выпил ещё 100 грамм коньяка. Судом исследованы и проанализированы доказательства, представленные стороной обвинения и стороной защиты. Свидетель старший оперуполномоченный УНК УМВД России по Ивановской области ФИО6 показал, что он проводил операцию по задержанию Свидетель №1 ДД.ММ.ГГГГ поступила оперативная информация о том, что Свидетель №1 хранит наркотическое средство. За Свидетель №1 проводилось наблюдение, она была задержана, и в пепельнице её автомобиля был обнаружен и изъят гашиш. Свидетель №1 пояснила, что наркотическое средство она приобрела за деньги у ФИО2 В машине вместе со Свидетель №1 находилась Свидетель №2 Таким образом, в отношении ФИО2 поступила информация, что он занимается сбытом наркотиков. В декабре 2016 года также поступила информация о том, что ФИО2 распространяет гашиш. С целью проверки указанной информации он подобрал человека, которому присвоили псевдоним ФИО20 для проведения проверочной закупки у ФИО2 наркотического средства. До задержания Свидетель №1 про ФИО2 он ничего не знал. ФИО20 договорилась с ФИО2 о приобретении у него наркотического средства. ДД.ММ.ГГГГ до начала проверочной закупки ФИО20 была досмотрена сотрудником полиции ФИО33. После этого ФИО20 уехала на проверочную закупку, в ходе которой проводилась видеозапись. Он осуществлял оперативное наблюдение за проверочной закупкой. Он видел, что ФИО2 находился с неизвестным парнем. Около своего дома ФИО2 встретился с псевдонимом, постояв 2-3 минуты, они разошлись. Когда ФИО20 вернулась, сообщила, что приобрела три кубика гашиша. Он принимал участие в задержании ФИО2 В этот день поступила информация, что при ФИО2 будет находиться наркотическое средство. Около подъезда был задержан ФИО2, которому был задан вопрос, имеются ли при нем наркотики. ФИО2 ответил, что есть. В ходе личного досмотра у ФИО2 был изъят гашиш, ложка и трубка. Гашиш находился в нескольких пакетиках из целлофана. После этого он участвовал при проведении обыска по месту жительства в квартире ФИО2, где были обнаружены гашиш, марихуана и пистолет. Свидетель старший оперуполномоченный по особо важным делам УНК УМВД России по Ивановской области Свидетель №3 показала, что по просьбе сотрудника полиции ФИО6 она в присутствии понятых провела личный досмотр ФИО20 Псевдониму она вручила деньги и скрытоносимый видеокомплекс. После этого через час или полтора её пригласили вновь для проведения личного досмотра ФИО20 В ходе личного досмотра в присутствии понятых она изъяла у неё вещество, деньги и скрытоносимый видеокомплекс. Изъятое у псевдонима вещество она упаковала в конверт и опечатала. Свидетель оперуполномоченный УНК УМВД России по Ивановской области Свидетель №4 показал, что ДД.ММ.ГГГГ в вечернее время в районе &lt;адрес&gt; он вместе с сотрудниками полиции ФИО6 и ФИО39 задержал ФИО2 Решение о задержании ФИО2 принял ФИО6 При задержании ФИО2 были применены наручники, поскольку он оказал сопротивление и попытался убежать. Ударов он ФИО2 не наносил и не видел, чтобы другие сотрудники наносили удары. Двое сотрудников ОМОНА появились после задержания ФИО2 Личный досмотр ФИО2 проводил ФИО6 в подъезде дома. В ходе личного досмотра ФИО2 изъяли вещество и еще какие-то предметы. Впоследствии было установлено, что изъятое вещество это гашиш. По месту жительства ФИО2 он провел обыск в ходе которого обнаружил в дальней комнате в коробке на стуле или под стулом пистолет с патронами. В серванте он обнаружил сверток из бумаги с веществом, в двух коробках находилось пластичное вещество. В одной пластиковой коробке находилась большая плитка гашиша. В пачке из-под сигарет было обнаружено измельченное вещество растительного происхождения, которое оказалось марихуаной. Пистолет был похож на служебный пистолет ФИО1 и четыре патрона. Все находилось в серванте, но в разных отсеках. Вещество, пистолет, четыре патрона, мобильный телефон и электронные весы были изъяты. ФИО2 сказал, что изъятое из серванта является наркотическим веществом для личного потребления. ДД.ММ.ГГГГ он на служебном автомобиле доставил ФИО20 в район &lt;адрес&gt; улицы. ФИО20 вернулась через 10-15 минут, пояснив, что у ФИО2 приобрела наркотик. В соответствии с ч. 3 ст. 281 УПК РФ по ходатайству защитника в судебном заседании в части противоречий оглашены и исследованы показания свидетеля Свидетель №4, данные в ходе предварительного следствия. Допрошенный ДД.ММ.ГГГГ в качестве свидетеля Свидетель №4 показал, что до начала проведения обыска ФИО2 и его дочери Свидетель №5 было предложено выдать запрещенные предметы. Указанные лица ответили, что запрещенных предметов в квартире нет. Когда он осмотрел и провел обыск прихожей, кладовки, комнаты № и приступил к обыску комнаты № ФИО2 заявил, что в комнате № находятся наркотические средства. В ходе обыска в комнате № в коробке из-под электрической бритвы, находившейся на стуле он обнаружил газовый пистолет и четыре патрона. В серванте он обнаружил и изъял пачку из-под сигарет с находящимся в ней свертком из полимерного материала. Внутри данного свертка находился сверток из бумаги с веществом растительного происхождения. По поводу обнаружения газового пистолета и четырех патронов ФИО2 ничего не пояснял (т. 2, л.д. 12-14). После оглашения показаний свидетель Свидетель №4 просил доверять данным показаниям. Свидетель Свидетель №1 показала, что с ФИО2 она знакома несколько лет. От своего бывшего молодого человека она узнала, что у ФИО2 есть гашиш. Ранее она несколько раз всегда за деньги приобретала у ФИО2 гашиш. О приобретении наркотика она договаривалась с ФИО2 по телефону. В разговоре наркотики называли бутылкой. Один условный кубик гашиша стоил 600 рублей. Она по телефону договорилась с ФИО2 встретится в гаражах, в районе магазина «Кубанские вина» для приобретения у него трех условных кубиков гашиша. Она приехала на своем автомобиле Шевроле Авео вместе с Свидетель №2 ДД.ММ.ГГГГ она передала ФИО2 1800 рублей, а он ей сверток с наркотическим веществом. В этот день она поехала домой в &lt;адрес&gt;, но на заправке её задержали сотрудники полиции. В машине в пепельнице под магнитолой у неё обнаружили сверток с гашишом. Свидетель Свидетель №2 показала, что ДД.ММ.ГГГГ она вместе с подругой Свидетель №1 ездила в г. Иваново за покупками. Свидетель №1 звонила ФИО2 и спрашивала можно ли взять три бутылки лимонада. В зеркало автомобиля она видела, что Свидетель №1 передала ФИО2 деньги, а он ей сверток. На выезде из г. Иваново их задержали сотрудники полиции. В автомобиле Свидетель №1 в пепельнице сотрудники полиции обнаружили и изъяли три фрагмента вещества коричневого цвета, находившиеся в целлофановом пакетике. Свидетель Свидетель №5 показала, что своего отца ФИО2 она характеризует с положительной стороны, как отзывчивого и неконфликтного человека. Она проживала с отцом, а у её матери была своя семья. Отца в состоянии наркотического опьянения она никогда не видела и про наркотики ей ничего не известно. ФИО2 алкоголь употребляет очень редко. Оружие в квартире она никогда не видела. Свидетель ФИО20 показала, что по телефону она предварительно договорилась с ФИО2 о приобретении у него трех фрагментов гашиша за 1800 рублей. Встретиться договорились на &lt;адрес&gt;. ДД.ММ.ГГГГ до начала проведения проверочной закупки был проведен её личный досмотр в ходе которого ей вручили 2000 рублей и видеокомплекс. После этого на служебном автомобиле она направилась на встречу с ФИО2 Она отдала ФИО2 деньги, а он передал ей сверток с наркотиком. В отделе полиции у неё изъяли сверток и видеокомплекс. Ранее ФИО2 сообщил ей номер своего телефона, и она приобретала у него наркотические вещества. Эксперт криминалистического центра УМВД России по Ивановской области ФИО16 показал, что пистолет ИЖ-76 является газовым пистолетом заводского изготовления. Представленный ему на экспертизу пистолет ИЖ-76 переделан самодельным способом в гладкоствольное огнестрельное оружие. В связи с отсутствием в РФ боевых патронов калибра 8 мм в ходе экспертизы в патронник пистолета он поместил травматический патрон без пули, а в ствол зарядил картечь, которой выстрелил. Если пистолет зарядить боевым патроном калибра 8 мм он должен выстрелить. В соответствии с ч. 1 ст. 281 УПК РФ с согласия сторон в судебном заседании по ходатайству государственного обвинителя оглашены и исследованы показания свидетелей Свидетель №6, Свидетель №7, Свидетель №8, данные в ходе предварительного следствия. Допрошенная ДД.ММ.ГГГГ в качестве свидетеля старший специалист отделения ИЗО и СО ООТО УМВД России по Ивановской области Свидетель №6 показала, что ДД.ММ.ГГГГ от старшего оперуполномоченного Свидетель №3 она приняла на хранение опечатанный бумажный конверт с наркотическим средством гашиш о чем выписала соответствующую квитанцию № (т. 2, л.д. 29-30). Допрошенный ДД.ММ.ГГГГ в качестве свидетеля врио помощника начальника по тылу ОМВД России по Советскому району г. Иваново Свидетель №7 показал, что он как лицо ответственное за хранение наркотических средств в камере хранения при наличии мотивированного постановления о выемки готов добровольно выдать вышеуказанные предметы (т. 2, л.д. 239-240). Допрошенный ДД.ММ.ГГГГ в качестве свидетеля старший оперативный уполномоченный по ОВД УНК УМВД России по Ивановской области Свидетель №8 показал, что в ходе проверки оперативной информации о деятельности организованной преступной группы, занимающейся незаконным сбытом наркотических средств ДД.ММ.ГГГГ на автозаправочной станции &lt;адрес&gt; был остановлен автомобиль Шевроле Авео под управлением Свидетель №1 в котором было обнаружено наркотическое средство гашиш массой 2,14 грамма. В ходе проверки было установлено, что Свидетель №1 и Свидетель №2 более шести месяцев регулярно не реже двух раз в месяц приезжают из &lt;адрес&gt; в &lt;адрес&gt; и приобретают у ФИО2 наркотическое средство гашиш (т. 1, л.д. 165-166). Вина подсудимого ФИО2 подтверждается исследованными материалами уголовного дела. - из рапорта об обнаружении признаков преступления от ДД.ММ.ГГГГ следует, что в ходе расследования уголовного дела в отношении Свидетель №1 установлено, что ДД.ММ.ГГГГ неустановленное лицо у &lt;адрес&gt; незаконно сбыло Свидетель №1 наркотическое средство гашиш массой 2,14 грамма (т. 1, л.д. 121); - из протокола досмотра автомобиля Шевроле Авео государственный регистрационный знак &lt;данные изъяты&gt; под управлением Свидетель №1 от ДД.ММ.ГГГГ следует, что в пепельнице автомобиля обнаружен и изъят сверток из полимерного материала с тремя фрагментами вещества темно-коричневого цвета (т. 1, л.д. 94); - согласно справке об исследовании №и от ДД.ММ.ГГГГ представленные на исследование три фрагмента спрессованного вещества темно-коричневого цвета массой 0,70 гр., 0,72 гр., 0,72 гр. (общая масса 2,14 гр.) из свертка из полимерного материала являются наркотическим средством гашиш (Перечень наркотических средств, психотропных веществ и их прекурсоров (Список 1), утвержденный Постановлением Правительства РФ от 30.06.1998 № 681. В процессе исследования израсходовано по 0,02 гр. вещества от каждого из объектов (всего 0,06 гр. вещества) (т. 1, л.д. 99); - согласно заключению эксперта № от ДД.ММ.ГГГГ представленные на исследование три фрагмента спрессованного вещества темно-коричневого цвета массой 0,68 гр., 0,70 гр., 0,70 гр. (общая масса 2,08 гр.) из свертка из полимерного материала являются наркотическим средством гашиш. Наркотическое средство гашиш включен в Список 1 Перечня наркотических средств, психотропных веществ и их прекурсоров, подлежащих контролю в РФ, утвержденный Постановлением Правительства РФ 30.06.1998 № 681 (т. 1, л.д. 189-190); - в ходе выемки ДД.ММ.ГГГГ у сотрудника полиции Свидетель №7 изъят заклеенный и опечатанный пакет из полимерного материала, поступивший из экспертно-криминалистического центра (т. 2, л.д. 244, 245-246); - конверт с изъятым у Свидетель №1 после исследования наркотическим средством в свертке из полимерного материала с тремя фрагментами спрессованного вещества коричневого цвета осмотрены, признаны вещественными доказательствами и приобщены к материалам уголовного дела (т. 2, л.д. 247-248, 249-251, 252-253); - из информации, представленной ПАО «ВымпелКом», осмотренной, признанной вещественным доказательством и приобщенной к материалам дела следует, что ДД.ММ.ГГГГ Свидетель №1 и ФИО2 несколько раз созванивались (т. 2, л.д. 219-222, 223-224, 225); - из рапорта старшего оперуполномоченного УНК УМВД России по Ивановской области ФИО6 об обнаружении признаков преступления от ДД.ММ.ГГГГ следует, что ДД.ММ.ГГГГ ФИО2 возле &lt;адрес&gt; сбыл ФИО20 наркотическое средство гашиш массой 1,97 гр., в связи с чем в его действиях усматриваются признаки преступления, предусмотренного ч. 1 ст. 228.1 УК РФ (т. 1, л.д. 46); - рассекреченными и предоставленными следователю материалами оперативно-розыскной деятельности (т. 1, л.д. 48-49, 50-51, 52); - из рапорта старшего оперуполномоченного УНК УМВД России по Ивановской области ФИО6 от ДД.ММ.ГГГГ следует, что для проверки оперативной информации о сбыте ФИО2 совместно с неустановленными лицами наркотических средств и психотропных веществ на территории Ивановской области, он просит разрешение на проведение оперативного внедрения к ФИО2 ФИО20 для проведения оперативно-розыскного мероприятия проверочная закупка (т. 1, л.д.53); - в соответствии с постановлением о проведении оперативного внедрения от ДД.ММ.ГГГГ получено разрешение на проведение оперативного внедрения ФИО20 к ФИО2 с целью проведения проверочной закупки (т. 1, л.д. 54); - согласно постановлению о проведении проверочной закупки от ДД.ММ.ГГГГ решено провести проверочную закупку наркотических средств у ФИО2 Для проведения проверочной закупки привлечь ФИО20 (т.1, л.д. 56-57); - из выписке из рапорта старшего оперуполномоченного УНК УМВД России по Ивановской области ФИО6 следует, что ФИО2 продает наркотическое средство гашиш за 600 рублей за 1 условный грамм. Места встреч для передачи наркотических средств назначает рядом со своим домом. По телефону гашиш называет бутылкой шампанского или лимонада (т. 1, л.д. 58); - согласно акту о результатах проведения оперативно-розыскного мероприятия проверочная закупка от ДД.ММ.ГГГГ следует, что ДД.ММ.ГГГГ ФИО20» приобрела у ФИО2 за 1900 рублей сверток из полимерного материала с тремя фрагментами вещества, который направлен на исследование в ЭКЦ УМВД России по Ивановской области (т. 1, л.д. 59); - согласно акту о результатах проведения оперативно-розыскного мероприятия «наблюдение» от ДД.ММ.ГГГГ сотрудник УНК УМВД России по Ивановской области ФИО6 ДД.ММ.ГГГГ в 13 часов 25 минут наблюдал, как ФИО2 вышел из дома и стал ожидать. Спустя некоторое время к ФИО2 подошел неизвестный мужчина с которым они направились по направлению к дому № по &lt;адрес&gt;. В непосредственной близости они встретились с женщиной, которая поговорив с ФИО2 передала ему деньги. ФИО2 передал женщине предмет похожий на сверток. После этого они разошлись (т. 1, л.д. 60); - согласно протоколу вручения технических и денежных средств от ДД.ММ.ГГГГ ФИО20 в присутствии понятых вручены скрытоносимый видеокомплекс и денежные средства в размере 2000 рублей (т.1, л.д. 61); - из протоколов личного досмотра ФИО20 от ДД.ММ.ГГГГ следует, что до проверочной закупки у неё обнаружены денежные средства в сумме 2000 рублей, скрытоносимый видеокомплекс и сотовый телефон. После проведения проверочной закупки сверток из полимерного материала с тремя фрагментами твердого вещества, скрытоносимый видеокомплекс, 100 рублей, сотовый телефон. Указанные предметы за исключением сотового телефона изъяты (т.1, л.д. 62-63); - согласно справке об исследовании №и от ДД.ММ.ГГГГ представленное на исследование вещество растительного происхождения в виде трех фрагментов спрессованного вещества темно-коричневого цвета общей массой 1,97 гр. (масса объекта № – 0,66 гр., объекта № – 0,65 гр., объекта № – 0,66 гр. является наркотическим средством гашиш (Перечень наркотических средств, психотропных веществ и их прекурсоров (Список 1), утвержденный Постановлением Правительства РФ от 30.06.1998 № 681. В процессе исследования израсходовано по 0,02 гр. вещества от каждого из объектов (всего 0,06 гр. вещества) (т. 1, л.д. 66); - в ходе выемки ДД.ММ.ГГГГ у сотрудника полиции Свидетель №6 изъят заклеенный и опечатанный конверт с находившимся в нем свертком с тремя фрагментами наркотического средства гашиш массой 1,91 гр. после исследования (т. 2, л.д. 31-32, 33-34, 35); - согласно заключению эксперта № от ДД.ММ.ГГГГ представленное на исследование спрессованное вещество растительного происхождения темно-коричневого цвета общей массой 1,91 гр. (масса объекта № – 0,64 гр., объекта № – 0,63 гр., объекта № – 0,64 гр.) является наркотическим веществом гашиш. Гашиш (анаша, смола каннабиса) отнесен к наркотическим средствам оборот которых в РФ запрещен (Перечень наркотических средств, психотропных веществ и их прекурсоров (Список 1), утвержденный Постановлением Правительства РФ от 30.06.1998 № 681. В процессе исследования израсходовано по 0,02 гр. вещества от объектов исследования (всего 0,06 гр.) (т. 2, л.д. 40-41); - конверт с изъятым у ФИО20 свертком с тремя фрагментами гашиша осмотрен, признан вещественным доказательством и приобщен к материалам уголовного дела (т. 2, л.д. 43-44, 45-47, 48-49); - в ходе выемки ДД.ММ.ГГГГ у сотрудника полиции ФИО6 изъят опечатанный конверт с находившимся в нем диском DVD-R с видеозаписью проверочной закупки от ДД.ММ.ГГГГ (т. 2, л.д. 52-53, 54-55, 56); - диск DVD-R с видеозаписью проверочной закупки от ДД.ММ.ГГГГ осмотрен, признан вещественным доказательством и приобщен к материалам уголовного дела (т. 2, л.д. 57-60, 61-65, 66); - из рапорта старшего оперуполномоченного УНК УМВД России по Ивановской области ФИО6 об обнаружении признаков преступления от ДД.ММ.ГГГГ следует, что ДД.ММ.ГГГГ выявлен факт хранения ФИО2 наркотического средства гашиш массой 4,65 гр., в связи с чем в его действиях усматриваются признаки преступления, предусмотренного ч. 1 ст. 228 УК РФ (т. 1, л.д. 72); - рассекреченными и предоставленными следователю материалами оперативно-розыскной деятельности (т. 1, л.д. 73-74, 75-76, 77); - согласно выписке из записки № стало известно, что ФИО2, занимающийся хранением и распространением наркотических средств гашиш ДД.ММ.ГГГГ в вечернее время будет находиться у &lt;адрес&gt; и будет хранить при себе наркотическое средство гашиш (т. 1, л.д. 78); - согласно акту наблюдения от ДД.ММ.ГГГГ старший оперуполномоченный УНК УМВД России по Ивановской области ФИО6 наблюдал, как в 18 часов 20 минут ДД.ММ.ГГГГ ФИО2 вышел из дома и направился к дому № по &lt;адрес&gt;, где был задержан сотрудниками полиции (т. 1, л.д. 84); - из протокола личного досмотра ФИО2 от ДД.ММ.ГГГГ следует, что у него в кармане обнаружен сверток из полимерного материала с четырьмя фрагментами вещества, три свертка из полимерного материала с находившимся в каждом одним фрагментом вещества, курительная трубка, нож и сотовый телефон Нокиа (т.1, л.д. 79); - согласно справке об исследовании №и от ДД.ММ.ГГГГ представленные на исследование фрагменты спрессованного вещества растительного происхождения темно-коричневого цвета общей массой 4,65 гр. являются наркотическим средством гашиш (анаша, смола каннабиса). Гашиш (анаша, смола каннабиса) включены в Перечень наркотических средств, психотропных веществ и их прекурсоров (Список 1), утвержденный Постановлением Правительства РФ от 30.06.1998 № 681. В процессе исследования израсходовано по 0,01 гр. вещества от каждого объекта исследования (всего израсходовано 0,07 гр. вещества) (т. 1, л.д. 81); - в ходе выемки ДД.ММ.ГГГГ у сотрудника полиции ФИО6 изъят опечатанный конверт с находившимся в нем свертком из полимерного материала с четырьмя фрагментами вещества, с тремя свертками из полимерного материала с веществом внутри каждого из свертков, опечатанный конверт с курительной трубкой и ножом и опечатанный конверт с сотовым телефоном Нокиа (т. 2, л.д. 73, 74-76); - изъятые в ходе личного досмотра ФИО2 фрагменты наркотического вещества гашиш осмотрены, признаны вещественными доказательствами и приобщены к материалам уголовного дела (т. 2, л.д. 85-87, 88-90, 91-92); - курительная трубка и нож, изъятые в ходе личного досмотра ФИО2 осмотрены, признаны вещественными доказательствами и приобщены к материалам уголовного дела (т. 2, л.д. 126-128, 129-131, 132-133); - согласно заключению эксперта № от ДД.ММ.ГГГГ представленное на исследование спрессованное вещество растительного происхождения темно-коричневого цвета (объекты №№) общей массой 4,58 гр. является наркотическим средством гашиш. Масса объекта № на момент осмотра составляет 0,70 гр., объекта № – 0,69 гр., объекта № – 0,43 гр., объекта № – 0,69 гр., объекта № – 0,69 гр., объекта № – 0,70 гр., объекта № – 0,68 гр. Гашиш включен в Перечень наркотических средств, психотропных веществ и их прекурсоров (Список 1), утвержденный Постановлением Правительства РФ от 30.06.1998 № 681. В процессе исследования израсходовано по 0,01 гр. вещества от каждого объекта исследования (всего израсходовано 0,07 гр. вещества) (т. 2, л.д. 81-83); - согласно заключению эксперта № от ДД.ММ.ГГГГ на поверхностях, представленного на экспертизу предмета (курительная трубка) обнаружены следовые количества (масса менее уровня чувствительности весов) вещества, содержащего в своем составе наркотическое средство – тетрагидроканнабинол. Тетрагидроканнабинол включен в Перечень наркотических средств, психотропных веществ и их прекурсоров (Список 1), утвержденный Постановлением Правительства РФ от 30.06.1998 № 681 (т. 2, л.д. 100-101); - в ходе обыска ДД.ММ.ГГГГ по месту жительства ФИО2 в &lt;адрес&gt; обнаружены и изъяты в банке из полимерного материала брикет спрессованного коричневого вещества в свертке из полимерного материала; брикет спрессованного вещества коричневого цвета в свертке из полимерного материала в коробке; измельченное вещество растительного происхождения зеленого цвета в свертке из полимерного материала и свертке из бумаги, находящееся в пачке из под сигарет; электронные весы с наслоением спрессованного вещества, пистолет с маркировочным обозначением &lt;данные изъяты&gt; в кобуре из кожи черного цвета и четыре патрона (т. 1, л.д. 144, 147, 148-150); - брикет спрессованного коричневого вещества в свертке из полимерного материала, находящийся в банке из полимерного материала; брикет спрессованного вещества коричневого цвета в свертке из полимерного материала, находящийся в коробке; измельченное вещество растительного происхождения зеленого цвета в свертке из полимерного материала и свертке из бумаги, находящееся в пачке из-под сигарет; электронные весы с наслоением спрессованного вещества осмотрены, признаны вещественными доказательствами и приобщены к материалам уголовного дела (т. 2, л.д. 151-154, 155-170, 171-174); - согласно заключению эксперта № от ДД.ММ.ГГГГ представленное на исследование спрессованное вещество темно-коричневого цвета общей массой 77,06 гр. (объект № – 76,36 гр., объект № – 0,68 гр., объект №,02 гр.) является наркотическим средством гашиш. Представленное на исследование измельченное вещество растительного происхождения зеленого цвета (объект №) массой в пересчете на высушенное при 110?С состояние 1,75 гр. является наркотическим средством марихуана (каннабис). Марихуана (каннабис), а также гашиш (анаша, смола каннабиса) включены в Список 1 Перечня наркотических средств, психотропных веществ и их прекурсоров, подлежащих контролю в РФ, утвержденный постановлением Правительства РФ 30.06.1998 № 681. В процессе исследования израсходовано по 0,02 грамма вещества от каждого из объектов исследования №№, 3 и 4 (всего 0,06 гр.) (объект № израсходован полностью) и 0,10 гр. вещества (0,10 гр. в пересчете на высушенное состояние) от объекта исследования № (т. 1, л.д. 196-200); - из рапорта дознавателя ОД ОМВД России по Советскому району г. Иваново ФИО14 об обнаружении признаков преступления от ДД.ММ.ГГГГ следует, что ДД.ММ.ГГГГ в ходе обыска по месту жительства ФИО2 изъят пистолет и четыре патрона, который в соответствии с заключением эксперта является гладкоствольным огнестрельным оружием, а патроны боеприпасами к огнестрельному оружию в связи с чем в его действиях усматриваются признаки преступления, предусмотренного ч. 1 ст. 222 УК РФ (т. 1, л.д. 210); - пистолет &lt;данные изъяты&gt; в кобуре из кожи черного цвета и четыре гильзы осмотрены, признаны вещественными доказательствами и приобщены к материалам уголовного дела (т. 2, л.д. 187-188, 189-194, 195-196); - согласно заключению эксперта № от ДД.ММ.ГГГГ представленный на исследование пистолет модели &lt;данные изъяты&gt;, калибра 8 мм, является гладкоствольным огнестрельным оружием, изготовленным самодельным способом путем переделки из газового пистолета модели &lt;данные изъяты&gt; (удаления сепаратора в канале ствола) по типу гладкоствольных дульнозарядных пистолетов раздельного заряжания для стрельбы снарядами (картечью, дробью). Представленный пистолет для стрельбы пригоден (т. 1, л.д. 238-239, 240-241); - в соответствии с заключением комиссии судебно-психиатрических экспертов № от ДД.ММ.ГГГГ ФИО2 в настоящее время каким-либо хроническим психическим расстройством, временным психическим расстройством, слабоумием, иным болезненным состоянием психики не страдает и не страдал ими в период совершения инкриминируемых ему деяний. Как не страдающий психическим заболеванием, ФИО2 во время совершения деяний, в отношении которых он обвиняется, не был лишен способности, в том числе и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ФИО2 не нуждается. По представленным материалам уголовного дела и результатам обследования ФИО2 клинических признаков зависимости от наркотиков (наркомании) или алкоголизма не обнаруживает и в лечении зависимости от ПАВ не нуждается. Как не страдающий психическим расстройством ФИО2 не имеет психических недостатков, препятствующих самостоятельному осуществлению им права на защиту (т. 3, л.д. 73-74). Анализируя, представленные сторонами доказательства, суд признает достоверными показания свидетелей ФИО6, Свидетель №4, Свидетель №3, Свидетель №1, Свидетель №2, Свидетель №6, Свидетель №7, Свидетель №8, Свидетель №5, псевдонима «Ивановой», поскольку они последовательные, стабильные, согласуются между собой и подтверждаются материалами оперативно-розыскной деятельности. Каких-либо противоречий в показаниях указанных лиц, как и оснований для оговора подсудимого ФИО2 суд не усматривает. Подсудимый ФИО2 не отрицал, что ДД.ММ.ГГГГ передал Свидетель №1 около 2 гр. гашиша, а ДД.ММ.ГГГГ за 1900 рублей продал три кусочка, т.е. около 2 грамм гашиша. Также ФИО2 не отрицал, что ДД.ММ.ГГГГ в ходе личного досмотра сотрудники полиции изъяли у него свертки с гашишом, а в ходе обыска в его квартире изъяли гашиш, марихуану, газовый пистолет и четыре патрона. Вместе с тем, подсудимый ФИО2 утверждал, что ДД.ММ.ГГГГ он передал Свидетель №1 бесплатно не более 2 гр. гашиша, все изъятые у него при личном досмотре и в ходе обыска наркотические вещества он хранил для личного потребления без цели сбыта, он не знал, что изъятый у него пистолет является огнестрельным оружием, поскольку он приобрел газовый пистолет, четыре патрона травматического действия он приобрел в магазине. О наличии у ФИО2 умысла на сбыт наркотических средств, сформировавшегося независимо от деятельности сотрудников оперативных подразделений свидетельствуют показания свидетелей Свидетель №1, ФИО20 ФИО6, Свидетель №4 и фактически подтверждаются самим подсудимым. В судебном заседании установлено, что подсудимый ФИО2 в короткий промежуток времени дважды передавал наркотическое средство гашиш свидетелям Свидетель №1 и ФИО20 Сотрудники УНК УМВД РФ по Ивановской области располагали информацией о сбыте ФИО2 наркотического средства гашиш. Основанием для проведения оперативно-розыскных мероприятий в отношении подсудимого ФИО2 явилось ставшее известным оперативным сотрудникам УНК УМВД России по Ивановской области данных о совершении ДД.ММ.ГГГГ ФИО2 сбыта наркотического средства гашиш Свидетель №1 В целях пресечения преступной деятельности ФИО2 в соответствии с требованиями Федерального закона от 12.08.1995 № 144-ФЗ «Об оперативно-розыскной деятельности» ДД.ММ.ГГГГ сотрудники УНК УМВД России по Ивановской области на основании постановления, утвержденного руководителем органа, осуществляющего оперативно-розыскную деятельность при участии ФИО20 провели проверочную закупку у ФИО2 наркотического средства гашиш. С целью изобличения ФИО2 в сбыте наркотического средства гашиш ФИО20 приобрела у него данное наркотическое средство. Систематичность фактов продаж наркотического средства гашиш ДД.ММ.ГГГГ и ДД.ММ.ГГГГ свидетельствует именно о сбыте ФИО2 наркотических средств. О сбыте ДД.ММ.ГГГГ наркотического средства в значительном размере свидетельствует масса наркотического средства, превышающая 2 грамма. В ходе личного досмотра ФИО2 ДД.ММ.ГГГГ у него обнаружено и изъято 4 свертка с наркотическим веществом гашиш общей массой 4,65 гр., в ходе обыска квартиры ФИО2 обнаружен и изъят брикет гашиша массой 76,36 гр., наркотическое средство гашиш в коробке массой 0,68 гр., наркотическое средство марихуана массой 1,75 гр., на поверхности электронных весов обнаружены наслоения наркотического средства гашиш, что в совокупности с показаниями свидетелей Свидетель №1, ФИО20 ФИО6 и Свидетель №4 о сбыте ФИО2 наркотического средства гашиш, материалов оперативно-розыскной деятельности, показаний подсудимого ФИО2 о том, что он дважды отламывал от изъятого у него брикета кусочки гашиша, которые после взвешивания на весах передал Свидетель №1 свидетельствуют о покушении на незаконный сбыт, изъятых у ФИО2, как при личном досмотре, так и в ходе обыска наркотических средств в крупном размере. О покушении на сбыт наркотического средства в крупном размере свидетельствует масса наркотического средства, превышающая 25 грамм. Суд отмечает, что подсудимый ФИО2 в целях осуществления умысла на незаконный сбыт наркотических средств в крупном размере приобрел наркотическое средство гашиш в крупном размере и марихуану, которые хранил при себе и по месту своего жительства, частично расфасовал в отдельные упаковки (обнаруженные в ходе личного досмотра), т.е. совершил действия, направленные на их последующую реализацию и составляющие часть объективной стороны сбыта, но в связи с задержанием ФИО2 и изъятием у него указанных наркотических средств, преступление не довел до конца по независящим от него обстоятельствам. Оперативное мероприятие «наблюдение» от ДД.ММ.ГГГГ и оперативные данные, послужившие поводом для задержания ФИО2, проведение его личного досмотра и обыска в его квартире, проведены в соответствии с требованиями закона. Рассекреченные материалы оперативно-розыскной деятельности, их результаты предоставленные следователю соответствуют требованиям ст. 11 Федерального закона от 12.08.1995 № 144-ФЗ «Об оперативно-розыскной деятельности» и требованиям, предъявляемым УПК РФ к доказательствам. Таким образом, доказательства виновности ФИО2 в совершении преступлений собраны в соответствии с требованиями и в порядке, установленном Уголовно-процессуальным кодексом РФ. Судом тщательно проанализированы показания подсудимого ФИО2, что ДД.ММ.ГГГГ он бесплатно передал Свидетель №1 около 2 гр. гашиша, что изъятые у него ДД.ММ.ГГГГ в ходе личного досмотра и при обыске по месту жительства наркотические вещества он хранил для личного потребления без цели сбыта и кроме Свидетель №1 он гашиш никому не продавал, он хранил газовый пистолет и травматические патроны и не знал, что пистолет является огнестрельным оружием и доводы защитника ФИО17 о переквалификации действий ФИО2 по преступлению № 1 с части 3 статьи 228.1 на часть 1 статьи 228.1 УК РФ , о прекращении уголовного преследования по ч. 1 статьи 228.1 УК РФ , поскольку действия сотрудников полиции по преступлению № 2 являются провокацией, о переквалификации по преступлению № 3 на ч. 2 ст. 228 УК РФ , поскольку не представлено доказательств, что все изъятое у ФИО2 при личном досмотре и обыске он хотел сбыть и оправдании по преступлению № 4 по ч. 1 ст. 222 УК РФ , поскольку выводы эксперта противоречивы и основаны на предположениях. Из представленных стороной обвинения доказательств следует, что ДД.ММ.ГГГГ у Свидетель №1 при задержании было изъято 2,14 гр. гашиша. Голословное сообщение ФИО2 о том, что он передал Свидетель №1 около 2 грамм не является основанием для переквалификации его действий на ч. 1 ст. 228.1 УК РФ . Вопреки сообщению защитника ФИО17 оснований не доверять показаниям свидетеля Свидетель №1 не имеется и размер изъятого у Свидетель №1 наркотического вещества объективно подтверждается представленными доказательствами и сомнений не вызывает. Задержание Свидетель №1 с наркотическим веществом не сразу после его приобретения, а на выезде из г. Иваново, как и рассуждения защитника, что при меньшем весе Свидетель №1 не была бы привлечена к уголовной ответственности не могут служить основанием для переквалификации преступления на ч. 1 ст. 228.1 УК РФ . Утверждение подсудимого ФИО2, что он безвозмездно ДД.ММ.ГГГГ передал Свидетель №1 наркотическое средство гашиш, опровергается показаниями свидетеля Свидетель №1, признанными судом достоверными. Кроме того, незаконным сбытом наркотических средств является как возмездная, так и безвозмездная передача наркотических средств. Довод защитника ФИО17, что по преступлению № 2 цели и задачи проверочной закупки не выполнялись, поскольку были данные, что ФИО2 продал Свидетель №1 гашиш, наблюдение не проводилось, телефонные разговоры не прослушивались, имеются основания полагать, что Свидетель №1 и ФИО20 одно и тоже лицо, в связи с чем действия сотрудников полиции являлись провокацией, необоснован. Проверочная закупка ДД.ММ.ГГГГ проведена с целью проверки данных о сбыте ФИО2 наркотических средств и для изобличения его в преступной деятельности, т.е. проведена в соответствии с требованиями закона и провокацией не является. Непроведение за ФИО2 «наблюдения» и прослушивания его телефонных разговоров, предположения защитника относительно свидетеля ФИО20 не являются основаниями для прекращения производства по делу. Сообщение подсудимого ФИО2, что изъятые у него ДД.ММ.ГГГГ в ходе личного досмотра и при обыске по месту жительства наркотические средства он хранил для личного потребления без цели сбыта, кроме Свидетель №1 он гашиш никому не продавал и защитника ФИО17, что не представлено доказательств, что ФИО2 хотел их сбыть, что ФИО2 является потребителем наркотического средства гашиш, масса обнаруженной марихуаны незначительна и не предназначена для сбыта, не опровергают исследованные доказательства. В ходе личного досмотра ФИО2 обнаружено наркотическое вещество гашиш расфасованное в четыре свертка, при обыске по месту жительства ФИО2 обнаружено большое количество наркотического средства гашиш и электронные весы с наслоениями гашиша. Указанные обстоятельства в совокупности с данными о сбыте ФИО2 ДД.ММ.ГГГГ и ДД.ММ.ГГГГ наркотического средства гашиш свидетельствуют именно о покушении на сбыт данных наркотических средств. Небольшое количество марихуаны и, что ФИО2 является потребителем гашиша при установленных обстоятельствах не может служить основанием для переквалификации его действий на ч. 2 ст. 228 УК РФ . Утверждение подсудимого ФИО2, что он не знал, что пистолет является огнестрельным оружием, поскольку он приобрел газовый пистолет и травматические патроны и защитника ФИО17, что выводы эксперта противоречивые и основаны на предположениях, кроме того пистолет необходимо заряжать раздельно, нужно найти специальный патрон, стрельба из него 8 мм патронами не производилась, не свидетельствуют об отсутствии в действиях ФИО2 состава преступления, предусмотренного ч. 1 ст. 222 УК РФ . В судебном заседании установлено, что по месту жительства ФИО2 ДД.ММ.ГГГГ в ходе обыска изъят пистолет и четыре патрона. Указанное обстоятельство сомнений не вызывает и подсудимым и защитником не оспаривается. Согласно заключению эксперта, изъятый у ФИО2 пистолет является гладкоствольным огнестрельным оружием, изготовлен самодельным способом путем переделки из газового пистолета путем удаления сепаратора в канале ствола. Суд отмечает, что заключение эксперта №/ от ДД.ММ.ГГГГ получено в установленном законом порядке, составлено компетентным специалистом, обладающим специальными познаниями, исследование и выводы эксперта научно обоснованы, в связи с чем суд признает указанное заключение допустимым доказательством. Никаких оснований сомневаться в правильности выводов эксперта у суда не имеется. Никаких противоречий и предположений в заключении эксперта не содержится. Сообщение подсудимого ФИО2, что он не знал, что пистолет является огнестрельным оружием, не является основанием для оправдания его по данной статье. Органами предварительного следствия действия ФИО2 по преступлению № 4 квалифицированы по ч. 1 ст. 222 УК РФ как незаконные приобретение и хранение огнестрельного оружия. Государственный обвинитель ФИО3, выступая в судебных прениях, просил суд исключить из предъявленного подсудимому ФИО2 обвинения незаконное приобретение огнестрельного оружия, поскольку пистолет ФИО2 приобрел тринадцать лет назад, в связи с чем срок давности привлечения к уголовной ответственности за незаконное приобретение огнестрельного оружия истек. Исходя из позиции государственного обвинителя, находя ее мотивированной и обоснованной, суд руководствуясь ч. 7, п. 1 ч. 8 ст. 246 УПК РФ , оценивая собранные по делу доказательства, соглашается с предложенной государственным обвинителем квалификацией. Оценив исследованные в судебном заседании доказательства, суд пришел к выводу, что вина подсудимого ФИО2 в совершении преступлений установлена. Учитывая способ и обстоятельства совершенных преступлений, суд квалифицирует действия ФИО2: по преступлению № 1 по п. «б» ч. 3 ст. 228.1 УК РФ как незаконный сбыт наркотических средств в значительном размере; по преступлению № 2 по ч. 1 ст. 228.1 УК РФ как незаконный сбыт наркотических средств; по преступлению № 3 по ч. 3 ст. , п. «г» ч. 4 ст. 228.1 УК РФ как покушение на незаконный сбыт наркотических средств в крупном размере, преступление не доведено до конца по независящим от него обстоятельствам; по преступлению № 4 по ч. 1 ст. 222 УК РФ как незаконное хранение огнестрельного оружия. По преступлению № 1 о сбыте наркотического средства в значительном размере свидетельствует масса наркотического средства гашиш, превышающая 2 грамма. Учитывая, что по преступлению № 3 в целях осуществления умысла на незаконный сбыт наркотических средств ФИО2 незаконно приобрел и хранил большое количество наркотических средств, часть которых сбыл ДД.ММ.ГГГГ и ДД.ММ.ГГГГ и частично расфасовал по сверткам (обнаружены и изъяты ДД.ММ.ГГГГ в ходе личного досмотра), хранил по месту жительства, т.е. совершил действия, направленные на реализацию наркотических средств, которые составляют часть объективной стороны сбыта, но был задержан сотрудниками полиции и наркотические средства у него были изъяты, в связи с чем преступные действия не были доведены до конца по независящим от ФИО2 обстоятельствам. При назначении наказания суд учитывает характер и степень общественной опасности совершенных преступлений, личность подсудимого ФИО2, обстоятельства смягчающие наказание, а также влияние назначенного наказания на исправление подсудимого и на условия жизни его семьи. ФИО2 совершил четыре преступления, из них одно тяжкое, два особо тяжких и одно преступление средней тяжести. Преступления, предусмотренные ст. 228.1 УК РФ направлены против здоровья населения и общественной нравственности, в связи с чем представляют повышенную общественную опасность. Преступление № 3 является неоконченным, что значительно снижает степень общественной опасности. ФИО2 не судим (т. 3, л.д. 142, 143), привлекался к административной ответственности (т. 3, л.д. 133-135), на учете у психиатра не состоит (т. 3, л.д. 144), состоит на профилактическом наблюдении в ОНД &lt;данные изъяты&gt; (т. 3, л.д. 145), по месту жительства соседи характеризуют ФИО2 с положительной стороны (т. 3, л.д. 138), на учете в ОБУЗ «Медицинский центр № 1» ФИО2 не состоит (т. 3, л.д. 147), на учете в ОБУЗ «Областной противотуберкулезный диспансер» ФИО2 не состоит (т. 3, л.д. 149), с 1984 по 1986 год ФИО2 проходил военную службу, имел категорию годности «А» (т. 3, л.д. 151), участковый уполномоченный ОМВД России по Ленинскому району г. Иваново характеризует ФИО2 удовлетворительно (т. 3, л.д. 153), ДД.ММ.ГГГГ у ФИО2 установлено состояние опьянения тетрагидроканнабинолом (т. 3, л.д. 161). Суд также учитывает состояние здоровья и возраст ФИО2, а также, что он в браке не состоит, не работает, проживал с дочерью. По заключению комиссии судебно-психиатрических экспертов № от ДД.ММ.ГГГГ в связи с отсутствием у ФИО2 психических расстройств, в момент совершения инкриминируемых деяний он мог, в том числе и в полной мере, осознавать фактический характер и общественную опасность своих действий и руководить ими, а также не лишен способности осознавать фактический характер и общественную опасность своих действий и руководить ими в настоящее время. В применении к нему принудительных мер медицинского характера ФИО2 не нуждается (т. 3, л.л. 73-74). Оценивая заключение экспертизы, суд учитывает, что в период совершения деяния подсудимый был ориентирован в месте, в лицах, ситуации, его действия носили последовательный и целенаправленный характер, вследствие чего суд соглашается с выводами экспертов и признает ФИО2 в отношении содеянного вменяемым. Обстоятельством, смягчающим наказание подсудимого ФИО2 по преступлению № 3 суд в соответствии с п. «и» ч. 1 ст. 61 УК РФ признает активное способствование раскрытию преступления и в соответствии с ч. 2 ст. 61 УК РФ по преступлениям №№ 1, 2 и 4 признает признание вины. Обстоятельств, отягчающих наказание, судом не установлено. Санкция ст. 228.1 УК РФ предусматривает наказание только в виде лишения свободы. С учетом содеянного и характера совершенных противоправных действий, их общественной опасности, личности подсудимого ФИО2, который в короткий промежуток времени совершил четыре преступления, в том числе тяжкое и два особо тяжких, наличия смягчающих и отсутствие отягчающих наказание обстоятельств, суд пришел к выводу, что его исправление невозможно без изоляции от общества и для достижения целей восстановления социальной справедливости, исправления подсудимого и предупреждения совершения новых преступлений ФИО2 необходимо назначить наказание в виде реального лишения свободы. Оснований для условного осуждения в соответствии со ст. 73 УК РФ , исключительных обстоятельств, позволивших в соответствии со ст. 64 УК РФ назначить ФИО2 более мягкое наказание суд не усматривает. При назначении наказания подсудимому ФИО2 по преступлению № 3 суд учитывает требования ч. 3 ст. и ч. 1 ст. 62 УК РФ . С учетом фактических обстоятельств преступлений и степени их общественной опасности суд не усматривает оснований для изменения категории преступлений в соответствии с ч. 6 ст. 15 УК РФ . Санкцией ч. 1 ст. 222 УК РФ предусмотрено дополнительное наказание штраф, по ч. 1 ст. 228.1 УК РФ ограничение свободы, по ч. 3 ст. 228.1 УК РФ штраф и ограничение свободы, по ч. 4 ст. 228.1 УК РФ лишение права занимать определенные должности или заниматься определенной деятельностью и штраф. Назначение дополнительного наказания в виде лишения права занимать определенные должности или заниматься определенной деятельностью и назначать по ч. 1 ст. 222 УК РФ дополнительное наказание штраф суд считает нецелесообразным, поскольку основного наказания вполне достаточно. Вместе с тем, суд с учетом личности подсудимого ФИО2, который в короткий промежуток времени совершил два особо тяжких и одно тяжкое преступление, суд считает необходимым в целях усиления контроля за поведением ФИО2 после отбытия наказания в виде лишения свободы назначить ему по преступлениям, предусмотренным ч. 1 ст. 228.1 УК РФ и п. «б» ч. 3 ст. 228.1 УК РФ дополнительное наказание в виде ограничения свободы. Суд считает необходимым установить следующие ограничения: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не выезжать за пределы территории муниципального образования, где ФИО2 будет проживать без согласия специализированного государственного органа, осуществляющего надзор за отбыванием осужденными наказания в виде ограничения свободы. На период отбывания наказания в виде ограничения свободы установить осужденному ФИО2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в день установленный данным органом. Кроме того, по преступлениям, предусмотренным п. «б» ч. 3 ст. 228.1 УК РФ и ч. 3 ст. , п. «г» ч. 4 ст. 228.1 УК РФ суд считает необходимым назначить ФИО2 дополнительное наказание в виде штрафа. Размер штрафа назначается судом с учетом тяжести совершенных преступлений, имущественного положения ФИО2 и его семьи, с учетом получения им заработной платы и иного дохода. В соответствии с п. «в» ч. 1 ст. 58 УК РФ ФИО2 должен отбывать наказание в исправительной колонии строгого режима. Вещественные доказательства: - находящиеся в камере хранения вещественных доказательств УМВД России по Ивановской области: 1) наркотическое вещество гашиш в трех фрагментах общей массой 2,02 грамма; 2) наркотическое вещество гашиш в трех фрагментах, изъятое у Свидетель №1; 3) наркотическое вещество гашиш в трех фрагментах общей массой 1,85 гр.; 4) четыре пронумерованных фрагмента из полимерного материала; 5) три пронумерованных пакета с фиксирующей застежкой, содержащие по одному фрагменту спрессованного вещества растительного происхождения; 6) пронумерованный пакет с фиксирующей застежкой с четырьмя фрагментами спрессованного вещества растительного происхождения общей массой 4,51 гр.; 7) спрессованное вещество гашиш в одном брикете массой 76,34 гр.; 8) наркотическое средство гашиш массой 0,66 гр.; 9) наркотическое средство марихуана массой 1,65 гр.; 10) электронные весы и предметы их упаковки, следует уничтожить; - находящиеся в камере хранения ОМВД России по Ленинскому району г. Иваново пистолет &lt;данные изъяты&gt; в кожаной кобуре и четыре гильзы, следует уничтожить; - находящийся в камере хранения ОМВД России по Советскому району г. Иваново протокол досмотра автомобиля Шевроле Авео государственный регистрационный знак &lt;данные изъяты&gt; следует оставить в месте хранения; - находящиеся при уголовном деле: 1) курительную трубку, следует уничтожить; 2) мобильный телефон «Nokia» с сим картой Билайн и 3) мобильный телефон «Samsung C 6112» с сим картами МТС и Билайн и картой памяти, следует возвратить по принадлежности ФИО2; 4) три информации о входящих и исходящих телефонных соединениях и 5) DVD-R диск, следует хранить при деле. На основании изложенного и руководствуясь ст. ст. , - 309 УПК РФ , суд П Р И Г О В О Р И Л : ФИО2 признать виновным в совершении преступлений, предусмотренных п. «б» ч. 3 ст. 228.1 , ч. 1 ст. 228.1 , ч. 3 ст. , п. «г» ч. 4 ст. 228.1 , ч. 1 ст. 222 УК РФ , и назначить ему наказание: - по п. «б» ч. 3 ст. 228.1 УК РФ в виде лишения свободы на срок 9 /девять/ лет со штрафом в размере 100000 рублей с ограничением свободы на срок 1год. - по ч. 1 ст. 228.1 УК РФ в виде лишения свободы на срок 5 /пять/ лет с ограничением свободы на срок 6 месяцев. - по ч. 3 ст. , п. «г» ч. 4 ст. 228.1 УК РФ в виде лишения свободы на срок 10 /десять/ лет со штрафом в размере 200000 рублей. - по ч. 1 ст. 222 УК РФ в виде лишения свободы на срок 6 /шесть/ месяцев. На основании ч. 3 ст. 69 УК РФ по совокупности преступлений путем частичного сложения назначенных наказаний окончательно назначить ФИО2 наказание в виде ЛИШЕНИЯ СВОБОДЫ на срок 13 /ТРИНАДЦАТЬ/ лет с отбыванием в исправительной колонии СТРОГОГО режима со штрафом 250000 рублей и с ограничением свободы на срок 1 год 3 месяца. На период отбывания наказания в виде ограничения свободы установить осужденному ФИО2 следующие ограничения: - не изменять место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 не выезжать за пределы муниципального образования, где ФИО2 будет проживать после отбытия лишения свободы. На период отбывания наказания в виде ограничения свободы установить осужденному ФИО2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в день установленный данным органом. Срок отбытия наказания осужденному ФИО2 исчислять с ДД.ММ.ГГГГ. Зачесть ФИО2 в срок наказания время содержания под стражей до судебного решения с момента фактического задержания с ДД.ММ.ГГГГ по ДД.ММ.ГГГГ. Меру пресечения осужденному ФИО2 до вступления приговора в законную силу оставить без изменения в виде заключения под стражей в ФКУ СИЗО-1 УФСИН России по Ивановской области. Вещественные доказательства: - находящиеся в камере хранения вещественных доказательств УМВД России по Ивановской области: 1) наркотическое вещество гашиш в трех фрагментах общей массой 2,02 грамма; 2) наркотическое вещество гашиш в трех фрагментах, изъятое у Свидетель №1; 3) наркотическое вещество гашиш в трех фрагментах общей массой 1,85 гр.; 4) четыре пронумерованных фрагмента из полимерного материала; 5) три пронумерованных пакета с фиксирующей застежкой, содержащие по одному фрагменту спрессованного вещества растительного происхождения; 6) пронумерованный пакет с фиксирующей застежкой с четырьмя фрагментами спрессованного вещества растительного происхождения общей массой 4,51 гр.; 7) спрессованное вещество гашиш в одном брикете массой 76,34 гр.; 8) наркотическое средство гашиш массой 0,66 гр.; 9) наркотическое средство марихуана массой 1,65 гр.; 10) электронные весы и предметы упаковки, уничтожить; - находящиеся в камере хранения ОМВД России по Ленинскому району г. Иваново пистолет &lt;данные изъяты&gt; в кожаной кобуре и четыре гильзы, уничтожить; - находящийся в камере хранения ОМВД России по Советскому району г. Иваново протокол досмотра автомобиля Шевроле Авео государственный регистрационный знак &lt;данные изъяты&gt;, оставить в месте хранения; - находящиеся при уголовном деле: 1) курительную трубку, уничтожить; 2) мобильный телефон «Nokia» с сим картой Билайн и 3) мобильный телефон «Samsung C 6112» с сим картами МТС и Билайн и картой памяти, возвратить по принадлежности ФИО2; 4) три информации о входящих и исходящих телефонных соединениях и 5) DVD-R диск, хранить при деле. Приговор может быть обжалован в апелляционном порядке в Ивановский областной суд через Ленинский районный суд г. Иваново в течение 10 суток со дня провозглашения, а осужденным ФИО2, содержащимся под стражей в тот же срок со дня вручения ему копии приговора. В случае подачи апелляционной жалобы осужденный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ему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Судья А.В. Шахов Суд: Ленинский районный суд г. Иваново (Ивановская область) (подробнее) Судьи дела: Шахов Анатолий Викторович (судья) (подробнее) Последние документы по делу: Приговор от 30 октября 2017 г. по делу № 1-126/2017 Постановление от 28 августа 2017 г. по делу № 1-126/2017 Приговор от 31 июля 2017 г. по делу № 1-126/2017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