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Пятигорск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ДД.ММ.ГГГГ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