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118. Правовой анализ</w:t>
      </w:r>
    </w:p>
    <w:p>
      <w:pPr>
        <w:spacing w:after="120" w:before="160"/>
        <w:ind w:firstLine="720"/>
        <w:jc w:val="both"/>
      </w:pPr>
      <w:r>
        <w:rPr>
          <w:rFonts w:ascii="Times New Roman" w:hAnsi="Times New Roman" w:eastAsia="Times New Roman" w:cs="Times New Roman"/>
          <w:b/>
          <w:i w:val="0"/>
          <w:sz w:val="22"/>
        </w:rPr>
        <w:t xml:space="preserve">118. </w:t>
      </w:r>
      <w:r>
        <w:rPr>
          <w:rFonts w:ascii="Times New Roman" w:hAnsi="Times New Roman" w:eastAsia="Times New Roman" w:cs="Times New Roman"/>
          <w:b w:val="0"/>
          <w:i w:val="0"/>
          <w:sz w:val="22"/>
        </w:rPr>
        <w:t>Под неполной оплатой потребителем коммунальной услуги понимается наличие у потребителя задолженности по оплате 1 коммунальной услуги в размере, превышающем сумму 2 месячных размеров платы за коммунальную услугу, исчисленных исходя из норматива потребления коммунальной услуги независимо от наличия или отсутствия индивидуального или общего (квартирного) прибора учета и тарифа на соответствующий вид коммунального ресурса, действующих на день ограничения предоставления коммунальной услуги, при условии отсутствия заключенного потребителем-должником с исполнителем соглашения о погашении задолженности и (или) при невыполнении потребителем-должником условий такого соглашения…</w:t>
      </w:r>
    </w:p>
    <w:p>
      <w:pPr>
        <w:pStyle w:val="Heading3"/>
      </w:pPr>
      <w:r>
        <w:rPr>
          <w:rFonts w:ascii="Times New Roman" w:hAnsi="Times New Roman" w:eastAsia="Times New Roman" w:cs="Times New Roman"/>
          <w:b/>
          <w:i w:val="0"/>
          <w:sz w:val="22"/>
        </w:rPr>
        <w:t>Пункт 119. Правовой анализ</w:t>
      </w:r>
    </w:p>
    <w:p>
      <w:pPr>
        <w:spacing w:after="120" w:before="160"/>
        <w:ind w:firstLine="720"/>
        <w:jc w:val="both"/>
      </w:pPr>
      <w:r>
        <w:rPr>
          <w:rFonts w:ascii="Times New Roman" w:hAnsi="Times New Roman" w:eastAsia="Times New Roman" w:cs="Times New Roman"/>
          <w:b/>
          <w:i w:val="0"/>
          <w:sz w:val="22"/>
        </w:rPr>
        <w:t xml:space="preserve">119. </w:t>
      </w:r>
      <w:r>
        <w:rPr>
          <w:rFonts w:ascii="Times New Roman" w:hAnsi="Times New Roman" w:eastAsia="Times New Roman" w:cs="Times New Roman"/>
          <w:b w:val="0"/>
          <w:i w:val="0"/>
          <w:sz w:val="22"/>
        </w:rPr>
        <w:t>Если иное не установлено федеральными законами, указами Президента Российской Федерации, постановлениями Правительства Российской Федерации или договором, содержащим положения о предоставлении коммунальных услуг, исполнитель в случае неполной оплаты потребителем коммунальной услуги вправе после письменного предупреждения (уведомления) потребителя-должника ограничить или приостановить предоставление такой коммунальной услуги в следующем порядке: а) исполнитель направляет потребителю-должнику предупреждение (уведомление) о том, что в случае непогашения задолженности по оплате коммунальной услуги в течение 20 дней со дня доставки потребителю указанного предупреждения (уведомления) предоставление ему такой коммунальной услуги может быть сначала ограничено, а затем приостановлено либо при отсутствии технической возможности введения ограничения приостановлено без предварительного введения ограничения. Предупреждение (уведомление) доставляется потребителю путем вручения потребителю-должнику под расписку, или направления по почте заказным письмом (с уведомлением о вручении), или путем включения в платежный документ для внесения платы за коммунальные услуги текста соответствующего предупреждения (уведомления), или иным способом уведомления, подтверждающим факт и дату его получения потребителем, в том числе путем передачи потребителю предупреждения (уведомления) посредством сообщения по сети подвижной радиотелефонной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либо на официальной странице исполнителя в информационно-телекоммуникационной сети "Интернет", передачи потребителю голосовой информации по сети фиксированной телефонной связи; б) при непогашении потребителем-должником задолженности в течение установленного в предупреждении (уведомлении) срока исполнитель при наличии технической возможности вводит ограничение предоставления указанной в предупреждении (уведомлении) коммунальной услуги; в) при непогашении образовавшейся задолженности в течение установленного в предупреждении (уведомлении) срока и при отсутствии технической возможности введения ограничения в соответствии с подпунктом "б" настоящего пункта либо при непогашении образовавшейся задолженности по истечении 10 дней со дня введения ограничения предоставления коммунальной услуги исполнитель приостанавливает предоставление такой коммунальной услуги, за исключением отопления, а в многоквартирных домах также за исключением холодного водоснабжения.</w:t>
      </w:r>
    </w:p>
    <w:p>
      <w:pPr>
        <w:pStyle w:val="Heading3"/>
      </w:pPr>
      <w:r>
        <w:rPr>
          <w:rFonts w:ascii="Times New Roman" w:hAnsi="Times New Roman" w:eastAsia="Times New Roman" w:cs="Times New Roman"/>
          <w:b/>
          <w:i w:val="0"/>
          <w:sz w:val="22"/>
        </w:rPr>
        <w:t>Пункт 120. Правовой анализ</w:t>
      </w:r>
    </w:p>
    <w:p>
      <w:pPr>
        <w:spacing w:after="120" w:before="160"/>
        <w:ind w:firstLine="720"/>
        <w:jc w:val="both"/>
      </w:pPr>
      <w:r>
        <w:rPr>
          <w:rFonts w:ascii="Times New Roman" w:hAnsi="Times New Roman" w:eastAsia="Times New Roman" w:cs="Times New Roman"/>
          <w:b/>
          <w:i w:val="0"/>
          <w:sz w:val="22"/>
        </w:rPr>
        <w:t xml:space="preserve">120. </w:t>
      </w:r>
      <w:r>
        <w:rPr>
          <w:rFonts w:ascii="Times New Roman" w:hAnsi="Times New Roman" w:eastAsia="Times New Roman" w:cs="Times New Roman"/>
          <w:b w:val="0"/>
          <w:i w:val="0"/>
          <w:sz w:val="22"/>
        </w:rPr>
        <w:t>Предоставление коммунальных услуг возобновляется в течение 2 календарных дней со дня устранения причин, указанных в подпунктах "а", "б" и "д" пункта 115 и пункте 117 настоящих Правил, полного погашения задолженности и оплаты расходов исполнителя по введению ограничения, приостановлению и возобновлению предоставления коммунальной услуги в порядке и размере, которые установлены Правительством Российской Федерации, или заключения соглашения о порядке погашения задолженности и оплаты указанных расходов, если исполнитель не принял решение возобновить предоставление коммунальных услуг с более раннего момента. Согласно ст.ст. , 1101 п2 ГК РФ, ст.15 Закона РФ «О защите прав птребителей»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морального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В судебном заседании установлено следующее. ФИО1 является собственником кв.№ в д.№ по ул.&lt;адрес&gt;. Решением Автозаводского районного суда г.Тольятти Самарской области от 05.06.2015г. постановлено: Взыскать с ФИО1 в пользу ООО «УК № 1 ЖКХ» задолженность по оплате за жилое помещение и коммунальные услуги за период с 01.03.2014 г. по 31.01.2015г. в размере 65689 руб. 57 коп., пени - 3151 руб. 98 коп., госпошлину - 2265 руб. 25 коп., а всего 71106 руб. 80 коп. Апелляционным определением судебной коллегии по гражданским делам Самарского областного суда от 23.12.2016г. решение Автозаводского районного суда г.Тольятти Самарской области от 05.06.2015г. изменено: постановлено взыскать с ФИО1 в пользу ООО «УК № 1 ЖКХ» задолженность по оплате за жилое помещение и коммунальные услуги за период с 01.03.2014 г. по 31.01.2015г. в размере 13287 руб. 08 коп., пени - 837 руб. 50 коп., госпошлину - 531 руб. 48 коп., а всего 14656 руб. Решением Арзамасского городского суда от 25.04.2017г. с ФИО1 в пользу ООО «УК №1 ЖКХ» взыскана задолженность по оплате за жилое помещение и коммунальные услуги в размере 49556,19 руб., пени - 5010,19 руб., а всего 54566,38 руб…. ФИО1 было вручено предупреждение исх. № П00006758 от 21.09.2015г. об ограничении водоотведения (канализации), электроснабжения. Так как в течение 10 рабочих дней ФИО1 задолженность по коммунальным платежам не погашена, ответчиком ей было направлено уведомление (исх. № У/00001821 от 20.11.2015г.) о том, что по истечении трех суток с момента вручения уведомления будет введено ограничение водоотведения (канализация), указанные меры будут введены до полной ликвидации задолженности по коммунальным услугам. Поскольку данные меры оказались безрезультатными, ответчиком 11.12.2016г. совершены действия по монтажу технического устройства, ограничивающего водоотведение (канализацию) в &lt;...&gt; что подтверждается актом от 11.12.2016г. Таким образом, ответчиком совершены все необходимые предусмотренные законодательством действия, направленные на предупреждение и уведомление потребителя о предстоящем ограничении коммунальной услуги. Ответчиком доказательств, подтверждающих погашение задолженности по коммунальным услугам, не представлено. При изложенных обстоятельствах, судья находит ФИО1 в иске к ООО «Управляющая компания №1 ЖКХ» о понуждении к устранению ограничения услуги водоотведения - демонтажу заглушки канализации в кв.№ д.№ по ул. &lt;адрес&gt; отказать. Как следствие этого, судья находит отказать и в иске о взыскании компенсации морального вреда в размере 10000 руб. Кроме того, судьей не установлено нарушение ответчиком прав истицы, как потребителя, поскольку вышеуказанные меры ответчиком предприняты в связи с тем, что истица длительное время (более 10 месяцев) не исполняет обязанности по внесению коммунальных услуг, размер задолженности является существенным; ответчиком истица заблаговременно была извещена о необходимости погашения задолженности, о возможном приостановлении оказания услуг и вышеуказанные меры были предприняты в связи с неисполнением истицей предупреждений ответчика. Ранее истица обращалась в суд с иском к ООО «Управляющая компания №1 ЖКХ» о перерасчете по оплате жилья и коммунальных услуг, о понуждении к устранению ограничения услуги водоотведения и взыскании компенсации морального вреда. Решением Арзамасского городского суда от 19.09.2016г. в иске отказано. При этом в решении суда имеется указание на вступившее в законную силу решение Автозаводского районного суда г.Тольятти Самарской области от 05.06.2015г. В связи с этим, истицей обжаловано решение Автозаводского районного суда г.Тольятти Самарской области от 05.06.2015г. (Согласно объяснениям представителя истицы судом было удовлетворено заявление о восстановлении срока для подачи апелляционной жалобы). Из объяснений представителя истицы следует, что истица обращается в суд по другим основаниям, так как вышеуказанное решение суда изменено. Действительно, как указывалось выше, решением Автозаводского районного суда г.Тольятти Самарской области от 05.06.2015г. изменено апелляционным судом и сумма взыскания уменьшена. При изложенных обстоятельствах, судья приходит к выводу, что решение суда от 19.09.2016г. не является препятствием для вынесения настоящего решения по делу. Между тем, данное обстоятельство (Апелляционное определение судебной коллегии по гражданским делам Самарского областного суда от 23.12.2016г.) не является основанием для удовлетворения иска, так как, в любом случае, задолженность истицы по коммунальным услугам перед ответчиком составила более 10 месяцев; задолженность является существенной, что подтверждается выпиской по лицевому счету; ответчиком все необходимые процедуры, предусмотренные Правилами предоставления коммунальных услуг гражданам, утвержденными постановлением Правительства РФ от 06.05.2011г. N354 (с последующими изменениями) "О предоставлении коммунальных услуг собственникам и пользователям помещений в многоквартирных домах и жилых домов" выполнены, истицей мер к погашению задолженности не предпринято. Руководствуясь ст.ст. , , 198 ГПК РФ , Р Е Ш И Л : ФИО1 в иске к ООО «Управляющая компания №1 ЖКХ» о понуждении к устранению ограничения услуги водоотведения - демонтажу заглушки канализации в кв.№ д.№ по ул. &lt;адрес&gt; и взыскании компенсации морального вреда - 10000 руб. отказать. Решение может быть обжаловано в Нижегородский областной суд через Арзамасский городской суд в течение месяца со дня принятия решения в окончательной форме. Судья /Газимагомедов Б.Г./ *** *** *** *** Суд: Арзамасский городской суд (Нижегородская область) (подробнее) Ответчики: ООО "УК №1 ЖКХ" (подробнее) Судьи дела: Газимагомедов Б.Г. (судья) (подробнее) Последние документы по делу: Решение от 12 ноября 2017 г. по делу № 2-1715/2017 Решение от 1 августа 2017 г. по делу № 2-1715/2017 Решение от 11 июля 2017 г. по делу № 2-1715/2017 Решение от 6 июня 2017 г. по делу № 2-1715/2017 Решение от 16 мая 2017 г. по делу № 2-1715/2017 Решение от 11 апреля 2017 г. по делу № 2-1715/2017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Признание права пользования жилым помещением Судебная практика по применению норм ст. 30, 31 ЖК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